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87ED" w14:textId="77777777" w:rsidR="00867F73" w:rsidRPr="00867F73" w:rsidRDefault="00867F73" w:rsidP="00867F73">
      <w:pPr>
        <w:spacing w:after="20" w:line="240" w:lineRule="auto"/>
        <w:jc w:val="center"/>
        <w:rPr>
          <w:rFonts w:ascii="Times New Roman" w:hAnsi="Times New Roman" w:cs="Times New Roman"/>
          <w:b/>
          <w:sz w:val="22"/>
          <w:lang w:val="lv-LV"/>
        </w:rPr>
      </w:pPr>
    </w:p>
    <w:p w14:paraId="03264679" w14:textId="77777777" w:rsidR="00BB42AD" w:rsidRPr="00867F73" w:rsidRDefault="009E378D" w:rsidP="00867F73">
      <w:pPr>
        <w:spacing w:after="20" w:line="240" w:lineRule="auto"/>
        <w:jc w:val="center"/>
        <w:rPr>
          <w:rFonts w:ascii="Times New Roman" w:hAnsi="Times New Roman" w:cs="Times New Roman"/>
          <w:sz w:val="22"/>
          <w:lang w:val="lv-LV"/>
        </w:rPr>
      </w:pPr>
      <w:r w:rsidRPr="00867F73">
        <w:rPr>
          <w:rFonts w:ascii="Times New Roman" w:hAnsi="Times New Roman" w:cs="Times New Roman"/>
          <w:b/>
          <w:sz w:val="22"/>
          <w:lang w:val="lv-LV"/>
        </w:rPr>
        <w:t>TALSU NOVADA SOCIĀLAJAM DIENESTAM</w:t>
      </w:r>
    </w:p>
    <w:p w14:paraId="6E6A4C59" w14:textId="77777777" w:rsidR="00867F73" w:rsidRPr="00E65275" w:rsidRDefault="00867F73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lang w:val="lv-LV"/>
        </w:rPr>
      </w:pPr>
    </w:p>
    <w:p w14:paraId="7EFFDB9B" w14:textId="77777777" w:rsidR="00BB42AD" w:rsidRPr="00E65275" w:rsidRDefault="009E378D">
      <w:pPr>
        <w:spacing w:after="0" w:line="240" w:lineRule="auto"/>
        <w:jc w:val="center"/>
        <w:rPr>
          <w:rFonts w:ascii="Times New Roman" w:hAnsi="Times New Roman" w:cs="Times New Roman"/>
          <w:sz w:val="22"/>
          <w:lang w:val="lv-LV"/>
        </w:rPr>
      </w:pPr>
      <w:r w:rsidRPr="00E65275">
        <w:rPr>
          <w:rFonts w:ascii="Times New Roman" w:hAnsi="Times New Roman" w:cs="Times New Roman"/>
          <w:b/>
          <w:sz w:val="22"/>
          <w:lang w:val="lv-LV"/>
        </w:rPr>
        <w:t>IESNIEGUMS</w:t>
      </w:r>
    </w:p>
    <w:p w14:paraId="16DCF59D" w14:textId="77777777" w:rsidR="003A4CF5" w:rsidRDefault="003A4CF5" w:rsidP="003A4CF5">
      <w:pPr>
        <w:spacing w:after="180" w:line="252" w:lineRule="auto"/>
        <w:jc w:val="center"/>
        <w:rPr>
          <w:rFonts w:ascii="Times New Roman" w:eastAsia="Arial" w:hAnsi="Times New Roman" w:cs="Times New Roman"/>
          <w:b/>
          <w:color w:val="1A1A1A"/>
          <w:lang w:val="lv-LV"/>
        </w:rPr>
      </w:pPr>
      <w:r>
        <w:rPr>
          <w:rFonts w:ascii="Times New Roman" w:eastAsia="Arial" w:hAnsi="Times New Roman" w:cs="Times New Roman"/>
          <w:b/>
          <w:color w:val="1A1A1A"/>
          <w:lang w:val="lv-LV"/>
        </w:rPr>
        <w:t>patstāvīgas dzīves uzsākšanai un sadzīves priekšmetu un mīkstā inventāra iegādei</w:t>
      </w:r>
    </w:p>
    <w:p w14:paraId="67229155" w14:textId="5DA4D06E" w:rsidR="00394DDB" w:rsidRPr="003A4CF5" w:rsidRDefault="003A4CF5" w:rsidP="003A4CF5">
      <w:pPr>
        <w:spacing w:after="180" w:line="252" w:lineRule="auto"/>
        <w:jc w:val="center"/>
        <w:rPr>
          <w:rFonts w:ascii="Times New Roman" w:eastAsia="Arial" w:hAnsi="Times New Roman" w:cs="Times New Roman"/>
          <w:b/>
          <w:color w:val="1A1A1A"/>
          <w:lang w:val="lv-LV"/>
        </w:rPr>
      </w:pPr>
      <w:r>
        <w:rPr>
          <w:rFonts w:ascii="Times New Roman" w:eastAsia="Arial" w:hAnsi="Times New Roman" w:cs="Times New Roman"/>
          <w:b/>
          <w:color w:val="1A1A1A"/>
          <w:lang w:val="lv-LV"/>
        </w:rPr>
        <w:t xml:space="preserve">pilngadību </w:t>
      </w:r>
      <w:r w:rsidR="00394DDB" w:rsidRPr="00E65275">
        <w:rPr>
          <w:rFonts w:ascii="Times New Roman" w:eastAsia="Arial" w:hAnsi="Times New Roman" w:cs="Times New Roman"/>
          <w:b/>
          <w:color w:val="1A1A1A"/>
          <w:lang w:val="lv-LV"/>
        </w:rPr>
        <w:t>sasniegušam bārenim</w:t>
      </w:r>
      <w:r w:rsidR="00394DDB" w:rsidRPr="00E65275">
        <w:rPr>
          <w:rFonts w:ascii="Times New Roman" w:eastAsia="Arial" w:hAnsi="Times New Roman" w:cs="Times New Roman"/>
          <w:b/>
          <w:color w:val="1A1A1A"/>
          <w:lang w:val="lv-LV"/>
        </w:rPr>
        <w:br/>
        <w:t>vai bez vecāku gādības palikušam bērnam</w:t>
      </w:r>
    </w:p>
    <w:p w14:paraId="66CEFE88" w14:textId="6CD0A57A" w:rsidR="00BB42AD" w:rsidRPr="00E65275" w:rsidRDefault="00BB42AD">
      <w:pPr>
        <w:spacing w:before="30" w:after="20" w:line="228" w:lineRule="auto"/>
        <w:rPr>
          <w:rFonts w:ascii="Times New Roman" w:hAnsi="Times New Roman" w:cs="Times New Roman"/>
          <w:sz w:val="24"/>
          <w:lang w:val="lv-LV"/>
        </w:rPr>
      </w:pPr>
    </w:p>
    <w:tbl>
      <w:tblPr>
        <w:tblW w:w="0" w:type="auto"/>
        <w:jc w:val="center"/>
        <w:tblBorders>
          <w:top w:val="single" w:sz="4" w:space="0" w:color="595959" w:themeColor="text1" w:themeTint="A6"/>
          <w:left w:val="single" w:sz="4" w:space="0" w:color="B7B7B7"/>
          <w:bottom w:val="single" w:sz="4" w:space="0" w:color="595959" w:themeColor="text1" w:themeTint="A6"/>
          <w:right w:val="single" w:sz="4" w:space="0" w:color="B7B7B7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6119"/>
      </w:tblGrid>
      <w:tr w:rsidR="00BB42AD" w:rsidRPr="00E65275" w14:paraId="6F836C01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2E0798C6" w14:textId="77777777" w:rsidR="00BB42AD" w:rsidRPr="00E65275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E65275">
              <w:rPr>
                <w:rFonts w:ascii="Times New Roman" w:hAnsi="Times New Roman" w:cs="Times New Roman"/>
                <w:sz w:val="24"/>
                <w:lang w:val="lv-LV"/>
              </w:rPr>
              <w:t>Vārds, uzvārds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47CB6F3" w14:textId="67635B4F" w:rsidR="00BB42AD" w:rsidRPr="00E65275" w:rsidRDefault="00BB42A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B42AD" w:rsidRPr="00E65275" w14:paraId="10C23AB7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1FD35994" w14:textId="77777777" w:rsidR="00BB42AD" w:rsidRPr="00E65275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E65275">
              <w:rPr>
                <w:rFonts w:ascii="Times New Roman" w:hAnsi="Times New Roman" w:cs="Times New Roman"/>
                <w:sz w:val="24"/>
                <w:lang w:val="lv-LV"/>
              </w:rPr>
              <w:t>Personas kods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A2035F2" w14:textId="69B2D903" w:rsidR="00BB42AD" w:rsidRPr="00E65275" w:rsidRDefault="00BB42A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B42AD" w:rsidRPr="00E65275" w14:paraId="76B02BD6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65341FF" w14:textId="77777777" w:rsidR="00BB42AD" w:rsidRPr="00E65275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E65275">
              <w:rPr>
                <w:rFonts w:ascii="Times New Roman" w:hAnsi="Times New Roman" w:cs="Times New Roman"/>
                <w:sz w:val="24"/>
                <w:lang w:val="lv-LV"/>
              </w:rPr>
              <w:t>Deklarētās dzīvesvietas adrese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43177A00" w14:textId="0D3C36D6" w:rsidR="00BB42AD" w:rsidRPr="00E65275" w:rsidRDefault="00BB42A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B42AD" w:rsidRPr="00E65275" w14:paraId="0018CE8C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5F8EA8C7" w14:textId="77777777" w:rsidR="00BB42AD" w:rsidRPr="00E65275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E65275">
              <w:rPr>
                <w:rFonts w:ascii="Times New Roman" w:hAnsi="Times New Roman" w:cs="Times New Roman"/>
                <w:sz w:val="24"/>
                <w:lang w:val="lv-LV"/>
              </w:rPr>
              <w:t>Faktiskās dzīvesvietas adrese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EEDB3D4" w14:textId="5A10750D" w:rsidR="00BB42AD" w:rsidRPr="00E65275" w:rsidRDefault="00BB42A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B42AD" w:rsidRPr="00E65275" w14:paraId="6B279065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52B86E28" w14:textId="77777777" w:rsidR="00BB42AD" w:rsidRPr="00E65275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E65275">
              <w:rPr>
                <w:rFonts w:ascii="Times New Roman" w:hAnsi="Times New Roman" w:cs="Times New Roman"/>
                <w:sz w:val="24"/>
                <w:lang w:val="lv-LV"/>
              </w:rPr>
              <w:t>Tālrunis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866CF33" w14:textId="44674E3C" w:rsidR="00BB42AD" w:rsidRPr="00E65275" w:rsidRDefault="00BB42AD" w:rsidP="009A6376">
            <w:pPr>
              <w:tabs>
                <w:tab w:val="right" w:pos="5040"/>
                <w:tab w:val="left" w:pos="51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lv-LV"/>
              </w:rPr>
            </w:pPr>
          </w:p>
        </w:tc>
      </w:tr>
      <w:tr w:rsidR="00BB42AD" w:rsidRPr="00E65275" w14:paraId="5DDB08F5" w14:textId="77777777" w:rsidTr="001340AE">
        <w:trPr>
          <w:cantSplit/>
          <w:trHeight w:val="238"/>
          <w:jc w:val="center"/>
        </w:trPr>
        <w:tc>
          <w:tcPr>
            <w:tcW w:w="3515" w:type="dxa"/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67DB6DB9" w14:textId="77777777" w:rsidR="00BB42AD" w:rsidRPr="00E65275" w:rsidRDefault="009E378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E65275">
              <w:rPr>
                <w:rFonts w:ascii="Times New Roman" w:hAnsi="Times New Roman" w:cs="Times New Roman"/>
                <w:sz w:val="24"/>
                <w:lang w:val="lv-LV"/>
              </w:rPr>
              <w:t>E-pasts</w:t>
            </w:r>
          </w:p>
        </w:tc>
        <w:tc>
          <w:tcPr>
            <w:tcW w:w="6119" w:type="dxa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680D35EF" w14:textId="4A313DD2" w:rsidR="00BB42AD" w:rsidRPr="00E65275" w:rsidRDefault="00BB42AD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</w:tbl>
    <w:p w14:paraId="36F397DD" w14:textId="77777777" w:rsidR="00867F73" w:rsidRPr="00E65275" w:rsidRDefault="00867F73">
      <w:pPr>
        <w:spacing w:before="30" w:after="20" w:line="228" w:lineRule="auto"/>
        <w:rPr>
          <w:rFonts w:ascii="Times New Roman" w:hAnsi="Times New Roman" w:cs="Times New Roman"/>
          <w:b/>
          <w:sz w:val="28"/>
          <w:lang w:val="lv-LV"/>
        </w:rPr>
      </w:pPr>
    </w:p>
    <w:p w14:paraId="06E7720B" w14:textId="77777777" w:rsidR="00394DDB" w:rsidRPr="00E65275" w:rsidRDefault="00394DDB" w:rsidP="00394DDB">
      <w:pPr>
        <w:spacing w:after="80" w:line="259" w:lineRule="auto"/>
        <w:rPr>
          <w:rFonts w:ascii="Times New Roman" w:hAnsi="Times New Roman" w:cs="Times New Roman"/>
          <w:color w:val="1A1A1A"/>
          <w:sz w:val="24"/>
          <w:szCs w:val="24"/>
          <w:lang w:val="lv-LV"/>
        </w:rPr>
      </w:pPr>
      <w:r w:rsidRPr="00E65275">
        <w:rPr>
          <w:rFonts w:ascii="Times New Roman" w:eastAsia="Arial" w:hAnsi="Times New Roman" w:cs="Times New Roman"/>
          <w:color w:val="1A1A1A"/>
          <w:sz w:val="24"/>
          <w:szCs w:val="24"/>
          <w:lang w:val="lv-LV"/>
        </w:rPr>
        <w:t>Lūdzu piešķirt šādu(-</w:t>
      </w:r>
      <w:proofErr w:type="spellStart"/>
      <w:r w:rsidRPr="00E65275">
        <w:rPr>
          <w:rFonts w:ascii="Times New Roman" w:eastAsia="Arial" w:hAnsi="Times New Roman" w:cs="Times New Roman"/>
          <w:color w:val="1A1A1A"/>
          <w:sz w:val="24"/>
          <w:szCs w:val="24"/>
          <w:lang w:val="lv-LV"/>
        </w:rPr>
        <w:t>us</w:t>
      </w:r>
      <w:proofErr w:type="spellEnd"/>
      <w:r w:rsidRPr="00E65275">
        <w:rPr>
          <w:rFonts w:ascii="Times New Roman" w:eastAsia="Arial" w:hAnsi="Times New Roman" w:cs="Times New Roman"/>
          <w:color w:val="1A1A1A"/>
          <w:sz w:val="24"/>
          <w:szCs w:val="24"/>
          <w:lang w:val="lv-LV"/>
        </w:rPr>
        <w:t>) pabalstu(-</w:t>
      </w:r>
      <w:proofErr w:type="spellStart"/>
      <w:r w:rsidRPr="00E65275">
        <w:rPr>
          <w:rFonts w:ascii="Times New Roman" w:eastAsia="Arial" w:hAnsi="Times New Roman" w:cs="Times New Roman"/>
          <w:color w:val="1A1A1A"/>
          <w:sz w:val="24"/>
          <w:szCs w:val="24"/>
          <w:lang w:val="lv-LV"/>
        </w:rPr>
        <w:t>us</w:t>
      </w:r>
      <w:proofErr w:type="spellEnd"/>
      <w:r w:rsidRPr="00E65275">
        <w:rPr>
          <w:rFonts w:ascii="Times New Roman" w:eastAsia="Arial" w:hAnsi="Times New Roman" w:cs="Times New Roman"/>
          <w:color w:val="1A1A1A"/>
          <w:sz w:val="24"/>
          <w:szCs w:val="24"/>
          <w:lang w:val="lv-LV"/>
        </w:rPr>
        <w:t>) normatīvajos aktos noteiktajā apmērā:</w:t>
      </w:r>
    </w:p>
    <w:p w14:paraId="780EBFDF" w14:textId="490EE67F" w:rsidR="00394DDB" w:rsidRPr="00E65275" w:rsidRDefault="00000000" w:rsidP="00394DDB">
      <w:pPr>
        <w:keepLines/>
        <w:spacing w:before="20" w:after="60" w:line="259" w:lineRule="auto"/>
        <w:ind w:left="85" w:hanging="28"/>
        <w:rPr>
          <w:rFonts w:ascii="Times New Roman" w:hAnsi="Times New Roman" w:cs="Times New Roman"/>
          <w:color w:val="1A1A1A"/>
          <w:sz w:val="24"/>
          <w:szCs w:val="24"/>
          <w:lang w:val="lv-LV"/>
        </w:rPr>
      </w:pPr>
      <w:sdt>
        <w:sdtPr>
          <w:rPr>
            <w:rFonts w:ascii="Times New Roman" w:eastAsia="DejaVu Sans" w:hAnsi="Times New Roman" w:cs="Times New Roman"/>
            <w:color w:val="1F4D78"/>
            <w:sz w:val="24"/>
            <w:szCs w:val="24"/>
            <w:lang w:val="lv-LV"/>
          </w:rPr>
          <w:id w:val="641314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4DDB" w:rsidRPr="00E65275">
            <w:rPr>
              <w:rFonts w:ascii="Segoe UI Symbol" w:eastAsia="MS Gothic" w:hAnsi="Segoe UI Symbol" w:cs="Segoe UI Symbol"/>
              <w:color w:val="1F4D78"/>
              <w:sz w:val="24"/>
              <w:szCs w:val="24"/>
              <w:lang w:val="lv-LV"/>
            </w:rPr>
            <w:t>☐</w:t>
          </w:r>
        </w:sdtContent>
      </w:sdt>
      <w:r w:rsidR="00394DDB" w:rsidRPr="00E65275">
        <w:rPr>
          <w:rFonts w:ascii="Times New Roman" w:eastAsia="Arial" w:hAnsi="Times New Roman" w:cs="Times New Roman"/>
          <w:b/>
          <w:color w:val="1A1A1A"/>
          <w:sz w:val="24"/>
          <w:szCs w:val="24"/>
          <w:lang w:val="lv-LV"/>
        </w:rPr>
        <w:t xml:space="preserve">  vienreizēju pabalstu patstāvīgas dzīves uzsākšanai;</w:t>
      </w:r>
      <w:r w:rsidR="00394DDB" w:rsidRPr="00E65275">
        <w:rPr>
          <w:rFonts w:ascii="Times New Roman" w:eastAsia="Arial" w:hAnsi="Times New Roman" w:cs="Times New Roman"/>
          <w:i/>
          <w:color w:val="5F6B76"/>
          <w:sz w:val="24"/>
          <w:szCs w:val="24"/>
          <w:lang w:val="lv-LV"/>
        </w:rPr>
        <w:br/>
      </w:r>
      <w:r w:rsidR="00394DDB" w:rsidRPr="00E65275">
        <w:rPr>
          <w:rFonts w:ascii="Times New Roman" w:eastAsia="Arial" w:hAnsi="Times New Roman" w:cs="Times New Roman"/>
          <w:i/>
          <w:color w:val="7F7F7F" w:themeColor="text1" w:themeTint="80"/>
          <w:sz w:val="24"/>
          <w:szCs w:val="24"/>
          <w:lang w:val="lv-LV"/>
        </w:rPr>
        <w:t>Ja ārpusģimenes aprūpe izbeigta ilgstošas sociālās aprūpes un sociālās rehabilitācijas institūcijā, šo pabalstu izmaksā attiecīgā institūcija</w:t>
      </w:r>
      <w:r w:rsidR="00394DDB" w:rsidRPr="00E65275">
        <w:rPr>
          <w:rFonts w:ascii="Times New Roman" w:eastAsia="Arial" w:hAnsi="Times New Roman" w:cs="Times New Roman"/>
          <w:i/>
          <w:color w:val="5F6B76"/>
          <w:sz w:val="24"/>
          <w:szCs w:val="24"/>
          <w:lang w:val="lv-LV"/>
        </w:rPr>
        <w:t>.</w:t>
      </w:r>
    </w:p>
    <w:p w14:paraId="68E3D0D6" w14:textId="125E66DA" w:rsidR="00394DDB" w:rsidRPr="00E65275" w:rsidRDefault="00000000" w:rsidP="00394DDB">
      <w:pPr>
        <w:keepLines/>
        <w:spacing w:before="20" w:after="60" w:line="259" w:lineRule="auto"/>
        <w:ind w:left="85" w:hanging="28"/>
        <w:rPr>
          <w:rFonts w:ascii="Times New Roman" w:hAnsi="Times New Roman" w:cs="Times New Roman"/>
          <w:color w:val="1A1A1A"/>
          <w:sz w:val="24"/>
          <w:szCs w:val="24"/>
          <w:lang w:val="lv-LV"/>
        </w:rPr>
      </w:pPr>
      <w:sdt>
        <w:sdtPr>
          <w:rPr>
            <w:rFonts w:ascii="Times New Roman" w:eastAsia="DejaVu Sans" w:hAnsi="Times New Roman" w:cs="Times New Roman"/>
            <w:color w:val="1F4D78"/>
            <w:sz w:val="24"/>
            <w:szCs w:val="24"/>
            <w:lang w:val="lv-LV"/>
          </w:rPr>
          <w:id w:val="-891885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4DDB" w:rsidRPr="00E65275">
            <w:rPr>
              <w:rFonts w:ascii="Segoe UI Symbol" w:eastAsia="MS Gothic" w:hAnsi="Segoe UI Symbol" w:cs="Segoe UI Symbol"/>
              <w:color w:val="1F4D78"/>
              <w:sz w:val="24"/>
              <w:szCs w:val="24"/>
              <w:lang w:val="lv-LV"/>
            </w:rPr>
            <w:t>☐</w:t>
          </w:r>
        </w:sdtContent>
      </w:sdt>
      <w:r w:rsidR="00394DDB" w:rsidRPr="00E65275">
        <w:rPr>
          <w:rFonts w:ascii="Times New Roman" w:eastAsia="Arial" w:hAnsi="Times New Roman" w:cs="Times New Roman"/>
          <w:b/>
          <w:color w:val="1A1A1A"/>
          <w:sz w:val="24"/>
          <w:szCs w:val="24"/>
          <w:lang w:val="lv-LV"/>
        </w:rPr>
        <w:t xml:space="preserve">  vienreizēju pabalstu sadzīves priekšmetu un mīkstā inventāra iegādei.</w:t>
      </w:r>
    </w:p>
    <w:tbl>
      <w:tblPr>
        <w:tblW w:w="9724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2458"/>
        <w:gridCol w:w="7266"/>
      </w:tblGrid>
      <w:tr w:rsidR="00394DDB" w:rsidRPr="00E65275" w14:paraId="13CDAA65" w14:textId="77777777" w:rsidTr="00394DDB">
        <w:tc>
          <w:tcPr>
            <w:tcW w:w="2458" w:type="dxa"/>
            <w:tcBorders>
              <w:bottom w:val="single" w:sz="4" w:space="0" w:color="AAB4BE"/>
            </w:tcBorders>
            <w:tcMar>
              <w:top w:w="100" w:type="dxa"/>
              <w:left w:w="0" w:type="dxa"/>
              <w:bottom w:w="100" w:type="dxa"/>
              <w:right w:w="120" w:type="dxa"/>
            </w:tcMar>
          </w:tcPr>
          <w:p w14:paraId="28E9AC23" w14:textId="35C83E21" w:rsidR="00394DDB" w:rsidRPr="00E65275" w:rsidRDefault="00394DDB" w:rsidP="00394DDB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  <w:lang w:val="lv-LV"/>
              </w:rPr>
            </w:pPr>
            <w:r w:rsidRPr="00E65275">
              <w:rPr>
                <w:rFonts w:ascii="Times New Roman" w:eastAsia="Arial" w:hAnsi="Times New Roman" w:cs="Times New Roman"/>
                <w:color w:val="1A1A1A"/>
                <w:sz w:val="22"/>
                <w:szCs w:val="24"/>
                <w:lang w:val="lv-LV"/>
              </w:rPr>
              <w:t xml:space="preserve">Bāriņtiesas lēmuma datums un Nr.   </w:t>
            </w:r>
          </w:p>
        </w:tc>
        <w:tc>
          <w:tcPr>
            <w:tcW w:w="7266" w:type="dxa"/>
            <w:tcBorders>
              <w:bottom w:val="single" w:sz="4" w:space="0" w:color="AAB4BE"/>
            </w:tcBorders>
            <w:tcMar>
              <w:top w:w="100" w:type="dxa"/>
              <w:left w:w="120" w:type="dxa"/>
              <w:bottom w:w="100" w:type="dxa"/>
              <w:right w:w="0" w:type="dxa"/>
            </w:tcMar>
          </w:tcPr>
          <w:p w14:paraId="277D7A68" w14:textId="77777777" w:rsidR="00394DDB" w:rsidRPr="00E65275" w:rsidRDefault="00394DDB" w:rsidP="00394DDB">
            <w:pPr>
              <w:spacing w:after="0" w:line="240" w:lineRule="auto"/>
              <w:rPr>
                <w:rFonts w:ascii="Times New Roman" w:hAnsi="Times New Roman" w:cs="Times New Roman"/>
                <w:color w:val="1A1A1A"/>
              </w:rPr>
            </w:pPr>
          </w:p>
        </w:tc>
      </w:tr>
    </w:tbl>
    <w:p w14:paraId="457B7E30" w14:textId="47372435" w:rsidR="00A051AD" w:rsidRPr="00E65275" w:rsidRDefault="00690651" w:rsidP="00990104">
      <w:pPr>
        <w:spacing w:before="60" w:after="80" w:line="240" w:lineRule="auto"/>
        <w:rPr>
          <w:rFonts w:ascii="Times New Roman" w:eastAsia="Times New Roman" w:hAnsi="Times New Roman" w:cs="Times New Roman"/>
          <w:i/>
          <w:sz w:val="22"/>
          <w:lang w:val="lv-LV"/>
        </w:rPr>
      </w:pPr>
      <w:r w:rsidRPr="00E65275">
        <w:rPr>
          <w:rFonts w:ascii="Times New Roman" w:eastAsiaTheme="majorEastAsia" w:hAnsi="Times New Roman" w:cs="Times New Roman"/>
          <w:b/>
          <w:bCs/>
          <w:color w:val="000000"/>
          <w:sz w:val="24"/>
          <w:lang w:val="lv-LV"/>
        </w:rPr>
        <w:t>P</w:t>
      </w:r>
      <w:r w:rsidR="00A051AD" w:rsidRPr="00E65275">
        <w:rPr>
          <w:rFonts w:ascii="Times New Roman" w:eastAsiaTheme="majorEastAsia" w:hAnsi="Times New Roman" w:cs="Times New Roman"/>
          <w:b/>
          <w:bCs/>
          <w:color w:val="000000"/>
          <w:sz w:val="24"/>
          <w:lang w:val="lv-LV"/>
        </w:rPr>
        <w:t>abalsta izmaksas veids</w:t>
      </w:r>
    </w:p>
    <w:p w14:paraId="2DA4D27A" w14:textId="0325E75C" w:rsidR="00A051AD" w:rsidRPr="00E65275" w:rsidRDefault="00BA3696" w:rsidP="00A051AD">
      <w:pPr>
        <w:spacing w:after="30" w:line="240" w:lineRule="auto"/>
        <w:rPr>
          <w:rFonts w:ascii="Times New Roman" w:eastAsia="Times New Roman" w:hAnsi="Times New Roman" w:cs="Times New Roman"/>
          <w:sz w:val="22"/>
          <w:lang w:val="lv-LV"/>
        </w:rPr>
      </w:pPr>
      <w:r w:rsidRPr="00E65275">
        <w:rPr>
          <w:rFonts w:ascii="Times New Roman" w:eastAsia="MS Gothic" w:hAnsi="Times New Roman" w:cs="Times New Roman"/>
          <w:sz w:val="24"/>
          <w:lang w:val="lv-LV"/>
        </w:rPr>
        <w:t xml:space="preserve">       </w:t>
      </w:r>
      <w:sdt>
        <w:sdtPr>
          <w:rPr>
            <w:rFonts w:ascii="Times New Roman" w:eastAsia="MS Gothic" w:hAnsi="Times New Roman" w:cs="Times New Roman"/>
            <w:b/>
            <w:sz w:val="24"/>
            <w:lang w:val="lv-LV"/>
          </w:rPr>
          <w:id w:val="-867599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65275">
            <w:rPr>
              <w:rFonts w:ascii="Segoe UI Symbol" w:eastAsia="MS Gothic" w:hAnsi="Segoe UI Symbol" w:cs="Segoe UI Symbol"/>
              <w:b/>
              <w:sz w:val="24"/>
              <w:lang w:val="lv-LV"/>
            </w:rPr>
            <w:t>☐</w:t>
          </w:r>
        </w:sdtContent>
      </w:sdt>
      <w:r w:rsidRPr="00E65275">
        <w:rPr>
          <w:rFonts w:ascii="Times New Roman" w:eastAsia="MS Gothic" w:hAnsi="Times New Roman" w:cs="Times New Roman"/>
          <w:sz w:val="24"/>
          <w:lang w:val="lv-LV"/>
        </w:rPr>
        <w:t xml:space="preserve"> </w:t>
      </w:r>
      <w:r w:rsidR="00A051AD" w:rsidRPr="00E65275">
        <w:rPr>
          <w:rFonts w:ascii="Times New Roman" w:eastAsia="Times New Roman" w:hAnsi="Times New Roman" w:cs="Times New Roman"/>
          <w:sz w:val="22"/>
          <w:lang w:val="lv-LV"/>
        </w:rPr>
        <w:t xml:space="preserve">Pārskaitīt uz </w:t>
      </w:r>
      <w:r w:rsidR="00394DDB" w:rsidRPr="00E65275">
        <w:rPr>
          <w:rFonts w:ascii="Times New Roman" w:eastAsia="Times New Roman" w:hAnsi="Times New Roman" w:cs="Times New Roman"/>
          <w:sz w:val="22"/>
          <w:lang w:val="lv-LV"/>
        </w:rPr>
        <w:t>manu</w:t>
      </w:r>
      <w:r w:rsidR="00A051AD" w:rsidRPr="00E65275">
        <w:rPr>
          <w:rFonts w:ascii="Times New Roman" w:eastAsia="Times New Roman" w:hAnsi="Times New Roman" w:cs="Times New Roman"/>
          <w:sz w:val="22"/>
          <w:lang w:val="lv-LV"/>
        </w:rPr>
        <w:t xml:space="preserve"> kredītiestādes vai pasta norēķinu sistēmas kontu:</w:t>
      </w:r>
    </w:p>
    <w:tbl>
      <w:tblPr>
        <w:tblStyle w:val="Reatabula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6350"/>
      </w:tblGrid>
      <w:tr w:rsidR="00A051AD" w:rsidRPr="00E65275" w14:paraId="042ECD3C" w14:textId="77777777" w:rsidTr="00BD25AF">
        <w:trPr>
          <w:jc w:val="center"/>
        </w:trPr>
        <w:tc>
          <w:tcPr>
            <w:tcW w:w="3288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2B6066" w14:textId="77777777" w:rsidR="00A051AD" w:rsidRPr="00E65275" w:rsidRDefault="00A051AD" w:rsidP="00A051AD">
            <w:pPr>
              <w:spacing w:after="60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b/>
                <w:sz w:val="22"/>
                <w:lang w:val="lv-LV"/>
              </w:rPr>
              <w:t>Konta numurs (IBAN)</w:t>
            </w:r>
          </w:p>
        </w:tc>
        <w:tc>
          <w:tcPr>
            <w:tcW w:w="6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1DE6DF" w14:textId="5E1D7BF3" w:rsidR="00A051AD" w:rsidRPr="00E65275" w:rsidRDefault="00A051AD" w:rsidP="00BB0EC8">
            <w:pPr>
              <w:pBdr>
                <w:bottom w:val="single" w:sz="6" w:space="1" w:color="000000"/>
              </w:pBdr>
              <w:spacing w:after="20"/>
              <w:ind w:left="113" w:right="113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sz w:val="22"/>
                <w:lang w:val="lv-LV"/>
              </w:rPr>
              <w:t> </w:t>
            </w:r>
          </w:p>
        </w:tc>
      </w:tr>
    </w:tbl>
    <w:p w14:paraId="5C17708C" w14:textId="77777777" w:rsidR="00690651" w:rsidRPr="00E65275" w:rsidRDefault="00690651" w:rsidP="00394DDB">
      <w:pPr>
        <w:pStyle w:val="Paraststmeklis"/>
        <w:spacing w:before="0" w:beforeAutospacing="0" w:after="0" w:afterAutospacing="0"/>
        <w:rPr>
          <w:b/>
          <w:sz w:val="22"/>
        </w:rPr>
      </w:pPr>
    </w:p>
    <w:p w14:paraId="5137B03F" w14:textId="5F098605" w:rsidR="00BB42AD" w:rsidRPr="00E65275" w:rsidRDefault="00394DDB">
      <w:pPr>
        <w:spacing w:before="30" w:after="20" w:line="228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E65275">
        <w:rPr>
          <w:rFonts w:ascii="Times New Roman" w:hAnsi="Times New Roman" w:cs="Times New Roman"/>
          <w:b/>
          <w:sz w:val="24"/>
          <w:szCs w:val="24"/>
          <w:lang w:val="lv-LV"/>
        </w:rPr>
        <w:t>A</w:t>
      </w:r>
      <w:r w:rsidR="009E378D" w:rsidRPr="00E65275">
        <w:rPr>
          <w:rFonts w:ascii="Times New Roman" w:hAnsi="Times New Roman" w:cs="Times New Roman"/>
          <w:b/>
          <w:sz w:val="24"/>
          <w:szCs w:val="24"/>
          <w:lang w:val="lv-LV"/>
        </w:rPr>
        <w:t>tbildes saņemšanas veids</w:t>
      </w:r>
    </w:p>
    <w:p w14:paraId="60713BD9" w14:textId="4FACC537" w:rsidR="00BB42AD" w:rsidRPr="00E65275" w:rsidRDefault="00000000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-805080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3696" w:rsidRPr="00E65275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E65275">
        <w:rPr>
          <w:rFonts w:ascii="Times New Roman" w:hAnsi="Times New Roman" w:cs="Times New Roman"/>
          <w:sz w:val="24"/>
          <w:szCs w:val="24"/>
          <w:lang w:val="lv-LV"/>
        </w:rPr>
        <w:t xml:space="preserve"> uz oficiālās elektroniskās adreses (e-adreses) kontu;</w:t>
      </w:r>
    </w:p>
    <w:p w14:paraId="7311E14D" w14:textId="77777777" w:rsidR="00BB42AD" w:rsidRPr="00E65275" w:rsidRDefault="00000000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1963995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4FE9" w:rsidRPr="00E65275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E65275">
        <w:rPr>
          <w:rFonts w:ascii="Times New Roman" w:hAnsi="Times New Roman" w:cs="Times New Roman"/>
          <w:sz w:val="24"/>
          <w:szCs w:val="24"/>
          <w:lang w:val="lv-LV"/>
        </w:rPr>
        <w:t xml:space="preserve"> uz norādīto e-pasta adresi;</w:t>
      </w:r>
    </w:p>
    <w:p w14:paraId="0FFD2F47" w14:textId="77777777" w:rsidR="00BB42AD" w:rsidRPr="00E65275" w:rsidRDefault="00000000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-1326579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4FE9" w:rsidRPr="00E65275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E65275">
        <w:rPr>
          <w:rFonts w:ascii="Times New Roman" w:hAnsi="Times New Roman" w:cs="Times New Roman"/>
          <w:sz w:val="24"/>
          <w:szCs w:val="24"/>
          <w:lang w:val="lv-LV"/>
        </w:rPr>
        <w:t xml:space="preserve"> pa pastu uz iesniegumā norādīto adresi;</w:t>
      </w:r>
    </w:p>
    <w:p w14:paraId="7F0B6445" w14:textId="77777777" w:rsidR="00BB42AD" w:rsidRPr="00E65275" w:rsidRDefault="00000000">
      <w:pPr>
        <w:spacing w:after="10" w:line="228" w:lineRule="auto"/>
        <w:ind w:left="227"/>
        <w:rPr>
          <w:rFonts w:ascii="Times New Roman" w:hAnsi="Times New Roman" w:cs="Times New Roman"/>
          <w:sz w:val="24"/>
          <w:szCs w:val="24"/>
          <w:lang w:val="lv-LV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lv-LV"/>
          </w:rPr>
          <w:id w:val="-85925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4FE9" w:rsidRPr="00E65275">
            <w:rPr>
              <w:rFonts w:ascii="Segoe UI Symbol" w:eastAsia="MS Gothic" w:hAnsi="Segoe UI Symbol" w:cs="Segoe UI Symbol"/>
              <w:b/>
              <w:sz w:val="24"/>
              <w:szCs w:val="24"/>
              <w:lang w:val="lv-LV"/>
            </w:rPr>
            <w:t>☐</w:t>
          </w:r>
        </w:sdtContent>
      </w:sdt>
      <w:r w:rsidR="009E378D" w:rsidRPr="00E65275">
        <w:rPr>
          <w:rFonts w:ascii="Times New Roman" w:hAnsi="Times New Roman" w:cs="Times New Roman"/>
          <w:sz w:val="24"/>
          <w:szCs w:val="24"/>
          <w:lang w:val="lv-LV"/>
        </w:rPr>
        <w:t xml:space="preserve"> saņemt klātienē Talsu novada Sociālajā dienestā.</w:t>
      </w:r>
    </w:p>
    <w:p w14:paraId="7312B515" w14:textId="77777777" w:rsidR="00BB42AD" w:rsidRPr="00E65275" w:rsidRDefault="009E378D">
      <w:pPr>
        <w:spacing w:after="20" w:line="228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E65275">
        <w:rPr>
          <w:rFonts w:ascii="Times New Roman" w:hAnsi="Times New Roman" w:cs="Times New Roman"/>
          <w:i/>
          <w:sz w:val="24"/>
          <w:szCs w:val="24"/>
          <w:lang w:val="lv-LV"/>
        </w:rPr>
        <w:t>Ja ir aktivizēta oficiālā elektroniskā adrese, atbilde tiks nosūtīta uz e-adreses kontu.</w:t>
      </w:r>
    </w:p>
    <w:p w14:paraId="2FB9D6F3" w14:textId="77777777" w:rsidR="00867F73" w:rsidRPr="00E65275" w:rsidRDefault="00867F73">
      <w:pPr>
        <w:spacing w:before="30" w:after="20" w:line="228" w:lineRule="auto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0777E68C" w14:textId="4D0FC870" w:rsidR="00BB42AD" w:rsidRPr="00E65275" w:rsidRDefault="009E378D">
      <w:pPr>
        <w:spacing w:before="30" w:after="20" w:line="228" w:lineRule="auto"/>
        <w:rPr>
          <w:rFonts w:ascii="Times New Roman" w:hAnsi="Times New Roman" w:cs="Times New Roman"/>
          <w:sz w:val="20"/>
          <w:szCs w:val="20"/>
          <w:lang w:val="lv-LV"/>
        </w:rPr>
      </w:pPr>
      <w:r w:rsidRPr="00E65275">
        <w:rPr>
          <w:rFonts w:ascii="Times New Roman" w:hAnsi="Times New Roman" w:cs="Times New Roman"/>
          <w:b/>
          <w:sz w:val="20"/>
          <w:szCs w:val="20"/>
          <w:lang w:val="lv-LV"/>
        </w:rPr>
        <w:t>Apliecinājumi un personas datu apstrāde</w:t>
      </w:r>
    </w:p>
    <w:p w14:paraId="2376DBE6" w14:textId="77777777" w:rsidR="00394DDB" w:rsidRPr="00E65275" w:rsidRDefault="00394DDB" w:rsidP="00394DDB">
      <w:pPr>
        <w:tabs>
          <w:tab w:val="num" w:pos="360"/>
        </w:tabs>
        <w:spacing w:after="40" w:line="252" w:lineRule="auto"/>
        <w:contextualSpacing/>
        <w:rPr>
          <w:rFonts w:ascii="Times New Roman" w:hAnsi="Times New Roman" w:cs="Times New Roman"/>
          <w:color w:val="1A1A1A"/>
          <w:sz w:val="19"/>
          <w:lang w:val="lv-LV"/>
        </w:rPr>
      </w:pPr>
      <w:r w:rsidRPr="00E65275">
        <w:rPr>
          <w:rFonts w:ascii="Times New Roman" w:eastAsia="Arial" w:hAnsi="Times New Roman" w:cs="Times New Roman"/>
          <w:color w:val="1A1A1A"/>
          <w:sz w:val="19"/>
          <w:lang w:val="lv-LV"/>
        </w:rPr>
        <w:t>Apliecinu, ka iesniegumā sniegtā informācija ir patiesa un pilnīga.</w:t>
      </w:r>
    </w:p>
    <w:p w14:paraId="21DEBE3B" w14:textId="77777777" w:rsidR="00394DDB" w:rsidRPr="00E65275" w:rsidRDefault="00394DDB" w:rsidP="00394DDB">
      <w:pPr>
        <w:tabs>
          <w:tab w:val="num" w:pos="360"/>
        </w:tabs>
        <w:spacing w:after="40" w:line="252" w:lineRule="auto"/>
        <w:contextualSpacing/>
        <w:rPr>
          <w:rFonts w:ascii="Times New Roman" w:hAnsi="Times New Roman" w:cs="Times New Roman"/>
          <w:color w:val="1A1A1A"/>
          <w:sz w:val="19"/>
          <w:lang w:val="lv-LV"/>
        </w:rPr>
      </w:pPr>
      <w:r w:rsidRPr="00E65275">
        <w:rPr>
          <w:rFonts w:ascii="Times New Roman" w:eastAsia="Arial" w:hAnsi="Times New Roman" w:cs="Times New Roman"/>
          <w:color w:val="1A1A1A"/>
          <w:sz w:val="19"/>
          <w:lang w:val="lv-LV"/>
        </w:rPr>
        <w:t>Apliecinu, ka atzīmētais(-</w:t>
      </w:r>
      <w:proofErr w:type="spellStart"/>
      <w:r w:rsidRPr="00E65275">
        <w:rPr>
          <w:rFonts w:ascii="Times New Roman" w:eastAsia="Arial" w:hAnsi="Times New Roman" w:cs="Times New Roman"/>
          <w:color w:val="1A1A1A"/>
          <w:sz w:val="19"/>
          <w:lang w:val="lv-LV"/>
        </w:rPr>
        <w:t>ie</w:t>
      </w:r>
      <w:proofErr w:type="spellEnd"/>
      <w:r w:rsidRPr="00E65275">
        <w:rPr>
          <w:rFonts w:ascii="Times New Roman" w:eastAsia="Arial" w:hAnsi="Times New Roman" w:cs="Times New Roman"/>
          <w:color w:val="1A1A1A"/>
          <w:sz w:val="19"/>
          <w:lang w:val="lv-LV"/>
        </w:rPr>
        <w:t>) pabalsts(-i) iepriekš nav saņemts(-i) citā pašvaldībā vai institūcijā.</w:t>
      </w:r>
    </w:p>
    <w:p w14:paraId="79348F55" w14:textId="77777777" w:rsidR="00394DDB" w:rsidRPr="00E65275" w:rsidRDefault="00394DDB" w:rsidP="00394DDB">
      <w:pPr>
        <w:tabs>
          <w:tab w:val="num" w:pos="360"/>
        </w:tabs>
        <w:spacing w:after="40" w:line="252" w:lineRule="auto"/>
        <w:contextualSpacing/>
        <w:rPr>
          <w:rFonts w:ascii="Times New Roman" w:hAnsi="Times New Roman" w:cs="Times New Roman"/>
          <w:color w:val="1A1A1A"/>
          <w:sz w:val="19"/>
          <w:lang w:val="lv-LV"/>
        </w:rPr>
      </w:pPr>
      <w:r w:rsidRPr="00E65275">
        <w:rPr>
          <w:rFonts w:ascii="Times New Roman" w:eastAsia="Arial" w:hAnsi="Times New Roman" w:cs="Times New Roman"/>
          <w:color w:val="1A1A1A"/>
          <w:sz w:val="19"/>
          <w:lang w:val="lv-LV"/>
        </w:rPr>
        <w:t>Apzinos, ka Sociālais dienests iesnieguma izskatīšanai pārbaudīs valsts un pašvaldības informācijas sistēmās pieejamo informāciju.</w:t>
      </w:r>
    </w:p>
    <w:p w14:paraId="706BAF08" w14:textId="77777777" w:rsidR="00394DDB" w:rsidRPr="00E65275" w:rsidRDefault="00394DDB" w:rsidP="00394DDB">
      <w:pPr>
        <w:tabs>
          <w:tab w:val="num" w:pos="360"/>
        </w:tabs>
        <w:spacing w:after="40" w:line="252" w:lineRule="auto"/>
        <w:contextualSpacing/>
        <w:rPr>
          <w:rFonts w:ascii="Times New Roman" w:hAnsi="Times New Roman" w:cs="Times New Roman"/>
          <w:color w:val="1A1A1A"/>
          <w:sz w:val="19"/>
          <w:lang w:val="lv-LV"/>
        </w:rPr>
      </w:pPr>
      <w:r w:rsidRPr="00E65275">
        <w:rPr>
          <w:rFonts w:ascii="Times New Roman" w:eastAsia="Arial" w:hAnsi="Times New Roman" w:cs="Times New Roman"/>
          <w:color w:val="1A1A1A"/>
          <w:sz w:val="19"/>
          <w:lang w:val="lv-LV"/>
        </w:rPr>
        <w:t>Apņemos nekavējoties informēt Sociālo dienestu par izmaiņām, kas var ietekmēt tiesības saņemt pieprasīto pabalstu.</w:t>
      </w:r>
    </w:p>
    <w:p w14:paraId="38819C3D" w14:textId="77777777" w:rsidR="00690651" w:rsidRPr="00E65275" w:rsidRDefault="00690651" w:rsidP="00690651">
      <w:pPr>
        <w:spacing w:after="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E65275">
        <w:rPr>
          <w:rFonts w:ascii="Times New Roman" w:eastAsia="Times New Roman" w:hAnsi="Times New Roman" w:cs="Times New Roman"/>
          <w:b/>
          <w:sz w:val="20"/>
          <w:szCs w:val="20"/>
          <w:lang w:val="lv-LV"/>
        </w:rPr>
        <w:t xml:space="preserve">Personas datu apstrāde. </w:t>
      </w:r>
      <w:r w:rsidRPr="00E65275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Personas datu pārzinis ir Talsu novada pašvaldība, </w:t>
      </w:r>
      <w:proofErr w:type="spellStart"/>
      <w:r w:rsidRPr="00E65275">
        <w:rPr>
          <w:rFonts w:ascii="Times New Roman" w:eastAsia="Times New Roman" w:hAnsi="Times New Roman" w:cs="Times New Roman"/>
          <w:sz w:val="20"/>
          <w:szCs w:val="20"/>
          <w:lang w:val="lv-LV"/>
        </w:rPr>
        <w:t>reģ</w:t>
      </w:r>
      <w:proofErr w:type="spellEnd"/>
      <w:r w:rsidRPr="00E65275">
        <w:rPr>
          <w:rFonts w:ascii="Times New Roman" w:eastAsia="Times New Roman" w:hAnsi="Times New Roman" w:cs="Times New Roman"/>
          <w:sz w:val="20"/>
          <w:szCs w:val="20"/>
          <w:lang w:val="lv-LV"/>
        </w:rPr>
        <w:t>. Nr. 90009113532, juridiskā adrese: Kareivju iela 7, Talsi, Talsu novads; tālr. 63232110; e-pasts: pasts@talsi.lv. Iesniegumā norādītie personas dati tiek apstrādāti iesnieguma izskatīšanai un glabāti normatīvajos aktos noteiktajā termiņā.</w:t>
      </w:r>
    </w:p>
    <w:p w14:paraId="5F539F48" w14:textId="77777777" w:rsidR="00690651" w:rsidRPr="00E65275" w:rsidRDefault="00690651" w:rsidP="00690651">
      <w:pPr>
        <w:spacing w:after="100" w:line="240" w:lineRule="auto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E65275">
        <w:rPr>
          <w:rFonts w:ascii="Times New Roman" w:eastAsia="Times New Roman" w:hAnsi="Times New Roman" w:cs="Times New Roman"/>
          <w:sz w:val="20"/>
          <w:szCs w:val="20"/>
          <w:lang w:val="lv-LV"/>
        </w:rPr>
        <w:t>Papildu informācija: https://www.talsunovads.lv/lv/privatuma-politika</w:t>
      </w:r>
    </w:p>
    <w:p w14:paraId="586E4567" w14:textId="77777777" w:rsidR="00BB0EC8" w:rsidRPr="00E65275" w:rsidRDefault="00BB0EC8" w:rsidP="00BB0EC8">
      <w:pPr>
        <w:keepNext/>
        <w:spacing w:before="100" w:after="60" w:line="240" w:lineRule="auto"/>
        <w:rPr>
          <w:rFonts w:ascii="Times New Roman" w:eastAsia="Times New Roman" w:hAnsi="Times New Roman" w:cs="Times New Roman"/>
          <w:b/>
          <w:sz w:val="22"/>
          <w:lang w:val="lv-LV"/>
        </w:rPr>
      </w:pPr>
      <w:r w:rsidRPr="00E65275">
        <w:rPr>
          <w:rFonts w:ascii="Times New Roman" w:eastAsia="Times New Roman" w:hAnsi="Times New Roman" w:cs="Times New Roman"/>
          <w:b/>
          <w:color w:val="000000"/>
          <w:sz w:val="22"/>
          <w:lang w:val="lv-LV"/>
        </w:rPr>
        <w:t>Iesnieguma apliecināšana</w:t>
      </w: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2700"/>
        <w:gridCol w:w="7357"/>
      </w:tblGrid>
      <w:tr w:rsidR="00BB0EC8" w:rsidRPr="00E65275" w14:paraId="31D19329" w14:textId="77777777" w:rsidTr="007E37E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969729D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lv-LV"/>
              </w:rPr>
              <w:t>Datums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5E9D9D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</w:tr>
      <w:tr w:rsidR="00BB0EC8" w:rsidRPr="00E65275" w14:paraId="2368C07C" w14:textId="77777777" w:rsidTr="007E37E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0760F0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lv-LV"/>
              </w:rPr>
              <w:t>Iesniedzēja vārds, uzvārds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61EB73F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</w:tr>
      <w:tr w:rsidR="00BB0EC8" w:rsidRPr="00E65275" w14:paraId="2B227A0A" w14:textId="77777777" w:rsidTr="007E37E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AD0B4D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lv-LV"/>
              </w:rPr>
              <w:t>Paraksts*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972990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color w:val="000000"/>
                <w:sz w:val="20"/>
                <w:lang w:val="lv-LV"/>
              </w:rPr>
              <w:t> </w:t>
            </w:r>
          </w:p>
        </w:tc>
      </w:tr>
    </w:tbl>
    <w:p w14:paraId="64B0ADDE" w14:textId="77777777" w:rsidR="00BB0EC8" w:rsidRPr="00E65275" w:rsidRDefault="00BB0EC8" w:rsidP="00BB0EC8">
      <w:pPr>
        <w:spacing w:after="20" w:line="240" w:lineRule="auto"/>
        <w:rPr>
          <w:rFonts w:ascii="Times New Roman" w:eastAsia="Times New Roman" w:hAnsi="Times New Roman" w:cs="Times New Roman"/>
          <w:i/>
          <w:color w:val="000000"/>
          <w:sz w:val="17"/>
          <w:lang w:val="lv-LV"/>
        </w:rPr>
      </w:pPr>
      <w:r w:rsidRPr="00E65275">
        <w:rPr>
          <w:rFonts w:ascii="Times New Roman" w:eastAsia="Times New Roman" w:hAnsi="Times New Roman" w:cs="Times New Roman"/>
          <w:i/>
          <w:color w:val="000000"/>
          <w:sz w:val="17"/>
          <w:lang w:val="lv-LV"/>
        </w:rPr>
        <w:t>* Ja iesniegums tiek iesniegts elektroniski un parakstīts ar drošu elektronisko parakstu un laika zīmogu, paraksta vietu neaizpilda.</w:t>
      </w:r>
    </w:p>
    <w:p w14:paraId="6D9969A2" w14:textId="77777777" w:rsidR="00BB0EC8" w:rsidRPr="00E65275" w:rsidRDefault="00BB0EC8" w:rsidP="00BB0EC8">
      <w:pPr>
        <w:spacing w:after="20" w:line="240" w:lineRule="auto"/>
        <w:rPr>
          <w:rFonts w:ascii="Times New Roman" w:eastAsia="Times New Roman" w:hAnsi="Times New Roman" w:cs="Times New Roman"/>
          <w:lang w:val="lv-LV"/>
        </w:rPr>
      </w:pPr>
    </w:p>
    <w:p w14:paraId="31765427" w14:textId="77777777" w:rsidR="00BB0EC8" w:rsidRPr="00E65275" w:rsidRDefault="00BB0EC8" w:rsidP="00BB0EC8">
      <w:pPr>
        <w:keepNext/>
        <w:shd w:val="clear" w:color="auto" w:fill="E7E7E7"/>
        <w:spacing w:before="100" w:after="80" w:line="240" w:lineRule="auto"/>
        <w:jc w:val="center"/>
        <w:rPr>
          <w:rFonts w:ascii="Times New Roman" w:eastAsia="Times New Roman" w:hAnsi="Times New Roman" w:cs="Times New Roman"/>
          <w:b/>
          <w:sz w:val="22"/>
          <w:lang w:val="lv-LV"/>
        </w:rPr>
      </w:pPr>
      <w:r w:rsidRPr="00E65275">
        <w:rPr>
          <w:rFonts w:ascii="Times New Roman" w:eastAsia="Times New Roman" w:hAnsi="Times New Roman" w:cs="Times New Roman"/>
          <w:b/>
          <w:color w:val="000000"/>
          <w:sz w:val="22"/>
          <w:lang w:val="lv-LV"/>
        </w:rPr>
        <w:lastRenderedPageBreak/>
        <w:t>AIZPILDA SOCIĀLĀ DIENESTA DARBINIEKS</w:t>
      </w:r>
    </w:p>
    <w:p w14:paraId="214FEE6E" w14:textId="3522B3DB" w:rsidR="00394DDB" w:rsidRPr="00E65275" w:rsidRDefault="00000000" w:rsidP="00BB0EC8">
      <w:pPr>
        <w:spacing w:after="40" w:line="240" w:lineRule="auto"/>
        <w:rPr>
          <w:rFonts w:ascii="Times New Roman" w:eastAsia="Times New Roman" w:hAnsi="Times New Roman" w:cs="Times New Roman"/>
          <w:color w:val="000000"/>
          <w:sz w:val="20"/>
          <w:lang w:val="lv-LV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2"/>
            <w:szCs w:val="24"/>
            <w:lang w:val="lv-LV"/>
          </w:rPr>
          <w:id w:val="-695072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0EC8" w:rsidRPr="00E65275">
            <w:rPr>
              <w:rFonts w:ascii="Segoe UI Symbol" w:eastAsia="Times New Roman" w:hAnsi="Segoe UI Symbol" w:cs="Segoe UI Symbol"/>
              <w:b/>
              <w:bCs/>
              <w:color w:val="000000"/>
              <w:sz w:val="22"/>
              <w:szCs w:val="24"/>
              <w:lang w:val="lv-LV"/>
            </w:rPr>
            <w:t>☐</w:t>
          </w:r>
        </w:sdtContent>
      </w:sdt>
      <w:r w:rsidR="00BB0EC8" w:rsidRPr="00E65275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 </w:t>
      </w:r>
      <w:r w:rsidR="00394DDB" w:rsidRPr="00E65275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piešķirt vienreizēju pabalstu patstāvīgas dzīves uzsākšanai </w:t>
      </w:r>
      <w:r w:rsidR="00BB0EC8" w:rsidRPr="00E65275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__________ EUR </w:t>
      </w:r>
    </w:p>
    <w:p w14:paraId="23873004" w14:textId="77974813" w:rsidR="00BB0EC8" w:rsidRPr="00E65275" w:rsidRDefault="00000000" w:rsidP="00BB0EC8">
      <w:pPr>
        <w:spacing w:after="40" w:line="240" w:lineRule="auto"/>
        <w:rPr>
          <w:rFonts w:ascii="Times New Roman" w:eastAsia="Times New Roman" w:hAnsi="Times New Roman" w:cs="Times New Roman"/>
          <w:color w:val="000000"/>
          <w:sz w:val="20"/>
          <w:lang w:val="lv-LV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2"/>
            <w:szCs w:val="24"/>
            <w:lang w:val="lv-LV"/>
          </w:rPr>
          <w:id w:val="38691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4DDB" w:rsidRPr="00E65275">
            <w:rPr>
              <w:rFonts w:ascii="Segoe UI Symbol" w:eastAsia="Times New Roman" w:hAnsi="Segoe UI Symbol" w:cs="Segoe UI Symbol"/>
              <w:b/>
              <w:bCs/>
              <w:color w:val="000000"/>
              <w:sz w:val="22"/>
              <w:szCs w:val="24"/>
              <w:lang w:val="lv-LV"/>
            </w:rPr>
            <w:t>☐</w:t>
          </w:r>
        </w:sdtContent>
      </w:sdt>
      <w:r w:rsidR="00394DDB" w:rsidRPr="00E65275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 Piešķirt </w:t>
      </w:r>
      <w:r w:rsidR="00394DDB" w:rsidRPr="00E65275">
        <w:rPr>
          <w:rFonts w:ascii="Times New Roman" w:hAnsi="Times New Roman" w:cs="Times New Roman"/>
        </w:rPr>
        <w:t xml:space="preserve"> </w:t>
      </w:r>
      <w:r w:rsidR="00394DDB" w:rsidRPr="00E65275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vienreizēju pabalstu sadzīves priekšmetu un mīkstā inventāra iegādei __________ EUR </w:t>
      </w:r>
      <w:r w:rsidR="00BB0EC8" w:rsidRPr="00E65275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   </w:t>
      </w: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2500"/>
        <w:gridCol w:w="7557"/>
      </w:tblGrid>
      <w:tr w:rsidR="00BB0EC8" w:rsidRPr="00E65275" w14:paraId="3DCFC96B" w14:textId="77777777" w:rsidTr="007E37E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449C6BF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b/>
                <w:color w:val="000000"/>
                <w:sz w:val="19"/>
                <w:lang w:val="lv-LV"/>
              </w:rPr>
              <w:t>Lēmuma datums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5A5730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</w:p>
        </w:tc>
      </w:tr>
      <w:tr w:rsidR="00BB0EC8" w:rsidRPr="00E65275" w14:paraId="3076E216" w14:textId="77777777" w:rsidTr="007E37E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76EE6CF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b/>
                <w:color w:val="000000"/>
                <w:sz w:val="19"/>
                <w:lang w:val="lv-LV"/>
              </w:rPr>
              <w:t>Lēmuma Nr.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998458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  <w:r w:rsidRPr="00E65275">
              <w:rPr>
                <w:rFonts w:ascii="Times New Roman" w:eastAsia="Times New Roman" w:hAnsi="Times New Roman" w:cs="Times New Roman"/>
                <w:color w:val="000000"/>
                <w:sz w:val="18"/>
                <w:lang w:val="lv-LV"/>
              </w:rPr>
              <w:t>TNSD/____________________________</w:t>
            </w:r>
          </w:p>
        </w:tc>
      </w:tr>
      <w:tr w:rsidR="00BB0EC8" w:rsidRPr="00E65275" w14:paraId="601AFD9E" w14:textId="77777777" w:rsidTr="007E37E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BCC2FB8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b/>
                <w:color w:val="000000"/>
                <w:sz w:val="19"/>
                <w:lang w:val="lv-LV"/>
              </w:rPr>
              <w:t>Sociālā dienesta darbinieks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34F9BDB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</w:p>
        </w:tc>
      </w:tr>
    </w:tbl>
    <w:p w14:paraId="0680872B" w14:textId="77777777" w:rsidR="00BB0EC8" w:rsidRPr="00E65275" w:rsidRDefault="00BB0EC8" w:rsidP="00BB0EC8">
      <w:pPr>
        <w:keepNext/>
        <w:spacing w:before="60" w:after="0" w:line="240" w:lineRule="auto"/>
        <w:rPr>
          <w:rFonts w:ascii="Times New Roman" w:eastAsia="Times New Roman" w:hAnsi="Times New Roman" w:cs="Times New Roman"/>
          <w:lang w:val="lv-LV"/>
        </w:rPr>
      </w:pPr>
      <w:r w:rsidRPr="00E65275">
        <w:rPr>
          <w:rFonts w:ascii="Times New Roman" w:eastAsia="Times New Roman" w:hAnsi="Times New Roman" w:cs="Times New Roman"/>
          <w:b/>
          <w:color w:val="000000"/>
          <w:sz w:val="19"/>
          <w:lang w:val="lv-LV"/>
        </w:rPr>
        <w:t>SAŅEMTS</w:t>
      </w: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1750"/>
        <w:gridCol w:w="2700"/>
        <w:gridCol w:w="5607"/>
      </w:tblGrid>
      <w:tr w:rsidR="00BB0EC8" w:rsidRPr="00E65275" w14:paraId="66B9EA69" w14:textId="77777777" w:rsidTr="007E37ED">
        <w:trPr>
          <w:cantSplit/>
        </w:trPr>
        <w:tc>
          <w:tcPr>
            <w:tcW w:w="175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CE3E43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val="lv-LV"/>
              </w:rPr>
              <w:t>Saņēma</w:t>
            </w:r>
          </w:p>
        </w:tc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2374851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color w:val="000000"/>
                <w:sz w:val="18"/>
                <w:lang w:val="lv-LV"/>
              </w:rPr>
              <w:t>Datums: ______________</w:t>
            </w:r>
          </w:p>
        </w:tc>
        <w:tc>
          <w:tcPr>
            <w:tcW w:w="560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DDDF2D7" w14:textId="77777777" w:rsidR="00BB0EC8" w:rsidRPr="00E65275" w:rsidRDefault="00BB0EC8" w:rsidP="00BB0EC8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E65275">
              <w:rPr>
                <w:rFonts w:ascii="Times New Roman" w:eastAsia="Times New Roman" w:hAnsi="Times New Roman" w:cs="Times New Roman"/>
                <w:color w:val="000000"/>
                <w:sz w:val="18"/>
                <w:lang w:val="lv-LV"/>
              </w:rPr>
              <w:t>Iesnieguma Nr.: TNSD/____________________________</w:t>
            </w:r>
          </w:p>
        </w:tc>
      </w:tr>
    </w:tbl>
    <w:p w14:paraId="05CB58FD" w14:textId="77777777" w:rsidR="003D766C" w:rsidRPr="00E65275" w:rsidRDefault="003D766C">
      <w:pPr>
        <w:rPr>
          <w:rFonts w:ascii="Times New Roman" w:hAnsi="Times New Roman" w:cs="Times New Roman"/>
          <w:sz w:val="24"/>
          <w:lang w:val="lv-LV"/>
        </w:rPr>
      </w:pPr>
    </w:p>
    <w:sectPr w:rsidR="003D766C" w:rsidRPr="00E65275" w:rsidSect="001340AE">
      <w:footerReference w:type="default" r:id="rId8"/>
      <w:pgSz w:w="11906" w:h="16838"/>
      <w:pgMar w:top="851" w:right="567" w:bottom="567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34BC8" w14:textId="77777777" w:rsidR="00E711CD" w:rsidRDefault="00E711CD">
      <w:pPr>
        <w:spacing w:after="0" w:line="240" w:lineRule="auto"/>
      </w:pPr>
      <w:r>
        <w:separator/>
      </w:r>
    </w:p>
  </w:endnote>
  <w:endnote w:type="continuationSeparator" w:id="0">
    <w:p w14:paraId="3316ADAA" w14:textId="77777777" w:rsidR="00E711CD" w:rsidRDefault="00E71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4687F" w14:textId="77777777" w:rsidR="00BB42AD" w:rsidRPr="006039D1" w:rsidRDefault="009E378D">
    <w:pPr>
      <w:pStyle w:val="Kjene"/>
      <w:spacing w:line="216" w:lineRule="auto"/>
      <w:jc w:val="center"/>
      <w:rPr>
        <w:lang w:val="lv-LV"/>
      </w:rPr>
    </w:pPr>
    <w:r w:rsidRPr="006039D1">
      <w:rPr>
        <w:color w:val="6E6E6E"/>
        <w:sz w:val="15"/>
        <w:lang w:val="lv-LV"/>
      </w:rPr>
      <w:t>Talsu novada Sociālais dienests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3F0F4" w14:textId="77777777" w:rsidR="00E711CD" w:rsidRDefault="00E711CD">
      <w:pPr>
        <w:spacing w:after="0" w:line="240" w:lineRule="auto"/>
      </w:pPr>
      <w:r>
        <w:separator/>
      </w:r>
    </w:p>
  </w:footnote>
  <w:footnote w:type="continuationSeparator" w:id="0">
    <w:p w14:paraId="7E3078C3" w14:textId="77777777" w:rsidR="00E711CD" w:rsidRDefault="00E711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1907489">
    <w:abstractNumId w:val="8"/>
  </w:num>
  <w:num w:numId="2" w16cid:durableId="853543586">
    <w:abstractNumId w:val="6"/>
  </w:num>
  <w:num w:numId="3" w16cid:durableId="1037701167">
    <w:abstractNumId w:val="5"/>
  </w:num>
  <w:num w:numId="4" w16cid:durableId="2010206230">
    <w:abstractNumId w:val="4"/>
  </w:num>
  <w:num w:numId="5" w16cid:durableId="1453866811">
    <w:abstractNumId w:val="7"/>
  </w:num>
  <w:num w:numId="6" w16cid:durableId="1332029776">
    <w:abstractNumId w:val="3"/>
  </w:num>
  <w:num w:numId="7" w16cid:durableId="972053043">
    <w:abstractNumId w:val="2"/>
  </w:num>
  <w:num w:numId="8" w16cid:durableId="331761701">
    <w:abstractNumId w:val="1"/>
  </w:num>
  <w:num w:numId="9" w16cid:durableId="46763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40AE"/>
    <w:rsid w:val="00135B36"/>
    <w:rsid w:val="0015074B"/>
    <w:rsid w:val="00164166"/>
    <w:rsid w:val="001C5F81"/>
    <w:rsid w:val="00285C97"/>
    <w:rsid w:val="0029639D"/>
    <w:rsid w:val="00326F90"/>
    <w:rsid w:val="00394DDB"/>
    <w:rsid w:val="003A4CF5"/>
    <w:rsid w:val="003D766C"/>
    <w:rsid w:val="00462339"/>
    <w:rsid w:val="004B25D8"/>
    <w:rsid w:val="004B4FE9"/>
    <w:rsid w:val="005B09F1"/>
    <w:rsid w:val="005F64B7"/>
    <w:rsid w:val="006039D1"/>
    <w:rsid w:val="00690651"/>
    <w:rsid w:val="007065B4"/>
    <w:rsid w:val="007606DF"/>
    <w:rsid w:val="007F0E2E"/>
    <w:rsid w:val="00867F73"/>
    <w:rsid w:val="008E1942"/>
    <w:rsid w:val="00951D89"/>
    <w:rsid w:val="00990104"/>
    <w:rsid w:val="009A6376"/>
    <w:rsid w:val="009E378D"/>
    <w:rsid w:val="00A051AD"/>
    <w:rsid w:val="00A867EE"/>
    <w:rsid w:val="00AA1D8D"/>
    <w:rsid w:val="00AD7310"/>
    <w:rsid w:val="00AF057D"/>
    <w:rsid w:val="00B05AAD"/>
    <w:rsid w:val="00B20995"/>
    <w:rsid w:val="00B417C5"/>
    <w:rsid w:val="00B47730"/>
    <w:rsid w:val="00B92258"/>
    <w:rsid w:val="00BA3696"/>
    <w:rsid w:val="00BB0EC8"/>
    <w:rsid w:val="00BB42AD"/>
    <w:rsid w:val="00C66910"/>
    <w:rsid w:val="00CB0664"/>
    <w:rsid w:val="00D94DC5"/>
    <w:rsid w:val="00E11EFA"/>
    <w:rsid w:val="00E470CB"/>
    <w:rsid w:val="00E65275"/>
    <w:rsid w:val="00E711CD"/>
    <w:rsid w:val="00E8446B"/>
    <w:rsid w:val="00E849D5"/>
    <w:rsid w:val="00EB0F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AA0A593"/>
  <w14:defaultImageDpi w14:val="300"/>
  <w15:docId w15:val="{FF50DFDC-813E-43C6-94AC-4D4B3585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693F"/>
    <w:rPr>
      <w:rFonts w:ascii="Arial" w:hAnsi="Arial"/>
      <w:sz w:val="21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Vietturateksts">
    <w:name w:val="Placeholder Text"/>
    <w:basedOn w:val="Noklusjumarindkopasfonts"/>
    <w:uiPriority w:val="99"/>
    <w:semiHidden/>
    <w:rsid w:val="008E1942"/>
    <w:rPr>
      <w:color w:val="808080"/>
    </w:rPr>
  </w:style>
  <w:style w:type="paragraph" w:styleId="Paraststmeklis">
    <w:name w:val="Normal (Web)"/>
    <w:basedOn w:val="Parasts"/>
    <w:uiPriority w:val="99"/>
    <w:unhideWhenUsed/>
    <w:rsid w:val="007F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table" w:customStyle="1" w:styleId="Reatabula1">
    <w:name w:val="Režģa tabula1"/>
    <w:basedOn w:val="Parastatabula"/>
    <w:next w:val="Reatabula"/>
    <w:uiPriority w:val="59"/>
    <w:rsid w:val="00A05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A05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next w:val="Reatabula"/>
    <w:uiPriority w:val="59"/>
    <w:rsid w:val="00AD7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Parastatabula"/>
    <w:next w:val="Reatabula"/>
    <w:uiPriority w:val="59"/>
    <w:rsid w:val="00990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1D46DF-08D6-4CEA-8214-9977F54A2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1656</Words>
  <Characters>945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Iesniegums pabalsta bērnu ēdināšanas izdevumu apmaksai daudzbērnu ģimenei</vt:lpstr>
      <vt:lpstr/>
    </vt:vector>
  </TitlesOfParts>
  <Manager/>
  <Company/>
  <LinksUpToDate>false</LinksUpToDate>
  <CharactersWithSpaces>2596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pabalsta bērnu ēdināšanas izdevumu apmaksai daudzbērnu ģimenei</dc:title>
  <dc:subject>Mājaslapā publicējama iesnieguma veidlapa</dc:subject>
  <dc:creator>Tatjana Kuzmuka</dc:creator>
  <cp:keywords/>
  <dc:description>generated by python-docx</dc:description>
  <cp:lastModifiedBy>Ilze Voitiņa</cp:lastModifiedBy>
  <cp:revision>2</cp:revision>
  <cp:lastPrinted>2026-08-28T07:02:00Z</cp:lastPrinted>
  <dcterms:created xsi:type="dcterms:W3CDTF">2026-09-15T11:24:00Z</dcterms:created>
  <dcterms:modified xsi:type="dcterms:W3CDTF">2026-09-15T11:24:00Z</dcterms:modified>
  <cp:category/>
</cp:coreProperties>
</file>