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F787ED" w14:textId="77777777" w:rsidR="00867F73" w:rsidRPr="00867F73" w:rsidRDefault="00867F73" w:rsidP="00867F73">
      <w:pPr>
        <w:spacing w:after="20" w:line="240" w:lineRule="auto"/>
        <w:jc w:val="center"/>
        <w:rPr>
          <w:rFonts w:ascii="Times New Roman" w:hAnsi="Times New Roman" w:cs="Times New Roman"/>
          <w:b/>
          <w:sz w:val="22"/>
          <w:lang w:val="lv-LV"/>
        </w:rPr>
      </w:pPr>
    </w:p>
    <w:p w14:paraId="03264679" w14:textId="77777777" w:rsidR="00BB42AD" w:rsidRPr="00867F73" w:rsidRDefault="009E378D" w:rsidP="00867F73">
      <w:pPr>
        <w:spacing w:after="20" w:line="240" w:lineRule="auto"/>
        <w:jc w:val="center"/>
        <w:rPr>
          <w:rFonts w:ascii="Times New Roman" w:hAnsi="Times New Roman" w:cs="Times New Roman"/>
          <w:sz w:val="22"/>
          <w:lang w:val="lv-LV"/>
        </w:rPr>
      </w:pPr>
      <w:r w:rsidRPr="00867F73">
        <w:rPr>
          <w:rFonts w:ascii="Times New Roman" w:hAnsi="Times New Roman" w:cs="Times New Roman"/>
          <w:b/>
          <w:sz w:val="22"/>
          <w:lang w:val="lv-LV"/>
        </w:rPr>
        <w:t>TALSU NOVADA SOCIĀLAJAM DIENESTAM</w:t>
      </w:r>
    </w:p>
    <w:p w14:paraId="6E6A4C59" w14:textId="77777777" w:rsidR="00867F73" w:rsidRPr="00607539" w:rsidRDefault="00867F73">
      <w:pPr>
        <w:spacing w:after="0" w:line="240" w:lineRule="auto"/>
        <w:jc w:val="center"/>
        <w:rPr>
          <w:rFonts w:ascii="Times New Roman" w:hAnsi="Times New Roman" w:cs="Times New Roman"/>
          <w:b/>
          <w:sz w:val="22"/>
          <w:lang w:val="lv-LV"/>
        </w:rPr>
      </w:pPr>
    </w:p>
    <w:p w14:paraId="7EFFDB9B" w14:textId="77777777" w:rsidR="00BB42AD" w:rsidRPr="00607539" w:rsidRDefault="009E378D">
      <w:pPr>
        <w:spacing w:after="0" w:line="240" w:lineRule="auto"/>
        <w:jc w:val="center"/>
        <w:rPr>
          <w:rFonts w:ascii="Times New Roman" w:hAnsi="Times New Roman" w:cs="Times New Roman"/>
          <w:sz w:val="22"/>
          <w:lang w:val="lv-LV"/>
        </w:rPr>
      </w:pPr>
      <w:r w:rsidRPr="00607539">
        <w:rPr>
          <w:rFonts w:ascii="Times New Roman" w:hAnsi="Times New Roman" w:cs="Times New Roman"/>
          <w:b/>
          <w:sz w:val="22"/>
          <w:lang w:val="lv-LV"/>
        </w:rPr>
        <w:t>IESNIEGUMS</w:t>
      </w:r>
    </w:p>
    <w:p w14:paraId="03308435" w14:textId="77777777" w:rsidR="008C2A88" w:rsidRPr="008C2A88" w:rsidRDefault="008C2A88" w:rsidP="008C2A88">
      <w:pPr>
        <w:spacing w:after="140" w:line="245" w:lineRule="auto"/>
        <w:jc w:val="center"/>
        <w:rPr>
          <w:rFonts w:ascii="Times New Roman" w:hAnsi="Times New Roman" w:cs="Times New Roman"/>
          <w:color w:val="1A1A1A"/>
          <w:sz w:val="20"/>
          <w:lang w:val="lv-LV"/>
        </w:rPr>
      </w:pPr>
      <w:r w:rsidRPr="008C2A88">
        <w:rPr>
          <w:rFonts w:ascii="Times New Roman" w:eastAsia="Arial" w:hAnsi="Times New Roman" w:cs="Times New Roman"/>
          <w:b/>
          <w:color w:val="1A1A1A"/>
          <w:sz w:val="20"/>
          <w:lang w:val="lv-LV"/>
        </w:rPr>
        <w:t>pabalsta ikmēneša izdevumiem piešķiršanai jaunietim,</w:t>
      </w:r>
      <w:bookmarkStart w:id="0" w:name="_GoBack"/>
      <w:bookmarkEnd w:id="0"/>
      <w:r w:rsidRPr="008C2A88">
        <w:rPr>
          <w:rFonts w:ascii="Times New Roman" w:eastAsia="Arial" w:hAnsi="Times New Roman" w:cs="Times New Roman"/>
          <w:b/>
          <w:color w:val="1A1A1A"/>
          <w:sz w:val="20"/>
          <w:lang w:val="lv-LV"/>
        </w:rPr>
        <w:br/>
        <w:t>kurš turpina mācības vai studijas</w:t>
      </w:r>
    </w:p>
    <w:p w14:paraId="66CEFE88" w14:textId="6CD0A57A" w:rsidR="00BB42AD" w:rsidRPr="00607539" w:rsidRDefault="00BB42AD">
      <w:pPr>
        <w:spacing w:before="30" w:after="20" w:line="228" w:lineRule="auto"/>
        <w:rPr>
          <w:rFonts w:ascii="Times New Roman" w:hAnsi="Times New Roman" w:cs="Times New Roman"/>
          <w:sz w:val="24"/>
          <w:lang w:val="lv-LV"/>
        </w:rPr>
      </w:pPr>
    </w:p>
    <w:tbl>
      <w:tblPr>
        <w:tblW w:w="0" w:type="auto"/>
        <w:jc w:val="center"/>
        <w:tblBorders>
          <w:top w:val="single" w:sz="4" w:space="0" w:color="595959" w:themeColor="text1" w:themeTint="A6"/>
          <w:left w:val="single" w:sz="4" w:space="0" w:color="B7B7B7"/>
          <w:bottom w:val="single" w:sz="4" w:space="0" w:color="595959" w:themeColor="text1" w:themeTint="A6"/>
          <w:right w:val="single" w:sz="4" w:space="0" w:color="B7B7B7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6119"/>
      </w:tblGrid>
      <w:tr w:rsidR="00BB42AD" w:rsidRPr="00607539" w14:paraId="6F836C01" w14:textId="77777777" w:rsidTr="001340AE">
        <w:trPr>
          <w:cantSplit/>
          <w:trHeight w:val="238"/>
          <w:jc w:val="center"/>
        </w:trPr>
        <w:tc>
          <w:tcPr>
            <w:tcW w:w="3515" w:type="dxa"/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2E0798C6" w14:textId="77777777" w:rsidR="00BB42AD" w:rsidRPr="00607539" w:rsidRDefault="009E378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  <w:r w:rsidRPr="00607539">
              <w:rPr>
                <w:rFonts w:ascii="Times New Roman" w:hAnsi="Times New Roman" w:cs="Times New Roman"/>
                <w:sz w:val="24"/>
                <w:lang w:val="lv-LV"/>
              </w:rPr>
              <w:t>Vārds, uzvārds</w:t>
            </w:r>
          </w:p>
        </w:tc>
        <w:tc>
          <w:tcPr>
            <w:tcW w:w="6119" w:type="dxa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747CB6F3" w14:textId="67635B4F" w:rsidR="00BB42AD" w:rsidRPr="00607539" w:rsidRDefault="00BB42A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BB42AD" w:rsidRPr="00607539" w14:paraId="10C23AB7" w14:textId="77777777" w:rsidTr="001340AE">
        <w:trPr>
          <w:cantSplit/>
          <w:trHeight w:val="238"/>
          <w:jc w:val="center"/>
        </w:trPr>
        <w:tc>
          <w:tcPr>
            <w:tcW w:w="3515" w:type="dxa"/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1FD35994" w14:textId="77777777" w:rsidR="00BB42AD" w:rsidRPr="00607539" w:rsidRDefault="009E378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  <w:r w:rsidRPr="00607539">
              <w:rPr>
                <w:rFonts w:ascii="Times New Roman" w:hAnsi="Times New Roman" w:cs="Times New Roman"/>
                <w:sz w:val="24"/>
                <w:lang w:val="lv-LV"/>
              </w:rPr>
              <w:t>Personas kods</w:t>
            </w:r>
          </w:p>
        </w:tc>
        <w:tc>
          <w:tcPr>
            <w:tcW w:w="6119" w:type="dxa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0A2035F2" w14:textId="69B2D903" w:rsidR="00BB42AD" w:rsidRPr="00607539" w:rsidRDefault="00BB42A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BB42AD" w:rsidRPr="00607539" w14:paraId="76B02BD6" w14:textId="77777777" w:rsidTr="001340AE">
        <w:trPr>
          <w:cantSplit/>
          <w:trHeight w:val="238"/>
          <w:jc w:val="center"/>
        </w:trPr>
        <w:tc>
          <w:tcPr>
            <w:tcW w:w="3515" w:type="dxa"/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065341FF" w14:textId="77777777" w:rsidR="00BB42AD" w:rsidRPr="00607539" w:rsidRDefault="009E378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  <w:r w:rsidRPr="00607539">
              <w:rPr>
                <w:rFonts w:ascii="Times New Roman" w:hAnsi="Times New Roman" w:cs="Times New Roman"/>
                <w:sz w:val="24"/>
                <w:lang w:val="lv-LV"/>
              </w:rPr>
              <w:t>Deklarētās dzīvesvietas adrese</w:t>
            </w:r>
          </w:p>
        </w:tc>
        <w:tc>
          <w:tcPr>
            <w:tcW w:w="6119" w:type="dxa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43177A00" w14:textId="0D3C36D6" w:rsidR="00BB42AD" w:rsidRPr="00607539" w:rsidRDefault="00BB42A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BB42AD" w:rsidRPr="00607539" w14:paraId="0018CE8C" w14:textId="77777777" w:rsidTr="001340AE">
        <w:trPr>
          <w:cantSplit/>
          <w:trHeight w:val="238"/>
          <w:jc w:val="center"/>
        </w:trPr>
        <w:tc>
          <w:tcPr>
            <w:tcW w:w="3515" w:type="dxa"/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5F8EA8C7" w14:textId="77777777" w:rsidR="00BB42AD" w:rsidRPr="00607539" w:rsidRDefault="009E378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  <w:r w:rsidRPr="00607539">
              <w:rPr>
                <w:rFonts w:ascii="Times New Roman" w:hAnsi="Times New Roman" w:cs="Times New Roman"/>
                <w:sz w:val="24"/>
                <w:lang w:val="lv-LV"/>
              </w:rPr>
              <w:t>Faktiskās dzīvesvietas adrese</w:t>
            </w:r>
          </w:p>
        </w:tc>
        <w:tc>
          <w:tcPr>
            <w:tcW w:w="6119" w:type="dxa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7EEDB3D4" w14:textId="5A10750D" w:rsidR="00BB42AD" w:rsidRPr="00607539" w:rsidRDefault="00BB42A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BB42AD" w:rsidRPr="00607539" w14:paraId="6B279065" w14:textId="77777777" w:rsidTr="001340AE">
        <w:trPr>
          <w:cantSplit/>
          <w:trHeight w:val="238"/>
          <w:jc w:val="center"/>
        </w:trPr>
        <w:tc>
          <w:tcPr>
            <w:tcW w:w="3515" w:type="dxa"/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52B86E28" w14:textId="77777777" w:rsidR="00BB42AD" w:rsidRPr="00607539" w:rsidRDefault="009E378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  <w:r w:rsidRPr="00607539">
              <w:rPr>
                <w:rFonts w:ascii="Times New Roman" w:hAnsi="Times New Roman" w:cs="Times New Roman"/>
                <w:sz w:val="24"/>
                <w:lang w:val="lv-LV"/>
              </w:rPr>
              <w:t>Tālrunis</w:t>
            </w:r>
          </w:p>
        </w:tc>
        <w:tc>
          <w:tcPr>
            <w:tcW w:w="6119" w:type="dxa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0866CF33" w14:textId="44674E3C" w:rsidR="00BB42AD" w:rsidRPr="00607539" w:rsidRDefault="00BB42AD" w:rsidP="009A6376">
            <w:pPr>
              <w:tabs>
                <w:tab w:val="right" w:pos="5040"/>
                <w:tab w:val="left" w:pos="51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val="lv-LV"/>
              </w:rPr>
            </w:pPr>
          </w:p>
        </w:tc>
      </w:tr>
      <w:tr w:rsidR="00BB42AD" w:rsidRPr="00607539" w14:paraId="5DDB08F5" w14:textId="77777777" w:rsidTr="001340AE">
        <w:trPr>
          <w:cantSplit/>
          <w:trHeight w:val="238"/>
          <w:jc w:val="center"/>
        </w:trPr>
        <w:tc>
          <w:tcPr>
            <w:tcW w:w="3515" w:type="dxa"/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67DB6DB9" w14:textId="77777777" w:rsidR="00BB42AD" w:rsidRPr="00607539" w:rsidRDefault="009E378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  <w:r w:rsidRPr="00607539">
              <w:rPr>
                <w:rFonts w:ascii="Times New Roman" w:hAnsi="Times New Roman" w:cs="Times New Roman"/>
                <w:sz w:val="24"/>
                <w:lang w:val="lv-LV"/>
              </w:rPr>
              <w:t>E-pasts</w:t>
            </w:r>
          </w:p>
        </w:tc>
        <w:tc>
          <w:tcPr>
            <w:tcW w:w="6119" w:type="dxa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680D35EF" w14:textId="4A313DD2" w:rsidR="00BB42AD" w:rsidRPr="00607539" w:rsidRDefault="00BB42A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</w:tbl>
    <w:p w14:paraId="5C0A710E" w14:textId="77777777" w:rsidR="00334D04" w:rsidRPr="00607539" w:rsidRDefault="00334D04" w:rsidP="00334D04">
      <w:pPr>
        <w:keepLines/>
        <w:spacing w:before="60" w:after="60" w:line="250" w:lineRule="auto"/>
        <w:rPr>
          <w:rFonts w:ascii="Times New Roman" w:eastAsia="Arial" w:hAnsi="Times New Roman" w:cs="Times New Roman"/>
          <w:b/>
          <w:color w:val="1A1A1A"/>
          <w:sz w:val="20"/>
        </w:rPr>
      </w:pPr>
    </w:p>
    <w:p w14:paraId="025CD5BF" w14:textId="22292359" w:rsidR="00334D04" w:rsidRPr="00334D04" w:rsidRDefault="00334D04" w:rsidP="00334D04">
      <w:pPr>
        <w:keepLines/>
        <w:spacing w:before="60" w:after="60" w:line="250" w:lineRule="auto"/>
        <w:rPr>
          <w:rFonts w:ascii="Times New Roman" w:hAnsi="Times New Roman" w:cs="Times New Roman"/>
          <w:color w:val="1A1A1A"/>
          <w:sz w:val="20"/>
          <w:lang w:val="lv-LV"/>
        </w:rPr>
      </w:pPr>
      <w:r w:rsidRPr="00607539">
        <w:rPr>
          <w:rFonts w:ascii="Times New Roman" w:eastAsia="Arial" w:hAnsi="Times New Roman" w:cs="Times New Roman"/>
          <w:b/>
          <w:color w:val="1A1A1A"/>
          <w:sz w:val="20"/>
        </w:rPr>
        <w:t xml:space="preserve">        </w:t>
      </w:r>
      <w:r w:rsidRPr="00334D04">
        <w:rPr>
          <w:rFonts w:ascii="Times New Roman" w:eastAsia="Arial" w:hAnsi="Times New Roman" w:cs="Times New Roman"/>
          <w:b/>
          <w:color w:val="1A1A1A"/>
          <w:sz w:val="20"/>
          <w:lang w:val="lv-LV"/>
        </w:rPr>
        <w:t>Lūdzu piešķirt pabalstu ikmēneša izdevumiem normatīvajos aktos noteiktajā apmērā.</w:t>
      </w:r>
    </w:p>
    <w:tbl>
      <w:tblPr>
        <w:tblW w:w="944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9445"/>
      </w:tblGrid>
      <w:tr w:rsidR="00334D04" w:rsidRPr="00334D04" w14:paraId="6B7DEB94" w14:textId="77777777" w:rsidTr="00334D04">
        <w:tc>
          <w:tcPr>
            <w:tcW w:w="9445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6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80BA75" w14:textId="77777777" w:rsidR="00334D04" w:rsidRPr="00334D04" w:rsidRDefault="00334D04" w:rsidP="00334D04">
            <w:pPr>
              <w:spacing w:after="0" w:line="245" w:lineRule="auto"/>
              <w:rPr>
                <w:rFonts w:ascii="Times New Roman" w:hAnsi="Times New Roman" w:cs="Times New Roman"/>
                <w:color w:val="1A1A1A"/>
                <w:sz w:val="20"/>
                <w:lang w:val="lv-LV"/>
              </w:rPr>
            </w:pPr>
            <w:r w:rsidRPr="00334D04">
              <w:rPr>
                <w:rFonts w:ascii="Times New Roman" w:eastAsia="Arial" w:hAnsi="Times New Roman" w:cs="Times New Roman"/>
                <w:i/>
                <w:color w:val="5F6B76"/>
                <w:sz w:val="17"/>
                <w:lang w:val="lv-LV"/>
              </w:rPr>
              <w:t>Informācijai: mācību vai studiju pārtraukuma laikā pabalsta izmaksu aptur un atjauno pēc mācību vai studiju atsākšanas. Par mācību vai studiju pārtraukumu, izbeigšanu vai izglītības iestādes maiņu nekavējoties jāinformē Sociālais dienests.</w:t>
            </w:r>
          </w:p>
        </w:tc>
      </w:tr>
    </w:tbl>
    <w:p w14:paraId="58C36BC6" w14:textId="77777777" w:rsidR="00334D04" w:rsidRPr="00334D04" w:rsidRDefault="00334D04" w:rsidP="00334D04">
      <w:pPr>
        <w:spacing w:after="0" w:line="240" w:lineRule="auto"/>
        <w:rPr>
          <w:rFonts w:ascii="Times New Roman" w:hAnsi="Times New Roman" w:cs="Times New Roman"/>
          <w:color w:val="1A1A1A"/>
          <w:sz w:val="20"/>
          <w:lang w:val="lv-LV"/>
        </w:rPr>
      </w:pPr>
    </w:p>
    <w:tbl>
      <w:tblPr>
        <w:tblW w:w="9724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2458"/>
        <w:gridCol w:w="7266"/>
      </w:tblGrid>
      <w:tr w:rsidR="00394DDB" w:rsidRPr="00607539" w14:paraId="13CDAA65" w14:textId="77777777" w:rsidTr="00394DDB">
        <w:tc>
          <w:tcPr>
            <w:tcW w:w="2458" w:type="dxa"/>
            <w:tcBorders>
              <w:bottom w:val="single" w:sz="4" w:space="0" w:color="AAB4BE"/>
            </w:tcBorders>
            <w:tcMar>
              <w:top w:w="100" w:type="dxa"/>
              <w:left w:w="0" w:type="dxa"/>
              <w:bottom w:w="100" w:type="dxa"/>
              <w:right w:w="120" w:type="dxa"/>
            </w:tcMar>
          </w:tcPr>
          <w:p w14:paraId="28E9AC23" w14:textId="35C83E21" w:rsidR="00394DDB" w:rsidRPr="00607539" w:rsidRDefault="00394DDB" w:rsidP="00394DDB">
            <w:pPr>
              <w:spacing w:after="0" w:line="240" w:lineRule="auto"/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lang w:val="lv-LV"/>
              </w:rPr>
            </w:pPr>
            <w:r w:rsidRPr="00607539">
              <w:rPr>
                <w:rFonts w:ascii="Times New Roman" w:eastAsia="Arial" w:hAnsi="Times New Roman" w:cs="Times New Roman"/>
                <w:b/>
                <w:color w:val="1A1A1A"/>
                <w:sz w:val="22"/>
                <w:szCs w:val="24"/>
                <w:lang w:val="lv-LV"/>
              </w:rPr>
              <w:t xml:space="preserve">Bāriņtiesas lēmuma datums un Nr.   </w:t>
            </w:r>
          </w:p>
        </w:tc>
        <w:tc>
          <w:tcPr>
            <w:tcW w:w="7266" w:type="dxa"/>
            <w:tcBorders>
              <w:bottom w:val="single" w:sz="4" w:space="0" w:color="AAB4BE"/>
            </w:tcBorders>
            <w:tcMar>
              <w:top w:w="100" w:type="dxa"/>
              <w:left w:w="120" w:type="dxa"/>
              <w:bottom w:w="100" w:type="dxa"/>
              <w:right w:w="0" w:type="dxa"/>
            </w:tcMar>
          </w:tcPr>
          <w:p w14:paraId="277D7A68" w14:textId="77777777" w:rsidR="00394DDB" w:rsidRPr="00607539" w:rsidRDefault="00394DDB" w:rsidP="00394DDB">
            <w:pPr>
              <w:spacing w:after="0" w:line="240" w:lineRule="auto"/>
              <w:rPr>
                <w:rFonts w:ascii="Times New Roman" w:hAnsi="Times New Roman" w:cs="Times New Roman"/>
                <w:color w:val="1A1A1A"/>
              </w:rPr>
            </w:pPr>
          </w:p>
        </w:tc>
      </w:tr>
    </w:tbl>
    <w:p w14:paraId="4D848F3A" w14:textId="08849898" w:rsidR="00334D04" w:rsidRPr="00334D04" w:rsidRDefault="00334D04" w:rsidP="00334D04">
      <w:pPr>
        <w:keepNext/>
        <w:spacing w:before="120" w:after="80" w:line="240" w:lineRule="auto"/>
        <w:ind w:left="120" w:right="120"/>
        <w:rPr>
          <w:rFonts w:ascii="Times New Roman" w:hAnsi="Times New Roman" w:cs="Times New Roman"/>
          <w:sz w:val="24"/>
          <w:lang w:val="lv-LV"/>
        </w:rPr>
      </w:pPr>
      <w:r w:rsidRPr="00334D04">
        <w:rPr>
          <w:rFonts w:ascii="Times New Roman" w:eastAsia="Arial" w:hAnsi="Times New Roman" w:cs="Times New Roman"/>
          <w:b/>
          <w:sz w:val="24"/>
          <w:lang w:val="lv-LV"/>
        </w:rPr>
        <w:t>Informācija par mācībām vai studijām</w:t>
      </w:r>
    </w:p>
    <w:tbl>
      <w:tblPr>
        <w:tblW w:w="9866" w:type="dxa"/>
        <w:tblLayout w:type="fixed"/>
        <w:tblLook w:val="04A0" w:firstRow="1" w:lastRow="0" w:firstColumn="1" w:lastColumn="0" w:noHBand="0" w:noVBand="1"/>
      </w:tblPr>
      <w:tblGrid>
        <w:gridCol w:w="2860"/>
        <w:gridCol w:w="7006"/>
      </w:tblGrid>
      <w:tr w:rsidR="00334D04" w:rsidRPr="00334D04" w14:paraId="0C8DB869" w14:textId="77777777" w:rsidTr="00FC4D5E">
        <w:tc>
          <w:tcPr>
            <w:tcW w:w="2860" w:type="dxa"/>
            <w:tcBorders>
              <w:bottom w:val="single" w:sz="4" w:space="0" w:color="AAB4BE"/>
            </w:tcBorders>
            <w:tcMar>
              <w:top w:w="90" w:type="dxa"/>
              <w:left w:w="0" w:type="dxa"/>
              <w:bottom w:w="90" w:type="dxa"/>
              <w:right w:w="120" w:type="dxa"/>
            </w:tcMar>
          </w:tcPr>
          <w:p w14:paraId="71778733" w14:textId="198E5DFE" w:rsidR="00334D04" w:rsidRPr="00334D04" w:rsidRDefault="008C2A88" w:rsidP="00334D04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z w:val="22"/>
                <w:lang w:val="lv-LV"/>
              </w:rPr>
            </w:pPr>
            <w:r w:rsidRPr="00607539">
              <w:rPr>
                <w:rFonts w:ascii="Times New Roman" w:eastAsia="Arial" w:hAnsi="Times New Roman" w:cs="Times New Roman"/>
                <w:color w:val="1A1A1A"/>
                <w:sz w:val="22"/>
                <w:lang w:val="lv-LV"/>
              </w:rPr>
              <w:t xml:space="preserve">  </w:t>
            </w:r>
            <w:r w:rsidR="00334D04" w:rsidRPr="00334D04">
              <w:rPr>
                <w:rFonts w:ascii="Times New Roman" w:eastAsia="Arial" w:hAnsi="Times New Roman" w:cs="Times New Roman"/>
                <w:color w:val="1A1A1A"/>
                <w:sz w:val="22"/>
                <w:lang w:val="lv-LV"/>
              </w:rPr>
              <w:t>Izglītības iestādes nosaukums</w:t>
            </w:r>
          </w:p>
        </w:tc>
        <w:tc>
          <w:tcPr>
            <w:tcW w:w="7006" w:type="dxa"/>
            <w:tcBorders>
              <w:bottom w:val="single" w:sz="4" w:space="0" w:color="AAB4BE"/>
            </w:tcBorders>
            <w:tcMar>
              <w:top w:w="90" w:type="dxa"/>
              <w:left w:w="120" w:type="dxa"/>
              <w:bottom w:w="90" w:type="dxa"/>
              <w:right w:w="0" w:type="dxa"/>
            </w:tcMar>
          </w:tcPr>
          <w:p w14:paraId="118A9548" w14:textId="77777777" w:rsidR="00334D04" w:rsidRPr="00334D04" w:rsidRDefault="00334D04" w:rsidP="00334D04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z w:val="22"/>
                <w:lang w:val="lv-LV"/>
              </w:rPr>
            </w:pPr>
          </w:p>
        </w:tc>
      </w:tr>
    </w:tbl>
    <w:p w14:paraId="2677D065" w14:textId="37D049DC" w:rsidR="008C2A88" w:rsidRPr="008C2A88" w:rsidRDefault="008C2A88" w:rsidP="008C2A88">
      <w:pPr>
        <w:keepNext/>
        <w:spacing w:before="120" w:after="80" w:line="240" w:lineRule="auto"/>
        <w:ind w:left="120" w:right="120"/>
        <w:rPr>
          <w:rFonts w:ascii="Times New Roman" w:hAnsi="Times New Roman" w:cs="Times New Roman"/>
          <w:sz w:val="24"/>
          <w:lang w:val="lv-LV"/>
        </w:rPr>
      </w:pPr>
      <w:r w:rsidRPr="008C2A88">
        <w:rPr>
          <w:rFonts w:ascii="Times New Roman" w:eastAsia="Arial" w:hAnsi="Times New Roman" w:cs="Times New Roman"/>
          <w:b/>
          <w:sz w:val="24"/>
          <w:lang w:val="lv-LV"/>
        </w:rPr>
        <w:t xml:space="preserve">Pievienotie dokumenti </w:t>
      </w:r>
    </w:p>
    <w:p w14:paraId="39D2A43B" w14:textId="77777777" w:rsidR="008C2A88" w:rsidRPr="00607539" w:rsidRDefault="008C2A88" w:rsidP="008C2A88">
      <w:pPr>
        <w:keepLines/>
        <w:spacing w:after="0" w:line="240" w:lineRule="auto"/>
        <w:ind w:left="85"/>
        <w:rPr>
          <w:rFonts w:ascii="Times New Roman" w:hAnsi="Times New Roman" w:cs="Times New Roman"/>
          <w:color w:val="1A1A1A"/>
          <w:sz w:val="24"/>
          <w:szCs w:val="24"/>
          <w:lang w:val="lv-LV"/>
        </w:rPr>
      </w:pPr>
      <w:sdt>
        <w:sdtPr>
          <w:rPr>
            <w:rFonts w:ascii="Times New Roman" w:eastAsia="DejaVu Sans" w:hAnsi="Times New Roman" w:cs="Times New Roman"/>
            <w:b/>
            <w:sz w:val="24"/>
            <w:szCs w:val="24"/>
            <w:lang w:val="lv-LV"/>
          </w:rPr>
          <w:id w:val="-1478452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07539">
            <w:rPr>
              <w:rFonts w:ascii="Segoe UI Symbol" w:eastAsia="MS Gothic" w:hAnsi="Segoe UI Symbol" w:cs="Segoe UI Symbol"/>
              <w:b/>
              <w:sz w:val="24"/>
              <w:szCs w:val="24"/>
              <w:lang w:val="lv-LV"/>
            </w:rPr>
            <w:t>☐</w:t>
          </w:r>
        </w:sdtContent>
      </w:sdt>
      <w:r w:rsidRPr="008C2A88">
        <w:rPr>
          <w:rFonts w:ascii="Times New Roman" w:eastAsia="Arial" w:hAnsi="Times New Roman" w:cs="Times New Roman"/>
          <w:color w:val="1A1A1A"/>
          <w:sz w:val="24"/>
          <w:szCs w:val="24"/>
          <w:lang w:val="lv-LV"/>
        </w:rPr>
        <w:t xml:space="preserve">  izglītības iestādes izziņa, ja ziņas par mācībām vai studijām nav pieejamas Valsts izglītības informācijas sistēmā</w:t>
      </w:r>
    </w:p>
    <w:tbl>
      <w:tblPr>
        <w:tblW w:w="9866" w:type="dxa"/>
        <w:tblLayout w:type="fixed"/>
        <w:tblLook w:val="04A0" w:firstRow="1" w:lastRow="0" w:firstColumn="1" w:lastColumn="0" w:noHBand="0" w:noVBand="1"/>
      </w:tblPr>
      <w:tblGrid>
        <w:gridCol w:w="500"/>
        <w:gridCol w:w="9366"/>
      </w:tblGrid>
      <w:tr w:rsidR="008C2A88" w:rsidRPr="008C2A88" w14:paraId="7F30CD72" w14:textId="77777777" w:rsidTr="00FC4D5E">
        <w:tc>
          <w:tcPr>
            <w:tcW w:w="500" w:type="dxa"/>
            <w:tcMar>
              <w:top w:w="75" w:type="dxa"/>
              <w:left w:w="0" w:type="dxa"/>
              <w:bottom w:w="105" w:type="dxa"/>
              <w:right w:w="40" w:type="dxa"/>
            </w:tcMar>
            <w:vAlign w:val="center"/>
          </w:tcPr>
          <w:p w14:paraId="60F3304A" w14:textId="0E468D45" w:rsidR="008C2A88" w:rsidRPr="008C2A88" w:rsidRDefault="008C2A88" w:rsidP="008C2A88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z w:val="20"/>
              </w:rPr>
            </w:pPr>
          </w:p>
        </w:tc>
        <w:tc>
          <w:tcPr>
            <w:tcW w:w="9366" w:type="dxa"/>
            <w:tcBorders>
              <w:bottom w:val="single" w:sz="5" w:space="0" w:color="AAB4BE"/>
            </w:tcBorders>
            <w:tcMar>
              <w:top w:w="75" w:type="dxa"/>
              <w:left w:w="0" w:type="dxa"/>
              <w:bottom w:w="105" w:type="dxa"/>
              <w:right w:w="0" w:type="dxa"/>
            </w:tcMar>
            <w:vAlign w:val="center"/>
          </w:tcPr>
          <w:p w14:paraId="6C90844F" w14:textId="77777777" w:rsidR="008C2A88" w:rsidRPr="008C2A88" w:rsidRDefault="008C2A88" w:rsidP="008C2A88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z w:val="20"/>
              </w:rPr>
            </w:pPr>
          </w:p>
        </w:tc>
      </w:tr>
    </w:tbl>
    <w:p w14:paraId="47B72FB5" w14:textId="77777777" w:rsidR="00334D04" w:rsidRPr="00607539" w:rsidRDefault="00334D04" w:rsidP="00990104">
      <w:pPr>
        <w:spacing w:before="60" w:after="80" w:line="240" w:lineRule="auto"/>
        <w:rPr>
          <w:rFonts w:ascii="Times New Roman" w:eastAsiaTheme="majorEastAsia" w:hAnsi="Times New Roman" w:cs="Times New Roman"/>
          <w:b/>
          <w:bCs/>
          <w:color w:val="000000"/>
          <w:sz w:val="24"/>
          <w:lang w:val="lv-LV"/>
        </w:rPr>
      </w:pPr>
    </w:p>
    <w:p w14:paraId="457B7E30" w14:textId="47372435" w:rsidR="00A051AD" w:rsidRPr="00607539" w:rsidRDefault="00690651" w:rsidP="00990104">
      <w:pPr>
        <w:spacing w:before="60" w:after="80" w:line="240" w:lineRule="auto"/>
        <w:rPr>
          <w:rFonts w:ascii="Times New Roman" w:eastAsia="Times New Roman" w:hAnsi="Times New Roman" w:cs="Times New Roman"/>
          <w:i/>
          <w:sz w:val="22"/>
          <w:lang w:val="lv-LV"/>
        </w:rPr>
      </w:pPr>
      <w:r w:rsidRPr="00607539">
        <w:rPr>
          <w:rFonts w:ascii="Times New Roman" w:eastAsiaTheme="majorEastAsia" w:hAnsi="Times New Roman" w:cs="Times New Roman"/>
          <w:b/>
          <w:bCs/>
          <w:color w:val="000000"/>
          <w:sz w:val="24"/>
          <w:lang w:val="lv-LV"/>
        </w:rPr>
        <w:t>P</w:t>
      </w:r>
      <w:r w:rsidR="00A051AD" w:rsidRPr="00607539">
        <w:rPr>
          <w:rFonts w:ascii="Times New Roman" w:eastAsiaTheme="majorEastAsia" w:hAnsi="Times New Roman" w:cs="Times New Roman"/>
          <w:b/>
          <w:bCs/>
          <w:color w:val="000000"/>
          <w:sz w:val="24"/>
          <w:lang w:val="lv-LV"/>
        </w:rPr>
        <w:t>abalsta izmaksas veids</w:t>
      </w:r>
    </w:p>
    <w:p w14:paraId="2DA4D27A" w14:textId="0325E75C" w:rsidR="00A051AD" w:rsidRPr="00607539" w:rsidRDefault="00BA3696" w:rsidP="00A051AD">
      <w:pPr>
        <w:spacing w:after="30" w:line="240" w:lineRule="auto"/>
        <w:rPr>
          <w:rFonts w:ascii="Times New Roman" w:eastAsia="Times New Roman" w:hAnsi="Times New Roman" w:cs="Times New Roman"/>
          <w:sz w:val="22"/>
          <w:lang w:val="lv-LV"/>
        </w:rPr>
      </w:pPr>
      <w:r w:rsidRPr="00607539">
        <w:rPr>
          <w:rFonts w:ascii="Times New Roman" w:eastAsia="MS Gothic" w:hAnsi="Times New Roman" w:cs="Times New Roman"/>
          <w:sz w:val="24"/>
          <w:lang w:val="lv-LV"/>
        </w:rPr>
        <w:t xml:space="preserve">       </w:t>
      </w:r>
      <w:sdt>
        <w:sdtPr>
          <w:rPr>
            <w:rFonts w:ascii="Times New Roman" w:eastAsia="MS Gothic" w:hAnsi="Times New Roman" w:cs="Times New Roman"/>
            <w:b/>
            <w:sz w:val="24"/>
            <w:lang w:val="lv-LV"/>
          </w:rPr>
          <w:id w:val="-867599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07539">
            <w:rPr>
              <w:rFonts w:ascii="Segoe UI Symbol" w:eastAsia="MS Gothic" w:hAnsi="Segoe UI Symbol" w:cs="Segoe UI Symbol"/>
              <w:b/>
              <w:sz w:val="24"/>
              <w:lang w:val="lv-LV"/>
            </w:rPr>
            <w:t>☐</w:t>
          </w:r>
        </w:sdtContent>
      </w:sdt>
      <w:r w:rsidRPr="00607539">
        <w:rPr>
          <w:rFonts w:ascii="Times New Roman" w:eastAsia="MS Gothic" w:hAnsi="Times New Roman" w:cs="Times New Roman"/>
          <w:sz w:val="24"/>
          <w:lang w:val="lv-LV"/>
        </w:rPr>
        <w:t xml:space="preserve"> </w:t>
      </w:r>
      <w:r w:rsidR="00A051AD" w:rsidRPr="00607539">
        <w:rPr>
          <w:rFonts w:ascii="Times New Roman" w:eastAsia="Times New Roman" w:hAnsi="Times New Roman" w:cs="Times New Roman"/>
          <w:sz w:val="22"/>
          <w:lang w:val="lv-LV"/>
        </w:rPr>
        <w:t xml:space="preserve">Pārskaitīt uz </w:t>
      </w:r>
      <w:r w:rsidR="00394DDB" w:rsidRPr="00607539">
        <w:rPr>
          <w:rFonts w:ascii="Times New Roman" w:eastAsia="Times New Roman" w:hAnsi="Times New Roman" w:cs="Times New Roman"/>
          <w:sz w:val="22"/>
          <w:lang w:val="lv-LV"/>
        </w:rPr>
        <w:t>manu</w:t>
      </w:r>
      <w:r w:rsidR="00A051AD" w:rsidRPr="00607539">
        <w:rPr>
          <w:rFonts w:ascii="Times New Roman" w:eastAsia="Times New Roman" w:hAnsi="Times New Roman" w:cs="Times New Roman"/>
          <w:sz w:val="22"/>
          <w:lang w:val="lv-LV"/>
        </w:rPr>
        <w:t xml:space="preserve"> kredītiestādes vai pasta norēķinu sistēmas kontu:</w:t>
      </w:r>
    </w:p>
    <w:tbl>
      <w:tblPr>
        <w:tblW w:w="10375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2891"/>
        <w:gridCol w:w="1701"/>
        <w:gridCol w:w="3855"/>
      </w:tblGrid>
      <w:tr w:rsidR="008C2A88" w:rsidRPr="008C2A88" w14:paraId="2BA2BE9D" w14:textId="77777777" w:rsidTr="00FC4D5E">
        <w:trPr>
          <w:trHeight w:val="408"/>
        </w:trPr>
        <w:tc>
          <w:tcPr>
            <w:tcW w:w="1928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6AAD3D3" w14:textId="77777777" w:rsidR="008C2A88" w:rsidRPr="008C2A88" w:rsidRDefault="008C2A88" w:rsidP="008C2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8C2A88">
              <w:rPr>
                <w:rFonts w:ascii="Times New Roman" w:eastAsia="Times New Roman" w:hAnsi="Times New Roman" w:cs="Times New Roman"/>
                <w:b/>
                <w:sz w:val="19"/>
                <w:lang w:val="lv-LV"/>
              </w:rPr>
              <w:t>Konta īpašnieka</w:t>
            </w:r>
            <w:r w:rsidRPr="008C2A88">
              <w:rPr>
                <w:rFonts w:ascii="Times New Roman" w:eastAsia="Times New Roman" w:hAnsi="Times New Roman" w:cs="Times New Roman"/>
                <w:b/>
                <w:sz w:val="19"/>
                <w:lang w:val="lv-LV"/>
              </w:rPr>
              <w:br/>
              <w:t>vārds, uzvārds</w:t>
            </w:r>
          </w:p>
        </w:tc>
        <w:tc>
          <w:tcPr>
            <w:tcW w:w="289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8D3931" w14:textId="77777777" w:rsidR="008C2A88" w:rsidRPr="008C2A88" w:rsidRDefault="008C2A88" w:rsidP="008C2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701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ED7EA16" w14:textId="77777777" w:rsidR="008C2A88" w:rsidRPr="008C2A88" w:rsidRDefault="008C2A88" w:rsidP="008C2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8C2A88">
              <w:rPr>
                <w:rFonts w:ascii="Times New Roman" w:eastAsia="Times New Roman" w:hAnsi="Times New Roman" w:cs="Times New Roman"/>
                <w:b/>
                <w:sz w:val="19"/>
                <w:lang w:val="lv-LV"/>
              </w:rPr>
              <w:t>Personas kods</w:t>
            </w:r>
          </w:p>
        </w:tc>
        <w:tc>
          <w:tcPr>
            <w:tcW w:w="385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C3C2D4C" w14:textId="77777777" w:rsidR="008C2A88" w:rsidRPr="008C2A88" w:rsidRDefault="008C2A88" w:rsidP="008C2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8C2A88" w:rsidRPr="008C2A88" w14:paraId="70BB5A6B" w14:textId="77777777" w:rsidTr="00FC4D5E">
        <w:trPr>
          <w:trHeight w:val="408"/>
        </w:trPr>
        <w:tc>
          <w:tcPr>
            <w:tcW w:w="1928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774635" w14:textId="77777777" w:rsidR="008C2A88" w:rsidRPr="008C2A88" w:rsidRDefault="008C2A88" w:rsidP="008C2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8C2A88">
              <w:rPr>
                <w:rFonts w:ascii="Times New Roman" w:eastAsia="Times New Roman" w:hAnsi="Times New Roman" w:cs="Times New Roman"/>
                <w:b/>
                <w:sz w:val="19"/>
                <w:lang w:val="lv-LV"/>
              </w:rPr>
              <w:t>Konta numurs</w:t>
            </w:r>
            <w:r w:rsidRPr="008C2A88">
              <w:rPr>
                <w:rFonts w:ascii="Times New Roman" w:eastAsia="Times New Roman" w:hAnsi="Times New Roman" w:cs="Times New Roman"/>
                <w:b/>
                <w:sz w:val="19"/>
                <w:lang w:val="lv-LV"/>
              </w:rPr>
              <w:br/>
              <w:t>(IBAN)</w:t>
            </w:r>
          </w:p>
        </w:tc>
        <w:tc>
          <w:tcPr>
            <w:tcW w:w="3855" w:type="dxa"/>
            <w:gridSpan w:val="3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3CD2970" w14:textId="77777777" w:rsidR="008C2A88" w:rsidRPr="008C2A88" w:rsidRDefault="008C2A88" w:rsidP="008C2A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</w:tbl>
    <w:p w14:paraId="5C17708C" w14:textId="77777777" w:rsidR="00690651" w:rsidRPr="00607539" w:rsidRDefault="00690651" w:rsidP="00394DDB">
      <w:pPr>
        <w:pStyle w:val="Paraststmeklis"/>
        <w:spacing w:before="0" w:beforeAutospacing="0" w:after="0" w:afterAutospacing="0"/>
        <w:rPr>
          <w:b/>
          <w:sz w:val="22"/>
        </w:rPr>
      </w:pPr>
    </w:p>
    <w:p w14:paraId="5137B03F" w14:textId="5F098605" w:rsidR="00BB42AD" w:rsidRPr="00607539" w:rsidRDefault="00394DDB">
      <w:pPr>
        <w:spacing w:before="30" w:after="20" w:line="228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607539">
        <w:rPr>
          <w:rFonts w:ascii="Times New Roman" w:hAnsi="Times New Roman" w:cs="Times New Roman"/>
          <w:b/>
          <w:sz w:val="22"/>
          <w:szCs w:val="24"/>
          <w:lang w:val="lv-LV"/>
        </w:rPr>
        <w:t>A</w:t>
      </w:r>
      <w:r w:rsidR="009E378D" w:rsidRPr="00607539">
        <w:rPr>
          <w:rFonts w:ascii="Times New Roman" w:hAnsi="Times New Roman" w:cs="Times New Roman"/>
          <w:b/>
          <w:sz w:val="22"/>
          <w:szCs w:val="24"/>
          <w:lang w:val="lv-LV"/>
        </w:rPr>
        <w:t>tbildes</w:t>
      </w:r>
      <w:r w:rsidR="009E378D" w:rsidRPr="00607539">
        <w:rPr>
          <w:rFonts w:ascii="Times New Roman" w:hAnsi="Times New Roman" w:cs="Times New Roman"/>
          <w:b/>
          <w:sz w:val="24"/>
          <w:szCs w:val="24"/>
          <w:lang w:val="lv-LV"/>
        </w:rPr>
        <w:t xml:space="preserve"> saņemšanas veids</w:t>
      </w:r>
    </w:p>
    <w:p w14:paraId="60713BD9" w14:textId="4FACC537" w:rsidR="00BB42AD" w:rsidRPr="00607539" w:rsidRDefault="00607539">
      <w:pPr>
        <w:spacing w:after="10" w:line="228" w:lineRule="auto"/>
        <w:ind w:left="227"/>
        <w:rPr>
          <w:rFonts w:ascii="Times New Roman" w:hAnsi="Times New Roman" w:cs="Times New Roman"/>
          <w:sz w:val="24"/>
          <w:szCs w:val="24"/>
          <w:lang w:val="lv-LV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lv-LV"/>
          </w:rPr>
          <w:id w:val="-805080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3696" w:rsidRPr="00607539">
            <w:rPr>
              <w:rFonts w:ascii="Segoe UI Symbol" w:eastAsia="MS Gothic" w:hAnsi="Segoe UI Symbol" w:cs="Segoe UI Symbol"/>
              <w:b/>
              <w:sz w:val="24"/>
              <w:szCs w:val="24"/>
              <w:lang w:val="lv-LV"/>
            </w:rPr>
            <w:t>☐</w:t>
          </w:r>
        </w:sdtContent>
      </w:sdt>
      <w:r w:rsidR="009E378D" w:rsidRPr="00607539">
        <w:rPr>
          <w:rFonts w:ascii="Times New Roman" w:hAnsi="Times New Roman" w:cs="Times New Roman"/>
          <w:sz w:val="24"/>
          <w:szCs w:val="24"/>
          <w:lang w:val="lv-LV"/>
        </w:rPr>
        <w:t xml:space="preserve"> uz oficiālās elektroniskās adreses (e-adreses) kontu;</w:t>
      </w:r>
    </w:p>
    <w:p w14:paraId="7311E14D" w14:textId="77777777" w:rsidR="00BB42AD" w:rsidRPr="00607539" w:rsidRDefault="00607539">
      <w:pPr>
        <w:spacing w:after="10" w:line="228" w:lineRule="auto"/>
        <w:ind w:left="227"/>
        <w:rPr>
          <w:rFonts w:ascii="Times New Roman" w:hAnsi="Times New Roman" w:cs="Times New Roman"/>
          <w:sz w:val="24"/>
          <w:szCs w:val="24"/>
          <w:lang w:val="lv-LV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lv-LV"/>
          </w:rPr>
          <w:id w:val="1963995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4FE9" w:rsidRPr="00607539">
            <w:rPr>
              <w:rFonts w:ascii="Segoe UI Symbol" w:eastAsia="MS Gothic" w:hAnsi="Segoe UI Symbol" w:cs="Segoe UI Symbol"/>
              <w:b/>
              <w:sz w:val="24"/>
              <w:szCs w:val="24"/>
              <w:lang w:val="lv-LV"/>
            </w:rPr>
            <w:t>☐</w:t>
          </w:r>
        </w:sdtContent>
      </w:sdt>
      <w:r w:rsidR="009E378D" w:rsidRPr="00607539">
        <w:rPr>
          <w:rFonts w:ascii="Times New Roman" w:hAnsi="Times New Roman" w:cs="Times New Roman"/>
          <w:sz w:val="24"/>
          <w:szCs w:val="24"/>
          <w:lang w:val="lv-LV"/>
        </w:rPr>
        <w:t xml:space="preserve"> uz norādīto e-pasta adresi;</w:t>
      </w:r>
    </w:p>
    <w:p w14:paraId="0FFD2F47" w14:textId="77777777" w:rsidR="00BB42AD" w:rsidRPr="00607539" w:rsidRDefault="00607539">
      <w:pPr>
        <w:spacing w:after="10" w:line="228" w:lineRule="auto"/>
        <w:ind w:left="227"/>
        <w:rPr>
          <w:rFonts w:ascii="Times New Roman" w:hAnsi="Times New Roman" w:cs="Times New Roman"/>
          <w:sz w:val="24"/>
          <w:szCs w:val="24"/>
          <w:lang w:val="lv-LV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lv-LV"/>
          </w:rPr>
          <w:id w:val="-1326579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4FE9" w:rsidRPr="00607539">
            <w:rPr>
              <w:rFonts w:ascii="Segoe UI Symbol" w:eastAsia="MS Gothic" w:hAnsi="Segoe UI Symbol" w:cs="Segoe UI Symbol"/>
              <w:b/>
              <w:sz w:val="24"/>
              <w:szCs w:val="24"/>
              <w:lang w:val="lv-LV"/>
            </w:rPr>
            <w:t>☐</w:t>
          </w:r>
        </w:sdtContent>
      </w:sdt>
      <w:r w:rsidR="009E378D" w:rsidRPr="00607539">
        <w:rPr>
          <w:rFonts w:ascii="Times New Roman" w:hAnsi="Times New Roman" w:cs="Times New Roman"/>
          <w:sz w:val="24"/>
          <w:szCs w:val="24"/>
          <w:lang w:val="lv-LV"/>
        </w:rPr>
        <w:t xml:space="preserve"> pa pastu uz iesniegumā norādīto adresi;</w:t>
      </w:r>
    </w:p>
    <w:p w14:paraId="7F0B6445" w14:textId="77777777" w:rsidR="00BB42AD" w:rsidRPr="00607539" w:rsidRDefault="00607539">
      <w:pPr>
        <w:spacing w:after="10" w:line="228" w:lineRule="auto"/>
        <w:ind w:left="227"/>
        <w:rPr>
          <w:rFonts w:ascii="Times New Roman" w:hAnsi="Times New Roman" w:cs="Times New Roman"/>
          <w:sz w:val="24"/>
          <w:szCs w:val="24"/>
          <w:lang w:val="lv-LV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lv-LV"/>
          </w:rPr>
          <w:id w:val="-85925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4FE9" w:rsidRPr="00607539">
            <w:rPr>
              <w:rFonts w:ascii="Segoe UI Symbol" w:eastAsia="MS Gothic" w:hAnsi="Segoe UI Symbol" w:cs="Segoe UI Symbol"/>
              <w:b/>
              <w:sz w:val="24"/>
              <w:szCs w:val="24"/>
              <w:lang w:val="lv-LV"/>
            </w:rPr>
            <w:t>☐</w:t>
          </w:r>
        </w:sdtContent>
      </w:sdt>
      <w:r w:rsidR="009E378D" w:rsidRPr="00607539">
        <w:rPr>
          <w:rFonts w:ascii="Times New Roman" w:hAnsi="Times New Roman" w:cs="Times New Roman"/>
          <w:sz w:val="24"/>
          <w:szCs w:val="24"/>
          <w:lang w:val="lv-LV"/>
        </w:rPr>
        <w:t xml:space="preserve"> saņemt klātienē Talsu novada Sociālajā dienestā.</w:t>
      </w:r>
    </w:p>
    <w:p w14:paraId="7312B515" w14:textId="77777777" w:rsidR="00BB42AD" w:rsidRPr="00607539" w:rsidRDefault="009E378D">
      <w:pPr>
        <w:spacing w:after="20" w:line="228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607539">
        <w:rPr>
          <w:rFonts w:ascii="Times New Roman" w:hAnsi="Times New Roman" w:cs="Times New Roman"/>
          <w:i/>
          <w:sz w:val="24"/>
          <w:szCs w:val="24"/>
          <w:lang w:val="lv-LV"/>
        </w:rPr>
        <w:t>Ja ir aktivizēta oficiālā elektroniskā adrese, atbilde tiks nosūtīta uz e-adreses kontu.</w:t>
      </w:r>
    </w:p>
    <w:p w14:paraId="2FB9D6F3" w14:textId="77777777" w:rsidR="00867F73" w:rsidRPr="00607539" w:rsidRDefault="00867F73">
      <w:pPr>
        <w:spacing w:before="30" w:after="20" w:line="228" w:lineRule="auto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623E2854" w14:textId="77777777" w:rsidR="008C2A88" w:rsidRPr="00607539" w:rsidRDefault="008C2A88">
      <w:pPr>
        <w:spacing w:before="30" w:after="20" w:line="228" w:lineRule="auto"/>
        <w:rPr>
          <w:rFonts w:ascii="Times New Roman" w:hAnsi="Times New Roman" w:cs="Times New Roman"/>
          <w:b/>
          <w:sz w:val="20"/>
          <w:lang w:val="lv-LV"/>
        </w:rPr>
      </w:pPr>
    </w:p>
    <w:p w14:paraId="0777E68C" w14:textId="4D0FC870" w:rsidR="00BB42AD" w:rsidRPr="00607539" w:rsidRDefault="009E378D">
      <w:pPr>
        <w:spacing w:before="30" w:after="20" w:line="228" w:lineRule="auto"/>
        <w:rPr>
          <w:rFonts w:ascii="Times New Roman" w:hAnsi="Times New Roman" w:cs="Times New Roman"/>
          <w:sz w:val="20"/>
          <w:lang w:val="lv-LV"/>
        </w:rPr>
      </w:pPr>
      <w:r w:rsidRPr="00607539">
        <w:rPr>
          <w:rFonts w:ascii="Times New Roman" w:hAnsi="Times New Roman" w:cs="Times New Roman"/>
          <w:b/>
          <w:sz w:val="20"/>
          <w:lang w:val="lv-LV"/>
        </w:rPr>
        <w:t>Apliecinājumi un personas datu apstrāde</w:t>
      </w:r>
    </w:p>
    <w:p w14:paraId="618A5B47" w14:textId="77777777" w:rsidR="008C2A88" w:rsidRPr="008C2A88" w:rsidRDefault="008C2A88" w:rsidP="008C2A88">
      <w:pPr>
        <w:keepLines/>
        <w:tabs>
          <w:tab w:val="num" w:pos="360"/>
        </w:tabs>
        <w:spacing w:after="32" w:line="247" w:lineRule="auto"/>
        <w:contextualSpacing/>
        <w:rPr>
          <w:rFonts w:ascii="Times New Roman" w:hAnsi="Times New Roman" w:cs="Times New Roman"/>
          <w:color w:val="1A1A1A"/>
          <w:sz w:val="20"/>
          <w:lang w:val="lv-LV"/>
        </w:rPr>
      </w:pPr>
      <w:r w:rsidRPr="008C2A88">
        <w:rPr>
          <w:rFonts w:ascii="Times New Roman" w:eastAsia="Arial" w:hAnsi="Times New Roman" w:cs="Times New Roman"/>
          <w:color w:val="1A1A1A"/>
          <w:sz w:val="20"/>
          <w:lang w:val="lv-LV"/>
        </w:rPr>
        <w:t>Apliecinu, ka iesniegumā sniegtā informācija ir patiesa un pilnīga.</w:t>
      </w:r>
    </w:p>
    <w:p w14:paraId="737FC867" w14:textId="5B5B0F02" w:rsidR="008C2A88" w:rsidRPr="008C2A88" w:rsidRDefault="008C2A88" w:rsidP="008C2A88">
      <w:pPr>
        <w:keepLines/>
        <w:tabs>
          <w:tab w:val="num" w:pos="360"/>
        </w:tabs>
        <w:spacing w:after="32" w:line="247" w:lineRule="auto"/>
        <w:contextualSpacing/>
        <w:rPr>
          <w:rFonts w:ascii="Times New Roman" w:hAnsi="Times New Roman" w:cs="Times New Roman"/>
          <w:color w:val="1A1A1A"/>
          <w:sz w:val="20"/>
          <w:lang w:val="lv-LV"/>
        </w:rPr>
      </w:pPr>
      <w:r w:rsidRPr="008C2A88">
        <w:rPr>
          <w:rFonts w:ascii="Times New Roman" w:eastAsia="Arial" w:hAnsi="Times New Roman" w:cs="Times New Roman"/>
          <w:color w:val="1A1A1A"/>
          <w:sz w:val="20"/>
          <w:lang w:val="lv-LV"/>
        </w:rPr>
        <w:t>Apzinos, ka Sociālais dienests iesnieguma izskatīšanai un pabalsta izmaksas laikā pārbaudīs valsts un pašvaldības informācijas sistēmās, tostarp Valsts izglītības informācijas sistēmā, pieejamo informāciju.</w:t>
      </w:r>
      <w:r w:rsidRPr="00607539">
        <w:rPr>
          <w:rFonts w:ascii="Times New Roman" w:hAnsi="Times New Roman" w:cs="Times New Roman"/>
          <w:color w:val="1A1A1A"/>
          <w:sz w:val="20"/>
          <w:lang w:val="lv-LV"/>
        </w:rPr>
        <w:t xml:space="preserve"> </w:t>
      </w:r>
      <w:r w:rsidRPr="00607539">
        <w:rPr>
          <w:rFonts w:ascii="Times New Roman" w:eastAsia="Arial" w:hAnsi="Times New Roman" w:cs="Times New Roman"/>
          <w:color w:val="1A1A1A"/>
          <w:sz w:val="20"/>
          <w:lang w:val="lv-LV"/>
        </w:rPr>
        <w:t xml:space="preserve"> </w:t>
      </w:r>
      <w:r w:rsidRPr="008C2A88">
        <w:rPr>
          <w:rFonts w:ascii="Times New Roman" w:eastAsia="Arial" w:hAnsi="Times New Roman" w:cs="Times New Roman"/>
          <w:color w:val="1A1A1A"/>
          <w:sz w:val="20"/>
          <w:lang w:val="lv-LV"/>
        </w:rPr>
        <w:t>Apņemos nekavējoties informēt Sociālo dienestu par mācību vai studiju pārtraukšanu, izbeigšanu, izglītības iestādes vai programmas maiņu un citām izmaiņām, kas var ietekmēt tiesības saņemt pabalstu.</w:t>
      </w:r>
    </w:p>
    <w:p w14:paraId="38819C3D" w14:textId="77777777" w:rsidR="00690651" w:rsidRPr="00607539" w:rsidRDefault="00690651" w:rsidP="00690651">
      <w:pPr>
        <w:spacing w:after="60" w:line="240" w:lineRule="auto"/>
        <w:jc w:val="both"/>
        <w:rPr>
          <w:rFonts w:ascii="Times New Roman" w:eastAsia="Times New Roman" w:hAnsi="Times New Roman" w:cs="Times New Roman"/>
          <w:sz w:val="20"/>
          <w:lang w:val="lv-LV"/>
        </w:rPr>
      </w:pPr>
      <w:r w:rsidRPr="00607539">
        <w:rPr>
          <w:rFonts w:ascii="Times New Roman" w:eastAsia="Times New Roman" w:hAnsi="Times New Roman" w:cs="Times New Roman"/>
          <w:b/>
          <w:sz w:val="20"/>
          <w:lang w:val="lv-LV"/>
        </w:rPr>
        <w:lastRenderedPageBreak/>
        <w:t xml:space="preserve">Personas datu apstrāde. </w:t>
      </w:r>
      <w:r w:rsidRPr="00607539">
        <w:rPr>
          <w:rFonts w:ascii="Times New Roman" w:eastAsia="Times New Roman" w:hAnsi="Times New Roman" w:cs="Times New Roman"/>
          <w:sz w:val="20"/>
          <w:lang w:val="lv-LV"/>
        </w:rPr>
        <w:t xml:space="preserve">Personas datu pārzinis ir Talsu novada pašvaldība, </w:t>
      </w:r>
      <w:proofErr w:type="spellStart"/>
      <w:r w:rsidRPr="00607539">
        <w:rPr>
          <w:rFonts w:ascii="Times New Roman" w:eastAsia="Times New Roman" w:hAnsi="Times New Roman" w:cs="Times New Roman"/>
          <w:sz w:val="20"/>
          <w:lang w:val="lv-LV"/>
        </w:rPr>
        <w:t>reģ</w:t>
      </w:r>
      <w:proofErr w:type="spellEnd"/>
      <w:r w:rsidRPr="00607539">
        <w:rPr>
          <w:rFonts w:ascii="Times New Roman" w:eastAsia="Times New Roman" w:hAnsi="Times New Roman" w:cs="Times New Roman"/>
          <w:sz w:val="20"/>
          <w:lang w:val="lv-LV"/>
        </w:rPr>
        <w:t>. Nr. 90009113532, juridiskā adrese: Kareivju iela 7, Talsi, Talsu novads; tālr. 63232110; e-pasts: pasts@talsi.lv. Iesniegumā norādītie personas dati tiek apstrādāti iesnieguma izskatīšanai un glabāti normatīvajos aktos noteiktajā termiņā.</w:t>
      </w:r>
    </w:p>
    <w:p w14:paraId="5F539F48" w14:textId="77777777" w:rsidR="00690651" w:rsidRPr="00607539" w:rsidRDefault="00690651" w:rsidP="00690651">
      <w:pPr>
        <w:spacing w:after="100" w:line="240" w:lineRule="auto"/>
        <w:rPr>
          <w:rFonts w:ascii="Times New Roman" w:eastAsia="Times New Roman" w:hAnsi="Times New Roman" w:cs="Times New Roman"/>
          <w:sz w:val="20"/>
          <w:lang w:val="lv-LV"/>
        </w:rPr>
      </w:pPr>
      <w:r w:rsidRPr="00607539">
        <w:rPr>
          <w:rFonts w:ascii="Times New Roman" w:eastAsia="Times New Roman" w:hAnsi="Times New Roman" w:cs="Times New Roman"/>
          <w:sz w:val="20"/>
          <w:lang w:val="lv-LV"/>
        </w:rPr>
        <w:t>Papildu informācija: https://www.talsunovads.lv/lv/privatuma-politika</w:t>
      </w:r>
    </w:p>
    <w:p w14:paraId="586E4567" w14:textId="77777777" w:rsidR="00BB0EC8" w:rsidRPr="00607539" w:rsidRDefault="00BB0EC8" w:rsidP="00BB0EC8">
      <w:pPr>
        <w:keepNext/>
        <w:spacing w:before="100" w:after="60" w:line="240" w:lineRule="auto"/>
        <w:rPr>
          <w:rFonts w:ascii="Times New Roman" w:eastAsia="Times New Roman" w:hAnsi="Times New Roman" w:cs="Times New Roman"/>
          <w:b/>
          <w:sz w:val="22"/>
          <w:lang w:val="lv-LV"/>
        </w:rPr>
      </w:pPr>
      <w:r w:rsidRPr="00607539">
        <w:rPr>
          <w:rFonts w:ascii="Times New Roman" w:eastAsia="Times New Roman" w:hAnsi="Times New Roman" w:cs="Times New Roman"/>
          <w:b/>
          <w:color w:val="000000"/>
          <w:sz w:val="22"/>
          <w:lang w:val="lv-LV"/>
        </w:rPr>
        <w:t>Iesnieguma apliecināšana</w:t>
      </w:r>
    </w:p>
    <w:tbl>
      <w:tblPr>
        <w:tblW w:w="10057" w:type="dxa"/>
        <w:tblLayout w:type="fixed"/>
        <w:tblLook w:val="04A0" w:firstRow="1" w:lastRow="0" w:firstColumn="1" w:lastColumn="0" w:noHBand="0" w:noVBand="1"/>
      </w:tblPr>
      <w:tblGrid>
        <w:gridCol w:w="2700"/>
        <w:gridCol w:w="7357"/>
      </w:tblGrid>
      <w:tr w:rsidR="00BB0EC8" w:rsidRPr="00607539" w14:paraId="31D19329" w14:textId="77777777" w:rsidTr="007E37ED">
        <w:trPr>
          <w:cantSplit/>
        </w:trPr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969729D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lv-LV"/>
              </w:rPr>
              <w:t>Datums</w:t>
            </w:r>
          </w:p>
        </w:tc>
        <w:tc>
          <w:tcPr>
            <w:tcW w:w="73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D5E9D9D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 </w:t>
            </w:r>
          </w:p>
        </w:tc>
      </w:tr>
      <w:tr w:rsidR="00BB0EC8" w:rsidRPr="00607539" w14:paraId="2368C07C" w14:textId="77777777" w:rsidTr="007E37ED">
        <w:trPr>
          <w:cantSplit/>
        </w:trPr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00760F0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lv-LV"/>
              </w:rPr>
              <w:t>Iesniedzēja vārds, uzvārds</w:t>
            </w:r>
          </w:p>
        </w:tc>
        <w:tc>
          <w:tcPr>
            <w:tcW w:w="73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61EB73F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 </w:t>
            </w:r>
          </w:p>
        </w:tc>
      </w:tr>
      <w:tr w:rsidR="00BB0EC8" w:rsidRPr="00607539" w14:paraId="2B227A0A" w14:textId="77777777" w:rsidTr="007E37ED">
        <w:trPr>
          <w:cantSplit/>
        </w:trPr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4AD0B4D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lv-LV"/>
              </w:rPr>
              <w:t>Paraksts*</w:t>
            </w:r>
          </w:p>
        </w:tc>
        <w:tc>
          <w:tcPr>
            <w:tcW w:w="73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D972990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 </w:t>
            </w:r>
          </w:p>
        </w:tc>
      </w:tr>
    </w:tbl>
    <w:p w14:paraId="64B0ADDE" w14:textId="77777777" w:rsidR="00BB0EC8" w:rsidRPr="00607539" w:rsidRDefault="00BB0EC8" w:rsidP="00BB0EC8">
      <w:pPr>
        <w:spacing w:after="20" w:line="240" w:lineRule="auto"/>
        <w:rPr>
          <w:rFonts w:ascii="Times New Roman" w:eastAsia="Times New Roman" w:hAnsi="Times New Roman" w:cs="Times New Roman"/>
          <w:i/>
          <w:color w:val="000000"/>
          <w:sz w:val="17"/>
          <w:lang w:val="lv-LV"/>
        </w:rPr>
      </w:pPr>
      <w:r w:rsidRPr="00607539">
        <w:rPr>
          <w:rFonts w:ascii="Times New Roman" w:eastAsia="Times New Roman" w:hAnsi="Times New Roman" w:cs="Times New Roman"/>
          <w:i/>
          <w:color w:val="000000"/>
          <w:sz w:val="17"/>
          <w:lang w:val="lv-LV"/>
        </w:rPr>
        <w:t>* Ja iesniegums tiek iesniegts elektroniski un parakstīts ar drošu elektronisko parakstu un laika zīmogu, paraksta vietu neaizpilda.</w:t>
      </w:r>
    </w:p>
    <w:p w14:paraId="6D9969A2" w14:textId="77777777" w:rsidR="00BB0EC8" w:rsidRPr="00607539" w:rsidRDefault="00BB0EC8" w:rsidP="00BB0EC8">
      <w:pPr>
        <w:spacing w:after="20" w:line="240" w:lineRule="auto"/>
        <w:rPr>
          <w:rFonts w:ascii="Times New Roman" w:eastAsia="Times New Roman" w:hAnsi="Times New Roman" w:cs="Times New Roman"/>
          <w:lang w:val="lv-LV"/>
        </w:rPr>
      </w:pPr>
    </w:p>
    <w:p w14:paraId="31765427" w14:textId="77777777" w:rsidR="00BB0EC8" w:rsidRPr="00607539" w:rsidRDefault="00BB0EC8" w:rsidP="00BB0EC8">
      <w:pPr>
        <w:keepNext/>
        <w:shd w:val="clear" w:color="auto" w:fill="E7E7E7"/>
        <w:spacing w:before="100" w:after="80" w:line="240" w:lineRule="auto"/>
        <w:jc w:val="center"/>
        <w:rPr>
          <w:rFonts w:ascii="Times New Roman" w:eastAsia="Times New Roman" w:hAnsi="Times New Roman" w:cs="Times New Roman"/>
          <w:b/>
          <w:sz w:val="22"/>
          <w:lang w:val="lv-LV"/>
        </w:rPr>
      </w:pPr>
      <w:r w:rsidRPr="00607539">
        <w:rPr>
          <w:rFonts w:ascii="Times New Roman" w:eastAsia="Times New Roman" w:hAnsi="Times New Roman" w:cs="Times New Roman"/>
          <w:b/>
          <w:color w:val="000000"/>
          <w:sz w:val="22"/>
          <w:lang w:val="lv-LV"/>
        </w:rPr>
        <w:t>AIZPILDA SOCIĀLĀ DIENESTA DARBINIEKS</w:t>
      </w:r>
    </w:p>
    <w:p w14:paraId="23873004" w14:textId="05C439E3" w:rsidR="00BB0EC8" w:rsidRPr="00607539" w:rsidRDefault="00607539" w:rsidP="00BB0EC8">
      <w:pPr>
        <w:spacing w:after="40" w:line="240" w:lineRule="auto"/>
        <w:rPr>
          <w:rFonts w:ascii="Times New Roman" w:eastAsia="Times New Roman" w:hAnsi="Times New Roman" w:cs="Times New Roman"/>
          <w:color w:val="000000"/>
          <w:sz w:val="20"/>
          <w:lang w:val="lv-LV"/>
        </w:rPr>
      </w:pP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2"/>
            <w:szCs w:val="24"/>
            <w:lang w:val="lv-LV"/>
          </w:rPr>
          <w:id w:val="-695072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EC8" w:rsidRPr="00607539">
            <w:rPr>
              <w:rFonts w:ascii="Segoe UI Symbol" w:eastAsia="Times New Roman" w:hAnsi="Segoe UI Symbol" w:cs="Segoe UI Symbol"/>
              <w:b/>
              <w:bCs/>
              <w:color w:val="000000"/>
              <w:sz w:val="22"/>
              <w:szCs w:val="24"/>
              <w:lang w:val="lv-LV"/>
            </w:rPr>
            <w:t>☐</w:t>
          </w:r>
        </w:sdtContent>
      </w:sdt>
      <w:r w:rsidR="00BB0EC8" w:rsidRPr="00607539">
        <w:rPr>
          <w:rFonts w:ascii="Times New Roman" w:eastAsia="Times New Roman" w:hAnsi="Times New Roman" w:cs="Times New Roman"/>
          <w:color w:val="000000"/>
          <w:sz w:val="20"/>
          <w:lang w:val="lv-LV"/>
        </w:rPr>
        <w:t xml:space="preserve"> </w:t>
      </w:r>
      <w:r w:rsidR="00394DDB" w:rsidRPr="00607539">
        <w:rPr>
          <w:rFonts w:ascii="Times New Roman" w:eastAsia="Times New Roman" w:hAnsi="Times New Roman" w:cs="Times New Roman"/>
          <w:color w:val="000000"/>
          <w:sz w:val="20"/>
          <w:lang w:val="lv-LV"/>
        </w:rPr>
        <w:t xml:space="preserve">piešķirt </w:t>
      </w:r>
      <w:r w:rsidR="005F1208" w:rsidRPr="00607539">
        <w:rPr>
          <w:rFonts w:ascii="Times New Roman" w:eastAsia="Times New Roman" w:hAnsi="Times New Roman" w:cs="Times New Roman"/>
          <w:color w:val="000000"/>
          <w:sz w:val="20"/>
          <w:lang w:val="lv-LV"/>
        </w:rPr>
        <w:t xml:space="preserve">pabalstu ikmēneša izdevumiem </w:t>
      </w:r>
      <w:r w:rsidR="00BB0EC8" w:rsidRPr="00607539">
        <w:rPr>
          <w:rFonts w:ascii="Times New Roman" w:eastAsia="Times New Roman" w:hAnsi="Times New Roman" w:cs="Times New Roman"/>
          <w:color w:val="000000"/>
          <w:sz w:val="20"/>
          <w:lang w:val="lv-LV"/>
        </w:rPr>
        <w:t xml:space="preserve">__________ EUR </w:t>
      </w:r>
    </w:p>
    <w:p w14:paraId="421565DE" w14:textId="4038CA94" w:rsidR="005F1208" w:rsidRPr="00607539" w:rsidRDefault="005F1208" w:rsidP="005F1208">
      <w:pPr>
        <w:spacing w:after="40" w:line="240" w:lineRule="auto"/>
        <w:rPr>
          <w:rFonts w:ascii="Times New Roman" w:eastAsia="Times New Roman" w:hAnsi="Times New Roman" w:cs="Times New Roman"/>
          <w:color w:val="000000"/>
          <w:sz w:val="20"/>
          <w:lang w:val="lv-LV"/>
        </w:rPr>
      </w:pP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2"/>
            <w:szCs w:val="24"/>
            <w:lang w:val="lv-LV"/>
          </w:rPr>
          <w:id w:val="1313678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07539">
            <w:rPr>
              <w:rFonts w:ascii="Segoe UI Symbol" w:eastAsia="Times New Roman" w:hAnsi="Segoe UI Symbol" w:cs="Segoe UI Symbol"/>
              <w:b/>
              <w:bCs/>
              <w:color w:val="000000"/>
              <w:sz w:val="22"/>
              <w:szCs w:val="24"/>
              <w:lang w:val="lv-LV"/>
            </w:rPr>
            <w:t>☐</w:t>
          </w:r>
        </w:sdtContent>
      </w:sdt>
      <w:r w:rsidRPr="00607539">
        <w:rPr>
          <w:rFonts w:ascii="Times New Roman" w:eastAsia="Times New Roman" w:hAnsi="Times New Roman" w:cs="Times New Roman"/>
          <w:color w:val="000000"/>
          <w:sz w:val="20"/>
          <w:lang w:val="lv-LV"/>
        </w:rPr>
        <w:t xml:space="preserve"> </w:t>
      </w:r>
      <w:r w:rsidRPr="00607539">
        <w:rPr>
          <w:rFonts w:ascii="Times New Roman" w:eastAsia="Times New Roman" w:hAnsi="Times New Roman" w:cs="Times New Roman"/>
          <w:color w:val="000000"/>
          <w:sz w:val="20"/>
          <w:lang w:val="lv-LV"/>
        </w:rPr>
        <w:t xml:space="preserve">atteikt </w:t>
      </w:r>
      <w:r w:rsidRPr="00607539">
        <w:rPr>
          <w:rFonts w:ascii="Times New Roman" w:eastAsia="Times New Roman" w:hAnsi="Times New Roman" w:cs="Times New Roman"/>
          <w:color w:val="000000"/>
          <w:sz w:val="20"/>
          <w:lang w:val="lv-LV"/>
        </w:rPr>
        <w:t xml:space="preserve">piešķirt pabalstu </w:t>
      </w:r>
      <w:r w:rsidRPr="00607539">
        <w:rPr>
          <w:rFonts w:ascii="Times New Roman" w:eastAsia="Times New Roman" w:hAnsi="Times New Roman" w:cs="Times New Roman"/>
          <w:color w:val="000000"/>
          <w:sz w:val="20"/>
          <w:lang w:val="lv-LV"/>
        </w:rPr>
        <w:t>ikmēneša izdevumiem</w:t>
      </w:r>
    </w:p>
    <w:p w14:paraId="53ED7927" w14:textId="77777777" w:rsidR="005F1208" w:rsidRPr="00607539" w:rsidRDefault="005F1208" w:rsidP="00BB0EC8">
      <w:pPr>
        <w:spacing w:after="40" w:line="240" w:lineRule="auto"/>
        <w:rPr>
          <w:rFonts w:ascii="Times New Roman" w:eastAsia="Times New Roman" w:hAnsi="Times New Roman" w:cs="Times New Roman"/>
          <w:color w:val="000000"/>
          <w:sz w:val="20"/>
          <w:lang w:val="lv-LV"/>
        </w:rPr>
      </w:pPr>
    </w:p>
    <w:tbl>
      <w:tblPr>
        <w:tblW w:w="10057" w:type="dxa"/>
        <w:tblLayout w:type="fixed"/>
        <w:tblLook w:val="04A0" w:firstRow="1" w:lastRow="0" w:firstColumn="1" w:lastColumn="0" w:noHBand="0" w:noVBand="1"/>
      </w:tblPr>
      <w:tblGrid>
        <w:gridCol w:w="2500"/>
        <w:gridCol w:w="7557"/>
      </w:tblGrid>
      <w:tr w:rsidR="00BB0EC8" w:rsidRPr="00607539" w14:paraId="3DCFC96B" w14:textId="77777777" w:rsidTr="007E37ED">
        <w:trPr>
          <w:cantSplit/>
        </w:trPr>
        <w:tc>
          <w:tcPr>
            <w:tcW w:w="25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449C6BF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b/>
                <w:color w:val="000000"/>
                <w:sz w:val="19"/>
                <w:lang w:val="lv-LV"/>
              </w:rPr>
              <w:t>Lēmuma datums</w:t>
            </w:r>
          </w:p>
        </w:tc>
        <w:tc>
          <w:tcPr>
            <w:tcW w:w="75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5A5730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color w:val="000000"/>
                <w:sz w:val="19"/>
                <w:lang w:val="lv-LV"/>
              </w:rPr>
              <w:t> </w:t>
            </w:r>
          </w:p>
        </w:tc>
      </w:tr>
      <w:tr w:rsidR="00BB0EC8" w:rsidRPr="00607539" w14:paraId="3076E216" w14:textId="77777777" w:rsidTr="007E37ED">
        <w:trPr>
          <w:cantSplit/>
        </w:trPr>
        <w:tc>
          <w:tcPr>
            <w:tcW w:w="25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76EE6CF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b/>
                <w:color w:val="000000"/>
                <w:sz w:val="19"/>
                <w:lang w:val="lv-LV"/>
              </w:rPr>
              <w:t>Lēmuma Nr.</w:t>
            </w:r>
          </w:p>
        </w:tc>
        <w:tc>
          <w:tcPr>
            <w:tcW w:w="75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998458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color w:val="000000"/>
                <w:sz w:val="19"/>
                <w:lang w:val="lv-LV"/>
              </w:rPr>
              <w:t> </w:t>
            </w:r>
            <w:r w:rsidRPr="00607539">
              <w:rPr>
                <w:rFonts w:ascii="Times New Roman" w:eastAsia="Times New Roman" w:hAnsi="Times New Roman" w:cs="Times New Roman"/>
                <w:color w:val="000000"/>
                <w:sz w:val="18"/>
                <w:lang w:val="lv-LV"/>
              </w:rPr>
              <w:t>TNSD/____________________________</w:t>
            </w:r>
          </w:p>
        </w:tc>
      </w:tr>
      <w:tr w:rsidR="00BB0EC8" w:rsidRPr="00607539" w14:paraId="601AFD9E" w14:textId="77777777" w:rsidTr="007E37ED">
        <w:trPr>
          <w:cantSplit/>
        </w:trPr>
        <w:tc>
          <w:tcPr>
            <w:tcW w:w="25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BCC2FB8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b/>
                <w:color w:val="000000"/>
                <w:sz w:val="19"/>
                <w:lang w:val="lv-LV"/>
              </w:rPr>
              <w:t>Sociālā dienesta darbinieks</w:t>
            </w:r>
          </w:p>
        </w:tc>
        <w:tc>
          <w:tcPr>
            <w:tcW w:w="75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34F9BDB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color w:val="000000"/>
                <w:sz w:val="19"/>
                <w:lang w:val="lv-LV"/>
              </w:rPr>
              <w:t> </w:t>
            </w:r>
          </w:p>
        </w:tc>
      </w:tr>
    </w:tbl>
    <w:p w14:paraId="0680872B" w14:textId="77777777" w:rsidR="00BB0EC8" w:rsidRPr="00607539" w:rsidRDefault="00BB0EC8" w:rsidP="00BB0EC8">
      <w:pPr>
        <w:keepNext/>
        <w:spacing w:before="60" w:after="0" w:line="240" w:lineRule="auto"/>
        <w:rPr>
          <w:rFonts w:ascii="Times New Roman" w:eastAsia="Times New Roman" w:hAnsi="Times New Roman" w:cs="Times New Roman"/>
          <w:lang w:val="lv-LV"/>
        </w:rPr>
      </w:pPr>
      <w:r w:rsidRPr="00607539">
        <w:rPr>
          <w:rFonts w:ascii="Times New Roman" w:eastAsia="Times New Roman" w:hAnsi="Times New Roman" w:cs="Times New Roman"/>
          <w:b/>
          <w:color w:val="000000"/>
          <w:sz w:val="19"/>
          <w:lang w:val="lv-LV"/>
        </w:rPr>
        <w:t>SAŅEMTS</w:t>
      </w:r>
    </w:p>
    <w:tbl>
      <w:tblPr>
        <w:tblW w:w="10057" w:type="dxa"/>
        <w:tblLayout w:type="fixed"/>
        <w:tblLook w:val="04A0" w:firstRow="1" w:lastRow="0" w:firstColumn="1" w:lastColumn="0" w:noHBand="0" w:noVBand="1"/>
      </w:tblPr>
      <w:tblGrid>
        <w:gridCol w:w="1750"/>
        <w:gridCol w:w="2700"/>
        <w:gridCol w:w="5607"/>
      </w:tblGrid>
      <w:tr w:rsidR="00BB0EC8" w:rsidRPr="00607539" w14:paraId="66B9EA69" w14:textId="77777777" w:rsidTr="007E37ED">
        <w:trPr>
          <w:cantSplit/>
        </w:trPr>
        <w:tc>
          <w:tcPr>
            <w:tcW w:w="175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CE3E43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val="lv-LV"/>
              </w:rPr>
              <w:t>Saņēma</w:t>
            </w:r>
          </w:p>
        </w:tc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2374851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color w:val="000000"/>
                <w:sz w:val="18"/>
                <w:lang w:val="lv-LV"/>
              </w:rPr>
              <w:t>Datums: ______________</w:t>
            </w:r>
          </w:p>
        </w:tc>
        <w:tc>
          <w:tcPr>
            <w:tcW w:w="560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DDDF2D7" w14:textId="77777777" w:rsidR="00BB0EC8" w:rsidRPr="00607539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607539">
              <w:rPr>
                <w:rFonts w:ascii="Times New Roman" w:eastAsia="Times New Roman" w:hAnsi="Times New Roman" w:cs="Times New Roman"/>
                <w:color w:val="000000"/>
                <w:sz w:val="18"/>
                <w:lang w:val="lv-LV"/>
              </w:rPr>
              <w:t>Iesnieguma Nr.: TNSD/____________________________</w:t>
            </w:r>
          </w:p>
        </w:tc>
      </w:tr>
    </w:tbl>
    <w:p w14:paraId="05CB58FD" w14:textId="77777777" w:rsidR="003D766C" w:rsidRPr="00E11EFA" w:rsidRDefault="003D766C">
      <w:pPr>
        <w:rPr>
          <w:rFonts w:ascii="Times New Roman" w:hAnsi="Times New Roman" w:cs="Times New Roman"/>
          <w:sz w:val="24"/>
          <w:lang w:val="lv-LV"/>
        </w:rPr>
      </w:pPr>
    </w:p>
    <w:sectPr w:rsidR="003D766C" w:rsidRPr="00E11EFA" w:rsidSect="001340AE">
      <w:footerReference w:type="default" r:id="rId8"/>
      <w:pgSz w:w="11906" w:h="16838"/>
      <w:pgMar w:top="851" w:right="567" w:bottom="567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1C55FB" w14:textId="77777777" w:rsidR="00C66910" w:rsidRDefault="009E378D">
      <w:pPr>
        <w:spacing w:after="0" w:line="240" w:lineRule="auto"/>
      </w:pPr>
      <w:r>
        <w:separator/>
      </w:r>
    </w:p>
  </w:endnote>
  <w:endnote w:type="continuationSeparator" w:id="0">
    <w:p w14:paraId="14E23FD6" w14:textId="77777777" w:rsidR="00C66910" w:rsidRDefault="009E3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D4687F" w14:textId="77777777" w:rsidR="00BB42AD" w:rsidRPr="006039D1" w:rsidRDefault="009E378D">
    <w:pPr>
      <w:pStyle w:val="Kjene"/>
      <w:spacing w:line="216" w:lineRule="auto"/>
      <w:jc w:val="center"/>
      <w:rPr>
        <w:lang w:val="lv-LV"/>
      </w:rPr>
    </w:pPr>
    <w:r w:rsidRPr="006039D1">
      <w:rPr>
        <w:color w:val="6E6E6E"/>
        <w:sz w:val="15"/>
        <w:lang w:val="lv-LV"/>
      </w:rPr>
      <w:t>Talsu novada Sociālais dienests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10F849" w14:textId="77777777" w:rsidR="00C66910" w:rsidRDefault="009E378D">
      <w:pPr>
        <w:spacing w:after="0" w:line="240" w:lineRule="auto"/>
      </w:pPr>
      <w:r>
        <w:separator/>
      </w:r>
    </w:p>
  </w:footnote>
  <w:footnote w:type="continuationSeparator" w:id="0">
    <w:p w14:paraId="42119600" w14:textId="77777777" w:rsidR="00C66910" w:rsidRDefault="009E37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arakstanumur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arakstanumur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arakstaaizzm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arakstaaizzm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arakstanumu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40AE"/>
    <w:rsid w:val="00135B36"/>
    <w:rsid w:val="0015074B"/>
    <w:rsid w:val="00164166"/>
    <w:rsid w:val="001C5F81"/>
    <w:rsid w:val="00285C97"/>
    <w:rsid w:val="0029639D"/>
    <w:rsid w:val="00326F90"/>
    <w:rsid w:val="00334D04"/>
    <w:rsid w:val="00394DDB"/>
    <w:rsid w:val="003D766C"/>
    <w:rsid w:val="00462339"/>
    <w:rsid w:val="004B25D8"/>
    <w:rsid w:val="004B4FE9"/>
    <w:rsid w:val="005B09F1"/>
    <w:rsid w:val="005F1208"/>
    <w:rsid w:val="005F64B7"/>
    <w:rsid w:val="006039D1"/>
    <w:rsid w:val="00607539"/>
    <w:rsid w:val="00690651"/>
    <w:rsid w:val="007065B4"/>
    <w:rsid w:val="007606DF"/>
    <w:rsid w:val="007F0E2E"/>
    <w:rsid w:val="00867F73"/>
    <w:rsid w:val="008C2A88"/>
    <w:rsid w:val="008E1942"/>
    <w:rsid w:val="00951D89"/>
    <w:rsid w:val="00990104"/>
    <w:rsid w:val="009A6376"/>
    <w:rsid w:val="009E378D"/>
    <w:rsid w:val="00A051AD"/>
    <w:rsid w:val="00A867EE"/>
    <w:rsid w:val="00AA1D8D"/>
    <w:rsid w:val="00AD7310"/>
    <w:rsid w:val="00AF057D"/>
    <w:rsid w:val="00B05AAD"/>
    <w:rsid w:val="00B20995"/>
    <w:rsid w:val="00B417C5"/>
    <w:rsid w:val="00B47730"/>
    <w:rsid w:val="00B92258"/>
    <w:rsid w:val="00BA3696"/>
    <w:rsid w:val="00BB0EC8"/>
    <w:rsid w:val="00BB42AD"/>
    <w:rsid w:val="00C66910"/>
    <w:rsid w:val="00CB0664"/>
    <w:rsid w:val="00D94DC5"/>
    <w:rsid w:val="00E11EFA"/>
    <w:rsid w:val="00E470CB"/>
    <w:rsid w:val="00E849D5"/>
    <w:rsid w:val="00EB0F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A0A593"/>
  <w14:defaultImageDpi w14:val="300"/>
  <w15:docId w15:val="{FF50DFDC-813E-43C6-94AC-4D4B35853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FC693F"/>
    <w:rPr>
      <w:rFonts w:ascii="Arial" w:hAnsi="Arial"/>
      <w:sz w:val="21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618BF"/>
  </w:style>
  <w:style w:type="paragraph" w:styleId="Kjene">
    <w:name w:val="footer"/>
    <w:basedOn w:val="Parasts"/>
    <w:link w:val="Kj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618BF"/>
  </w:style>
  <w:style w:type="paragraph" w:styleId="Bezatstarpm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FC693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AA1D8D"/>
  </w:style>
  <w:style w:type="paragraph" w:styleId="Pamatteksts2">
    <w:name w:val="Body Text 2"/>
    <w:basedOn w:val="Parasts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rsid w:val="00AA1D8D"/>
  </w:style>
  <w:style w:type="paragraph" w:styleId="Pamatteksts3">
    <w:name w:val="Body Text 3"/>
    <w:basedOn w:val="Parasts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AA1D8D"/>
    <w:rPr>
      <w:sz w:val="16"/>
      <w:szCs w:val="16"/>
    </w:rPr>
  </w:style>
  <w:style w:type="paragraph" w:styleId="Saraksts">
    <w:name w:val="List"/>
    <w:basedOn w:val="Parasts"/>
    <w:uiPriority w:val="99"/>
    <w:unhideWhenUsed/>
    <w:rsid w:val="00AA1D8D"/>
    <w:pPr>
      <w:ind w:left="360" w:hanging="360"/>
      <w:contextualSpacing/>
    </w:pPr>
  </w:style>
  <w:style w:type="paragraph" w:styleId="Saraksts2">
    <w:name w:val="List 2"/>
    <w:basedOn w:val="Parasts"/>
    <w:uiPriority w:val="99"/>
    <w:unhideWhenUsed/>
    <w:rsid w:val="00326F90"/>
    <w:pPr>
      <w:ind w:left="720" w:hanging="360"/>
      <w:contextualSpacing/>
    </w:pPr>
  </w:style>
  <w:style w:type="paragraph" w:styleId="Saraksts3">
    <w:name w:val="List 3"/>
    <w:basedOn w:val="Parasts"/>
    <w:uiPriority w:val="99"/>
    <w:unhideWhenUsed/>
    <w:rsid w:val="00326F90"/>
    <w:pPr>
      <w:ind w:left="1080" w:hanging="360"/>
      <w:contextualSpacing/>
    </w:pPr>
  </w:style>
  <w:style w:type="paragraph" w:styleId="Sarakstaaizzme">
    <w:name w:val="List Bullet"/>
    <w:basedOn w:val="Parasts"/>
    <w:uiPriority w:val="99"/>
    <w:unhideWhenUsed/>
    <w:rsid w:val="00326F90"/>
    <w:pPr>
      <w:numPr>
        <w:numId w:val="1"/>
      </w:numPr>
      <w:contextualSpacing/>
    </w:pPr>
  </w:style>
  <w:style w:type="paragraph" w:styleId="Sarakstaaizzme2">
    <w:name w:val="List Bullet 2"/>
    <w:basedOn w:val="Parasts"/>
    <w:uiPriority w:val="99"/>
    <w:unhideWhenUsed/>
    <w:rsid w:val="00326F90"/>
    <w:pPr>
      <w:numPr>
        <w:numId w:val="2"/>
      </w:numPr>
      <w:contextualSpacing/>
    </w:pPr>
  </w:style>
  <w:style w:type="paragraph" w:styleId="Sarakstaaizzme3">
    <w:name w:val="List Bullet 3"/>
    <w:basedOn w:val="Parasts"/>
    <w:uiPriority w:val="99"/>
    <w:unhideWhenUsed/>
    <w:rsid w:val="00326F90"/>
    <w:pPr>
      <w:numPr>
        <w:numId w:val="3"/>
      </w:numPr>
      <w:contextualSpacing/>
    </w:pPr>
  </w:style>
  <w:style w:type="paragraph" w:styleId="Sarakstanumurs">
    <w:name w:val="List Number"/>
    <w:basedOn w:val="Parasts"/>
    <w:uiPriority w:val="99"/>
    <w:unhideWhenUsed/>
    <w:rsid w:val="00326F90"/>
    <w:pPr>
      <w:numPr>
        <w:numId w:val="5"/>
      </w:numPr>
      <w:contextualSpacing/>
    </w:pPr>
  </w:style>
  <w:style w:type="paragraph" w:styleId="Sarakstanumurs2">
    <w:name w:val="List Number 2"/>
    <w:basedOn w:val="Parasts"/>
    <w:uiPriority w:val="99"/>
    <w:unhideWhenUsed/>
    <w:rsid w:val="0029639D"/>
    <w:pPr>
      <w:numPr>
        <w:numId w:val="6"/>
      </w:numPr>
      <w:contextualSpacing/>
    </w:pPr>
  </w:style>
  <w:style w:type="paragraph" w:styleId="Sarakstanumurs3">
    <w:name w:val="List Number 3"/>
    <w:basedOn w:val="Parasts"/>
    <w:uiPriority w:val="99"/>
    <w:unhideWhenUsed/>
    <w:rsid w:val="0029639D"/>
    <w:pPr>
      <w:numPr>
        <w:numId w:val="7"/>
      </w:numPr>
      <w:contextualSpacing/>
    </w:pPr>
  </w:style>
  <w:style w:type="paragraph" w:styleId="Sarakstaturpinjums">
    <w:name w:val="List Continue"/>
    <w:basedOn w:val="Parasts"/>
    <w:uiPriority w:val="99"/>
    <w:unhideWhenUsed/>
    <w:rsid w:val="0029639D"/>
    <w:pPr>
      <w:spacing w:after="120"/>
      <w:ind w:left="360"/>
      <w:contextualSpacing/>
    </w:pPr>
  </w:style>
  <w:style w:type="paragraph" w:styleId="Sarakstaturpinjums2">
    <w:name w:val="List Continue 2"/>
    <w:basedOn w:val="Parasts"/>
    <w:uiPriority w:val="99"/>
    <w:unhideWhenUsed/>
    <w:rsid w:val="0029639D"/>
    <w:pPr>
      <w:spacing w:after="120"/>
      <w:ind w:left="720"/>
      <w:contextualSpacing/>
    </w:pPr>
  </w:style>
  <w:style w:type="paragraph" w:styleId="Sarakstaturpinjums3">
    <w:name w:val="List Continue 3"/>
    <w:basedOn w:val="Parasts"/>
    <w:uiPriority w:val="99"/>
    <w:unhideWhenUsed/>
    <w:rsid w:val="0029639D"/>
    <w:pPr>
      <w:spacing w:after="120"/>
      <w:ind w:left="1080"/>
      <w:contextualSpacing/>
    </w:pPr>
  </w:style>
  <w:style w:type="paragraph" w:styleId="Makroteksts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Noklusjumarindkopasfonts"/>
    <w:link w:val="Makroteksts"/>
    <w:uiPriority w:val="99"/>
    <w:rsid w:val="0029639D"/>
    <w:rPr>
      <w:rFonts w:ascii="Courier" w:hAnsi="Courier"/>
      <w:sz w:val="20"/>
      <w:szCs w:val="20"/>
    </w:rPr>
  </w:style>
  <w:style w:type="paragraph" w:styleId="Citts">
    <w:name w:val="Quote"/>
    <w:basedOn w:val="Parasts"/>
    <w:next w:val="Parasts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Izteiksmgs">
    <w:name w:val="Strong"/>
    <w:basedOn w:val="Noklusjumarindkopasfonts"/>
    <w:uiPriority w:val="22"/>
    <w:qFormat/>
    <w:rsid w:val="00FC693F"/>
    <w:rPr>
      <w:b/>
      <w:bCs/>
    </w:rPr>
  </w:style>
  <w:style w:type="character" w:styleId="Izclums">
    <w:name w:val="Emphasis"/>
    <w:basedOn w:val="Noklusjumarindkopasfonts"/>
    <w:uiPriority w:val="20"/>
    <w:qFormat/>
    <w:rsid w:val="00FC693F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C693F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qFormat/>
    <w:rsid w:val="00FC693F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qFormat/>
    <w:rsid w:val="00FC693F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qFormat/>
    <w:rsid w:val="00FC693F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qFormat/>
    <w:rsid w:val="00FC693F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C693F"/>
    <w:pPr>
      <w:outlineLvl w:val="9"/>
    </w:pPr>
  </w:style>
  <w:style w:type="table" w:styleId="Reatabula">
    <w:name w:val="Table Grid"/>
    <w:basedOn w:val="Parastatabu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aisnojums">
    <w:name w:val="Light Shading"/>
    <w:basedOn w:val="Parastatabu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aisnojumsizclums1">
    <w:name w:val="Light Shading Accent 1"/>
    <w:basedOn w:val="Parastatabu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aisnojumsizclums2">
    <w:name w:val="Light Shading Accent 2"/>
    <w:basedOn w:val="Parastatabu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aisnojumsizclums3">
    <w:name w:val="Light Shading Accent 3"/>
    <w:basedOn w:val="Parastatabu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aisnojumsizclums4">
    <w:name w:val="Light Shading Accent 4"/>
    <w:basedOn w:val="Parastatabu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aisnojumsizclums5">
    <w:name w:val="Light Shading Accent 5"/>
    <w:basedOn w:val="Parastatabu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aisnojumsizclums6">
    <w:name w:val="Light Shading Accent 6"/>
    <w:basedOn w:val="Parastatabu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Gaissaraksts">
    <w:name w:val="Light List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aissarakstsizclums1">
    <w:name w:val="Light List Accent 1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aissarakstsizclums2">
    <w:name w:val="Light List Accent 2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Gaissarakstsizclums3">
    <w:name w:val="Light List Accent 3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aissarakstsizclums4">
    <w:name w:val="Light List Accent 4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aissarakstsizclums5">
    <w:name w:val="Light List Accent 5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aissarakstsizclums6">
    <w:name w:val="Light List Accent 6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aisreis">
    <w:name w:val="Light Grid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aisreisizclums1">
    <w:name w:val="Light Grid Accent 1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aisreisizclums2">
    <w:name w:val="Light Grid Accent 2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aisreisizclums3">
    <w:name w:val="Light Grid Accent 3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aisreisizclums4">
    <w:name w:val="Light Grid Accent 4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aisreisizclums5">
    <w:name w:val="Light Grid Accent 5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aisreisizclums6">
    <w:name w:val="Light Grid Accent 6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djsnojums1">
    <w:name w:val="Medium Shading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1">
    <w:name w:val="Medium Shading 1 Accent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2">
    <w:name w:val="Medium Shading 1 Accent 2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3">
    <w:name w:val="Medium Shading 1 Accent 3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4">
    <w:name w:val="Medium Shading 1 Accent 4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5">
    <w:name w:val="Medium Shading 1 Accent 5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6">
    <w:name w:val="Medium Shading 1 Accent 6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2">
    <w:name w:val="Medium Shading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1">
    <w:name w:val="Medium Shading 2 Accent 1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2">
    <w:name w:val="Medium Shading 2 Accent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3">
    <w:name w:val="Medium Shading 2 Accent 3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4">
    <w:name w:val="Medium Shading 2 Accent 4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5">
    <w:name w:val="Medium Shading 2 Accent 5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6">
    <w:name w:val="Medium Shading 2 Accent 6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saraksts1">
    <w:name w:val="Medium Lis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Vidjssaraksts1izclums1">
    <w:name w:val="Medium List 1 Accen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Vidjssaraksts1izclums2">
    <w:name w:val="Medium List 1 Accent 2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Vidjssaraksts1izclums3">
    <w:name w:val="Medium List 1 Accent 3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Vidjssaraksts1izclums4">
    <w:name w:val="Medium List 1 Accent 4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Vidjssaraksts1izclums5">
    <w:name w:val="Medium List 1 Accent 5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Vidjssaraksts1izclums6">
    <w:name w:val="Medium List 1 Accent 6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Vidjssaraksts2">
    <w:name w:val="Medium Lis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1">
    <w:name w:val="Medium List 2 Accent 1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2">
    <w:name w:val="Medium List 2 Accen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3">
    <w:name w:val="Medium List 2 Accent 3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4">
    <w:name w:val="Medium List 2 Accent 4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5">
    <w:name w:val="Medium List 2 Accent 5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6">
    <w:name w:val="Medium List 2 Accent 6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reis1">
    <w:name w:val="Medium Grid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idjsreis1izclums1">
    <w:name w:val="Medium Grid 1 Accent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idjsreis1izclums2">
    <w:name w:val="Medium Grid 1 Accent 2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idjsreis1izclums3">
    <w:name w:val="Medium Grid 1 Accent 3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idjsreis1izclums4">
    <w:name w:val="Medium Grid 1 Accent 4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idjsreis1izclums5">
    <w:name w:val="Medium Grid 1 Accent 5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idjsreis1izclums6">
    <w:name w:val="Medium Grid 1 Accent 6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idjsreis2">
    <w:name w:val="Medium Grid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1">
    <w:name w:val="Medium Grid 2 Accent 1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2">
    <w:name w:val="Medium Grid 2 Accent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3">
    <w:name w:val="Medium Grid 2 Accent 3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4">
    <w:name w:val="Medium Grid 2 Accent 4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5">
    <w:name w:val="Medium Grid 2 Accent 5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6">
    <w:name w:val="Medium Grid 2 Accent 6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3">
    <w:name w:val="Medium Grid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Vidjsreis3izclums1">
    <w:name w:val="Medium Grid 3 Accent 1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Vidjsreis3izclums2">
    <w:name w:val="Medium Grid 3 Accent 2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Vidjsreis3izclums3">
    <w:name w:val="Medium Grid 3 Accent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Vidjsreis3izclums4">
    <w:name w:val="Medium Grid 3 Accent 4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Vidjsreis3izclums5">
    <w:name w:val="Medium Grid 3 Accent 5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Vidjsreis3izclums6">
    <w:name w:val="Medium Grid 3 Accent 6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ssaraksts">
    <w:name w:val="Dark List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ssarakstsizclums1">
    <w:name w:val="Dark List Accent 1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ssarakstsizclums2">
    <w:name w:val="Dark List Accent 2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ssarakstsizclums3">
    <w:name w:val="Dark List Accent 3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ssarakstsizclums4">
    <w:name w:val="Dark List Accent 4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ssarakstsizclums5">
    <w:name w:val="Dark List Accent 5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ssarakstsizclums6">
    <w:name w:val="Dark List Accent 6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rsainsnojums">
    <w:name w:val="Colorful Shading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1">
    <w:name w:val="Colorful Shading Accent 1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2">
    <w:name w:val="Colorful Shading Accent 2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3">
    <w:name w:val="Colorful Shading Accent 3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nojumsizclums4">
    <w:name w:val="Colorful Shading Accent 4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5">
    <w:name w:val="Colorful Shading Accent 5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6">
    <w:name w:val="Colorful Shading Accent 6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saraksts">
    <w:name w:val="Colorful List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rsainssarakstsizclums1">
    <w:name w:val="Colorful List Accent 1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rsainssarakstsizclums2">
    <w:name w:val="Colorful List Accent 2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rsainssarakstsizclums3">
    <w:name w:val="Colorful List Accent 3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rsainssarakstsizclums4">
    <w:name w:val="Colorful List Accent 4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rsainssarakstsizclums5">
    <w:name w:val="Colorful List Accent 5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rsainssarakstsizclums6">
    <w:name w:val="Colorful List Accent 6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rsainsreis">
    <w:name w:val="Colorful Grid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rsainsreisizclums1">
    <w:name w:val="Colorful Grid Accent 1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rsainsreisizclums2">
    <w:name w:val="Colorful Grid Accent 2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rsainsreisizclums3">
    <w:name w:val="Colorful Grid Accent 3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reisizclums4">
    <w:name w:val="Colorful Grid Accent 4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rsainsreisizclums5">
    <w:name w:val="Colorful Grid Accent 5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rsainsreisizclums6">
    <w:name w:val="Colorful Grid Accent 6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Vietturateksts">
    <w:name w:val="Placeholder Text"/>
    <w:basedOn w:val="Noklusjumarindkopasfonts"/>
    <w:uiPriority w:val="99"/>
    <w:semiHidden/>
    <w:rsid w:val="008E1942"/>
    <w:rPr>
      <w:color w:val="808080"/>
    </w:rPr>
  </w:style>
  <w:style w:type="paragraph" w:styleId="Paraststmeklis">
    <w:name w:val="Normal (Web)"/>
    <w:basedOn w:val="Parasts"/>
    <w:uiPriority w:val="99"/>
    <w:unhideWhenUsed/>
    <w:rsid w:val="007F0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table" w:customStyle="1" w:styleId="Reatabula1">
    <w:name w:val="Režģa tabula1"/>
    <w:basedOn w:val="Parastatabula"/>
    <w:next w:val="Reatabula"/>
    <w:uiPriority w:val="59"/>
    <w:rsid w:val="00A05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Parastatabula"/>
    <w:next w:val="Reatabula"/>
    <w:uiPriority w:val="59"/>
    <w:rsid w:val="00A05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Parastatabula"/>
    <w:next w:val="Reatabula"/>
    <w:uiPriority w:val="59"/>
    <w:rsid w:val="00AD7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">
    <w:name w:val="Režģa tabula4"/>
    <w:basedOn w:val="Parastatabula"/>
    <w:next w:val="Reatabula"/>
    <w:uiPriority w:val="59"/>
    <w:rsid w:val="00990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0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92420A-80C2-47DD-BD65-45E5A548A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1763</Words>
  <Characters>1006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Iesniegums pabalsta bērnu ēdināšanas izdevumu apmaksai daudzbērnu ģimenei</vt:lpstr>
      <vt:lpstr/>
    </vt:vector>
  </TitlesOfParts>
  <Manager/>
  <Company/>
  <LinksUpToDate>false</LinksUpToDate>
  <CharactersWithSpaces>2764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Iesniegums pabalsta bērnu ēdināšanas izdevumu apmaksai daudzbērnu ģimenei</dc:title>
  <dc:subject>Mājaslapā publicējama iesnieguma veidlapa</dc:subject>
  <dc:creator>Tatjana Kuzmuka</dc:creator>
  <cp:keywords/>
  <dc:description>generated by python-docx</dc:description>
  <cp:lastModifiedBy>Microsoft konts</cp:lastModifiedBy>
  <cp:revision>3</cp:revision>
  <cp:lastPrinted>2026-08-28T07:02:00Z</cp:lastPrinted>
  <dcterms:created xsi:type="dcterms:W3CDTF">2026-09-01T22:21:00Z</dcterms:created>
  <dcterms:modified xsi:type="dcterms:W3CDTF">2026-09-01T22:26:00Z</dcterms:modified>
  <cp:category/>
</cp:coreProperties>
</file>