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787ED" w14:textId="77777777" w:rsidR="00867F73" w:rsidRPr="00867F73" w:rsidRDefault="00867F73" w:rsidP="00867F73">
      <w:pPr>
        <w:spacing w:after="2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03264679" w14:textId="77777777" w:rsidR="00BB42AD" w:rsidRPr="00867F73" w:rsidRDefault="009E378D" w:rsidP="00867F73">
      <w:pPr>
        <w:spacing w:after="2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867F73">
        <w:rPr>
          <w:rFonts w:ascii="Times New Roman" w:hAnsi="Times New Roman" w:cs="Times New Roman"/>
          <w:b/>
          <w:sz w:val="22"/>
          <w:lang w:val="lv-LV"/>
        </w:rPr>
        <w:t>TALSU NOVADA SOCIĀLAJAM DIENESTAM</w:t>
      </w:r>
    </w:p>
    <w:p w14:paraId="6E6A4C59" w14:textId="77777777" w:rsidR="00867F73" w:rsidRPr="009A7BEE" w:rsidRDefault="00867F73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7EFFDB9B" w14:textId="77777777" w:rsidR="00BB42AD" w:rsidRPr="00C85B2A" w:rsidRDefault="009E378D">
      <w:pPr>
        <w:spacing w:after="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C85B2A">
        <w:rPr>
          <w:rFonts w:ascii="Times New Roman" w:hAnsi="Times New Roman" w:cs="Times New Roman"/>
          <w:b/>
          <w:sz w:val="22"/>
          <w:lang w:val="lv-LV"/>
        </w:rPr>
        <w:t>IESNIEGUMS</w:t>
      </w:r>
    </w:p>
    <w:p w14:paraId="3B3FBC96" w14:textId="77777777" w:rsidR="009A7BEE" w:rsidRPr="009A7BEE" w:rsidRDefault="009A7BEE" w:rsidP="009A7BEE">
      <w:pPr>
        <w:spacing w:after="120" w:line="245" w:lineRule="auto"/>
        <w:jc w:val="center"/>
        <w:rPr>
          <w:rFonts w:ascii="Times New Roman" w:hAnsi="Times New Roman" w:cs="Times New Roman"/>
          <w:color w:val="1A1A1A"/>
          <w:sz w:val="20"/>
          <w:lang w:val="lv-LV"/>
        </w:rPr>
      </w:pPr>
      <w:r w:rsidRPr="009A7BEE">
        <w:rPr>
          <w:rFonts w:ascii="Times New Roman" w:eastAsia="Arial" w:hAnsi="Times New Roman" w:cs="Times New Roman"/>
          <w:b/>
          <w:color w:val="1A1A1A"/>
          <w:sz w:val="20"/>
          <w:lang w:val="lv-LV"/>
        </w:rPr>
        <w:t>mājokļa pabalsta piešķiršanai pilngadību sasniegušam bārenim</w:t>
      </w:r>
      <w:bookmarkStart w:id="0" w:name="_GoBack"/>
      <w:bookmarkEnd w:id="0"/>
      <w:r w:rsidRPr="009A7BEE">
        <w:rPr>
          <w:rFonts w:ascii="Times New Roman" w:eastAsia="Arial" w:hAnsi="Times New Roman" w:cs="Times New Roman"/>
          <w:b/>
          <w:color w:val="1A1A1A"/>
          <w:sz w:val="20"/>
          <w:lang w:val="lv-LV"/>
        </w:rPr>
        <w:br/>
        <w:t>vai bez vecāku gādības palikušam bērnam</w:t>
      </w:r>
    </w:p>
    <w:p w14:paraId="2C247FD5" w14:textId="6882FB19" w:rsidR="009A7BEE" w:rsidRPr="00C85B2A" w:rsidRDefault="009A7BEE" w:rsidP="009A7BEE">
      <w:pPr>
        <w:spacing w:after="0" w:line="245" w:lineRule="auto"/>
        <w:rPr>
          <w:rFonts w:ascii="Times New Roman" w:hAnsi="Times New Roman" w:cs="Times New Roman"/>
          <w:lang w:val="lv-LV"/>
        </w:rPr>
      </w:pPr>
      <w:r w:rsidRPr="00C85B2A">
        <w:rPr>
          <w:rFonts w:ascii="Times New Roman" w:eastAsia="Arial" w:hAnsi="Times New Roman" w:cs="Times New Roman"/>
          <w:i/>
          <w:color w:val="5F6B76"/>
          <w:sz w:val="17"/>
          <w:lang w:val="lv-LV"/>
        </w:rPr>
        <w:t xml:space="preserve">       </w:t>
      </w:r>
    </w:p>
    <w:tbl>
      <w:tblPr>
        <w:tblW w:w="878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9A7BEE" w:rsidRPr="00C85B2A" w14:paraId="1CF75B4C" w14:textId="77777777" w:rsidTr="009A7BEE">
        <w:tc>
          <w:tcPr>
            <w:tcW w:w="8789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6F9"/>
            <w:tcMar>
              <w:top w:w="95" w:type="dxa"/>
              <w:left w:w="140" w:type="dxa"/>
              <w:bottom w:w="95" w:type="dxa"/>
              <w:right w:w="140" w:type="dxa"/>
            </w:tcMar>
            <w:vAlign w:val="center"/>
          </w:tcPr>
          <w:p w14:paraId="60A45FAD" w14:textId="77777777" w:rsidR="009A7BEE" w:rsidRPr="00C85B2A" w:rsidRDefault="009A7BEE" w:rsidP="00F93D7F">
            <w:pPr>
              <w:spacing w:after="0" w:line="245" w:lineRule="auto"/>
              <w:rPr>
                <w:rFonts w:ascii="Times New Roman" w:hAnsi="Times New Roman" w:cs="Times New Roman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i/>
                <w:color w:val="5F6B76"/>
                <w:sz w:val="17"/>
                <w:lang w:val="lv-LV"/>
              </w:rPr>
              <w:t>Pabalstu piešķir no pilngadības sasniegšanas līdz 24 gadu vecuma sasniegšanai. Piešķirot šo pabalstu, jaunieša ienākumus un materiālo stāvokli nevērtē. Mājoklis var atrasties jebkurā Latvijas administratīvajā teritorijā.</w:t>
            </w:r>
          </w:p>
        </w:tc>
      </w:tr>
    </w:tbl>
    <w:p w14:paraId="17329F0F" w14:textId="77777777" w:rsidR="009A7BEE" w:rsidRPr="00C85B2A" w:rsidRDefault="009A7BEE">
      <w:pPr>
        <w:spacing w:before="30" w:after="20" w:line="228" w:lineRule="auto"/>
        <w:rPr>
          <w:rFonts w:ascii="Times New Roman" w:hAnsi="Times New Roman" w:cs="Times New Roman"/>
          <w:sz w:val="24"/>
          <w:lang w:val="lv-LV"/>
        </w:rPr>
      </w:pP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B7B7B7"/>
          <w:bottom w:val="single" w:sz="4" w:space="0" w:color="595959" w:themeColor="text1" w:themeTint="A6"/>
          <w:right w:val="single" w:sz="4" w:space="0" w:color="B7B7B7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552"/>
      </w:tblGrid>
      <w:tr w:rsidR="00BB42AD" w:rsidRPr="00C85B2A" w14:paraId="6F836C01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E0798C6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Vārds, uzvārds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47CB6F3" w14:textId="67635B4F" w:rsidR="00BB42AD" w:rsidRPr="00C85B2A" w:rsidRDefault="00BB42A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BB42AD" w:rsidRPr="00C85B2A" w14:paraId="10C23AB7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FD35994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Personas kods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A2035F2" w14:textId="69B2D903" w:rsidR="00BB42AD" w:rsidRPr="00C85B2A" w:rsidRDefault="00BB42A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BB42AD" w:rsidRPr="00C85B2A" w14:paraId="76B02BD6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65341FF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Deklarētās dzīvesvietas adrese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3177A00" w14:textId="0D3C36D6" w:rsidR="00BB42AD" w:rsidRPr="00C85B2A" w:rsidRDefault="00BB42A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BB42AD" w:rsidRPr="00C85B2A" w14:paraId="0018CE8C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F8EA8C7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Faktiskās dzīvesvietas adrese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EEDB3D4" w14:textId="5A10750D" w:rsidR="00BB42AD" w:rsidRPr="00C85B2A" w:rsidRDefault="00BB42A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BB42AD" w:rsidRPr="00C85B2A" w14:paraId="6B279065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2B86E28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Tālrunis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866CF33" w14:textId="44674E3C" w:rsidR="00BB42AD" w:rsidRPr="00C85B2A" w:rsidRDefault="00BB42AD" w:rsidP="009A6376">
            <w:pPr>
              <w:tabs>
                <w:tab w:val="right" w:pos="5040"/>
                <w:tab w:val="left" w:pos="51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lang w:val="lv-LV"/>
              </w:rPr>
            </w:pPr>
          </w:p>
        </w:tc>
      </w:tr>
      <w:tr w:rsidR="00BB42AD" w:rsidRPr="00C85B2A" w14:paraId="5DDB08F5" w14:textId="77777777" w:rsidTr="009A7BE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7DB6DB9" w14:textId="77777777" w:rsidR="00BB42AD" w:rsidRPr="00C85B2A" w:rsidRDefault="009E378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hAnsi="Times New Roman" w:cs="Times New Roman"/>
                <w:sz w:val="22"/>
                <w:lang w:val="lv-LV"/>
              </w:rPr>
              <w:t>E-pasts</w:t>
            </w:r>
          </w:p>
        </w:tc>
        <w:tc>
          <w:tcPr>
            <w:tcW w:w="5552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80D35EF" w14:textId="4A313DD2" w:rsidR="00BB42AD" w:rsidRPr="00C85B2A" w:rsidRDefault="00BB42AD">
            <w:pPr>
              <w:spacing w:after="0" w:line="228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</w:tbl>
    <w:p w14:paraId="5C0A710E" w14:textId="77777777" w:rsidR="00334D04" w:rsidRPr="00C85B2A" w:rsidRDefault="00334D04" w:rsidP="00334D04">
      <w:pPr>
        <w:keepLines/>
        <w:spacing w:before="60" w:after="60" w:line="250" w:lineRule="auto"/>
        <w:rPr>
          <w:rFonts w:ascii="Times New Roman" w:eastAsia="Arial" w:hAnsi="Times New Roman" w:cs="Times New Roman"/>
          <w:b/>
          <w:color w:val="1A1A1A"/>
          <w:sz w:val="20"/>
        </w:rPr>
      </w:pPr>
    </w:p>
    <w:p w14:paraId="025CD5BF" w14:textId="22292359" w:rsidR="00334D04" w:rsidRPr="00C85B2A" w:rsidRDefault="00334D04" w:rsidP="00334D04">
      <w:pPr>
        <w:keepLines/>
        <w:spacing w:before="60" w:after="60" w:line="250" w:lineRule="auto"/>
        <w:rPr>
          <w:rFonts w:ascii="Times New Roman" w:hAnsi="Times New Roman" w:cs="Times New Roman"/>
          <w:color w:val="1A1A1A"/>
          <w:sz w:val="20"/>
          <w:lang w:val="lv-LV"/>
        </w:rPr>
      </w:pPr>
      <w:r w:rsidRPr="00C85B2A">
        <w:rPr>
          <w:rFonts w:ascii="Times New Roman" w:eastAsia="Arial" w:hAnsi="Times New Roman" w:cs="Times New Roman"/>
          <w:b/>
          <w:color w:val="1A1A1A"/>
          <w:sz w:val="20"/>
        </w:rPr>
        <w:t xml:space="preserve">        </w:t>
      </w:r>
      <w:r w:rsidRPr="00C85B2A">
        <w:rPr>
          <w:rFonts w:ascii="Times New Roman" w:eastAsia="Arial" w:hAnsi="Times New Roman" w:cs="Times New Roman"/>
          <w:b/>
          <w:color w:val="1A1A1A"/>
          <w:sz w:val="20"/>
          <w:lang w:val="lv-LV"/>
        </w:rPr>
        <w:t>Lūdzu piešķirt pabalstu ikmēneša izdevumiem normatīvajos aktos noteiktajā apmērā.</w:t>
      </w:r>
    </w:p>
    <w:tbl>
      <w:tblPr>
        <w:tblW w:w="944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445"/>
      </w:tblGrid>
      <w:tr w:rsidR="00334D04" w:rsidRPr="00C85B2A" w14:paraId="6B7DEB94" w14:textId="77777777" w:rsidTr="00334D04">
        <w:tc>
          <w:tcPr>
            <w:tcW w:w="9445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80BA75" w14:textId="77777777" w:rsidR="00334D04" w:rsidRPr="00C85B2A" w:rsidRDefault="00334D04" w:rsidP="00334D04">
            <w:pPr>
              <w:spacing w:after="0" w:line="245" w:lineRule="auto"/>
              <w:rPr>
                <w:rFonts w:ascii="Times New Roman" w:hAnsi="Times New Roman" w:cs="Times New Roman"/>
                <w:color w:val="1A1A1A"/>
                <w:sz w:val="20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i/>
                <w:color w:val="5F6B76"/>
                <w:sz w:val="17"/>
                <w:lang w:val="lv-LV"/>
              </w:rPr>
              <w:t>Informācijai: mācību vai studiju pārtraukuma laikā pabalsta izmaksu aptur un atjauno pēc mācību vai studiju atsākšanas. Par mācību vai studiju pārtraukumu, izbeigšanu vai izglītības iestādes maiņu nekavējoties jāinformē Sociālais dienests.</w:t>
            </w:r>
          </w:p>
        </w:tc>
      </w:tr>
    </w:tbl>
    <w:p w14:paraId="58C36BC6" w14:textId="77777777" w:rsidR="00334D04" w:rsidRPr="00C85B2A" w:rsidRDefault="00334D04" w:rsidP="00334D04">
      <w:pPr>
        <w:spacing w:after="0" w:line="240" w:lineRule="auto"/>
        <w:rPr>
          <w:rFonts w:ascii="Times New Roman" w:hAnsi="Times New Roman" w:cs="Times New Roman"/>
          <w:color w:val="1A1A1A"/>
          <w:sz w:val="20"/>
          <w:lang w:val="lv-LV"/>
        </w:rPr>
      </w:pPr>
    </w:p>
    <w:tbl>
      <w:tblPr>
        <w:tblW w:w="972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458"/>
        <w:gridCol w:w="7266"/>
      </w:tblGrid>
      <w:tr w:rsidR="00394DDB" w:rsidRPr="00C85B2A" w14:paraId="13CDAA65" w14:textId="77777777" w:rsidTr="00394DDB">
        <w:tc>
          <w:tcPr>
            <w:tcW w:w="2458" w:type="dxa"/>
            <w:tcBorders>
              <w:bottom w:val="single" w:sz="4" w:space="0" w:color="AAB4BE"/>
            </w:tcBorders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28E9AC23" w14:textId="35C83E21" w:rsidR="00394DDB" w:rsidRPr="00C85B2A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color w:val="1A1A1A"/>
                <w:sz w:val="22"/>
                <w:szCs w:val="24"/>
                <w:lang w:val="lv-LV"/>
              </w:rPr>
              <w:t xml:space="preserve">Bāriņtiesas lēmuma datums un Nr.   </w:t>
            </w:r>
          </w:p>
        </w:tc>
        <w:tc>
          <w:tcPr>
            <w:tcW w:w="7266" w:type="dxa"/>
            <w:tcBorders>
              <w:bottom w:val="single" w:sz="4" w:space="0" w:color="AAB4BE"/>
            </w:tcBorders>
            <w:tcMar>
              <w:top w:w="100" w:type="dxa"/>
              <w:left w:w="120" w:type="dxa"/>
              <w:bottom w:w="100" w:type="dxa"/>
              <w:right w:w="0" w:type="dxa"/>
            </w:tcMar>
          </w:tcPr>
          <w:p w14:paraId="277D7A68" w14:textId="77777777" w:rsidR="00394DDB" w:rsidRPr="00C85B2A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color w:val="1A1A1A"/>
              </w:rPr>
            </w:pPr>
          </w:p>
        </w:tc>
      </w:tr>
    </w:tbl>
    <w:p w14:paraId="638452A3" w14:textId="44C3C327" w:rsidR="00C85B2A" w:rsidRPr="00C85B2A" w:rsidRDefault="00C85B2A" w:rsidP="00C85B2A">
      <w:pPr>
        <w:keepNext/>
        <w:spacing w:before="100" w:after="60" w:line="240" w:lineRule="auto"/>
        <w:ind w:left="120" w:right="120"/>
        <w:rPr>
          <w:rFonts w:ascii="Times New Roman" w:hAnsi="Times New Roman" w:cs="Times New Roman"/>
          <w:sz w:val="22"/>
          <w:lang w:val="lv-LV"/>
        </w:rPr>
      </w:pPr>
      <w:r w:rsidRPr="00C85B2A">
        <w:rPr>
          <w:rFonts w:ascii="Times New Roman" w:eastAsia="Arial" w:hAnsi="Times New Roman" w:cs="Times New Roman"/>
          <w:b/>
          <w:sz w:val="22"/>
          <w:lang w:val="lv-LV"/>
        </w:rPr>
        <w:t xml:space="preserve">Pievienotie dokumenti </w:t>
      </w:r>
    </w:p>
    <w:p w14:paraId="66632A9A" w14:textId="645369A2" w:rsidR="00C85B2A" w:rsidRPr="00C85B2A" w:rsidRDefault="00C85B2A" w:rsidP="00C85B2A">
      <w:pPr>
        <w:keepLines/>
        <w:spacing w:after="20" w:line="245" w:lineRule="auto"/>
        <w:ind w:left="6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-547457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dokuments, kas apliecina tiesības lietot mājokli (</w:t>
      </w:r>
      <w:r w:rsidRPr="00C85B2A">
        <w:rPr>
          <w:rFonts w:ascii="Times New Roman" w:eastAsia="Arial" w:hAnsi="Times New Roman" w:cs="Times New Roman"/>
          <w:sz w:val="22"/>
          <w:lang w:val="lv-LV"/>
        </w:rPr>
        <w:t>īres, dienesta</w:t>
      </w:r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viesnīcas vai cits līgums)</w:t>
      </w:r>
    </w:p>
    <w:p w14:paraId="05664BA9" w14:textId="5E52B511" w:rsidR="00C85B2A" w:rsidRPr="00C85B2A" w:rsidRDefault="00C85B2A" w:rsidP="00C85B2A">
      <w:pPr>
        <w:keepLines/>
        <w:spacing w:after="20" w:line="245" w:lineRule="auto"/>
        <w:ind w:left="6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1932847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rēķini, kvītis vai citi izdevumus apliecinoši dokumenti par pieprasīto laikposmu</w:t>
      </w:r>
    </w:p>
    <w:p w14:paraId="56A05604" w14:textId="50420BC9" w:rsidR="00C85B2A" w:rsidRPr="00C85B2A" w:rsidRDefault="00C85B2A" w:rsidP="00C85B2A">
      <w:pPr>
        <w:keepLines/>
        <w:spacing w:after="20" w:line="245" w:lineRule="auto"/>
        <w:ind w:left="6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-1555925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citi dokumenti, kas nepieciešami mājokļa izdevumu noskaidrošanai</w:t>
      </w:r>
    </w:p>
    <w:p w14:paraId="098CF7C5" w14:textId="77777777" w:rsidR="00C85B2A" w:rsidRPr="009A7BEE" w:rsidRDefault="00C85B2A" w:rsidP="009A7BEE">
      <w:pPr>
        <w:keepNext/>
        <w:spacing w:before="100" w:after="60" w:line="240" w:lineRule="auto"/>
        <w:ind w:left="120" w:right="120"/>
        <w:rPr>
          <w:rFonts w:ascii="Times New Roman" w:hAnsi="Times New Roman" w:cs="Times New Roman"/>
          <w:sz w:val="22"/>
          <w:lang w:val="lv-LV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3150"/>
        <w:gridCol w:w="6716"/>
      </w:tblGrid>
      <w:tr w:rsidR="00C85B2A" w:rsidRPr="00C85B2A" w14:paraId="166B1214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4FB8D10C" w14:textId="77777777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9A7BEE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t>Mājokļa adrese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003899A5" w14:textId="77777777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C85B2A" w:rsidRPr="00C85B2A" w14:paraId="15CD894B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24A15984" w14:textId="77777777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9A7BEE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t>Tiesiskais pamats mājokļa lietošanai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5CF3F366" w14:textId="727B88FC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Arial" w:hAnsi="Times New Roman" w:cs="Times New Roman"/>
                  <w:sz w:val="22"/>
                  <w:lang w:val="lv-LV"/>
                </w:rPr>
                <w:id w:val="85553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īpašums   </w:t>
            </w:r>
            <w:sdt>
              <w:sdtPr>
                <w:rPr>
                  <w:rFonts w:ascii="Times New Roman" w:eastAsia="Arial" w:hAnsi="Times New Roman" w:cs="Times New Roman"/>
                  <w:sz w:val="22"/>
                  <w:lang w:val="lv-LV"/>
                </w:rPr>
                <w:id w:val="214677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īre   </w:t>
            </w:r>
            <w:sdt>
              <w:sdtPr>
                <w:rPr>
                  <w:rFonts w:ascii="Times New Roman" w:eastAsia="Arial" w:hAnsi="Times New Roman" w:cs="Times New Roman"/>
                  <w:sz w:val="22"/>
                  <w:lang w:val="lv-LV"/>
                </w:rPr>
                <w:id w:val="-78997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dienesta viesnīca / kopmītne   </w:t>
            </w:r>
            <w:sdt>
              <w:sdtPr>
                <w:rPr>
                  <w:rFonts w:ascii="Times New Roman" w:eastAsia="Arial" w:hAnsi="Times New Roman" w:cs="Times New Roman"/>
                  <w:sz w:val="22"/>
                  <w:lang w:val="lv-LV"/>
                </w:rPr>
                <w:id w:val="-59347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cits</w:t>
            </w:r>
          </w:p>
        </w:tc>
      </w:tr>
      <w:tr w:rsidR="00C85B2A" w:rsidRPr="00C85B2A" w14:paraId="27917A09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0918B1AE" w14:textId="77777777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9A7BEE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t>Dzīvojamā platība (m²)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136512DE" w14:textId="77777777" w:rsidR="009A7BEE" w:rsidRPr="009A7BEE" w:rsidRDefault="009A7BEE" w:rsidP="009A7BE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</w:tbl>
    <w:p w14:paraId="2A436715" w14:textId="31C3A08E" w:rsidR="009A7BEE" w:rsidRPr="009A7BEE" w:rsidRDefault="009A7BEE" w:rsidP="009A7BEE">
      <w:pPr>
        <w:keepNext/>
        <w:shd w:val="clear" w:color="auto" w:fill="E8EEF5"/>
        <w:spacing w:before="100" w:after="60" w:line="240" w:lineRule="auto"/>
        <w:ind w:left="120" w:right="120"/>
        <w:rPr>
          <w:rFonts w:ascii="Times New Roman" w:hAnsi="Times New Roman" w:cs="Times New Roman"/>
          <w:sz w:val="22"/>
          <w:lang w:val="lv-LV"/>
        </w:rPr>
      </w:pPr>
      <w:r w:rsidRPr="009A7BEE">
        <w:rPr>
          <w:rFonts w:ascii="Times New Roman" w:eastAsia="Arial" w:hAnsi="Times New Roman" w:cs="Times New Roman"/>
          <w:b/>
          <w:sz w:val="22"/>
          <w:lang w:val="lv-LV"/>
        </w:rPr>
        <w:t xml:space="preserve"> Izdevumi, kuru segšanai pieprasu pabalstu</w:t>
      </w:r>
    </w:p>
    <w:p w14:paraId="76D64CDE" w14:textId="55615674" w:rsidR="009A7BEE" w:rsidRPr="009A7BEE" w:rsidRDefault="009A7BEE" w:rsidP="009A7BEE">
      <w:pPr>
        <w:spacing w:after="60" w:line="245" w:lineRule="auto"/>
        <w:rPr>
          <w:rFonts w:ascii="Times New Roman" w:hAnsi="Times New Roman" w:cs="Times New Roman"/>
          <w:sz w:val="22"/>
          <w:lang w:val="lv-LV"/>
        </w:rPr>
      </w:pPr>
      <w:r w:rsidRPr="009A7BEE">
        <w:rPr>
          <w:rFonts w:ascii="Times New Roman" w:eastAsia="Arial" w:hAnsi="Times New Roman" w:cs="Times New Roman"/>
          <w:sz w:val="22"/>
          <w:lang w:val="lv-LV"/>
        </w:rPr>
        <w:t xml:space="preserve">Atzīmējiet </w:t>
      </w:r>
      <w:r w:rsidR="00C85B2A" w:rsidRPr="00C85B2A">
        <w:rPr>
          <w:rFonts w:ascii="Times New Roman" w:eastAsia="Arial" w:hAnsi="Times New Roman" w:cs="Times New Roman"/>
          <w:sz w:val="22"/>
          <w:lang w:val="lv-LV"/>
        </w:rPr>
        <w:t>attiecīgos izdevumus.</w:t>
      </w: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C85B2A" w:rsidRPr="00C85B2A" w14:paraId="75B62FB8" w14:textId="77777777" w:rsidTr="00F93D7F"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4FE25A" w14:textId="25E42E11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123963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īre</w:t>
            </w:r>
          </w:p>
        </w:tc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AB5A5C" w14:textId="047A3C51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210471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mājokļa apsaimniekošana</w:t>
            </w:r>
          </w:p>
        </w:tc>
      </w:tr>
      <w:tr w:rsidR="00C85B2A" w:rsidRPr="00C85B2A" w14:paraId="0B3C2832" w14:textId="77777777" w:rsidTr="00F93D7F"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519DCD" w14:textId="38ED0F49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17338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</w:t>
            </w:r>
            <w:r w:rsidRPr="00C85B2A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apkure </w:t>
            </w:r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>un karstais ūdens</w:t>
            </w:r>
          </w:p>
        </w:tc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1FBA54" w14:textId="21353C19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121866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elektroenerģija</w:t>
            </w:r>
          </w:p>
        </w:tc>
      </w:tr>
      <w:tr w:rsidR="00C85B2A" w:rsidRPr="00C85B2A" w14:paraId="26BB95C7" w14:textId="77777777" w:rsidTr="00F93D7F"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DECD6C" w14:textId="7A03EC16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139362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patērētais ūdens</w:t>
            </w:r>
          </w:p>
        </w:tc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7B781D" w14:textId="023CC821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116023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dabasgāze</w:t>
            </w:r>
            <w:r w:rsidRPr="00C85B2A">
              <w:rPr>
                <w:rFonts w:ascii="Times New Roman" w:eastAsia="Arial" w:hAnsi="Times New Roman" w:cs="Times New Roman"/>
                <w:sz w:val="22"/>
                <w:lang w:val="lv-LV"/>
              </w:rPr>
              <w:t>/propāna gāze</w:t>
            </w:r>
          </w:p>
        </w:tc>
      </w:tr>
      <w:tr w:rsidR="00C85B2A" w:rsidRPr="00C85B2A" w14:paraId="0FCF4123" w14:textId="77777777" w:rsidTr="00F93D7F"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6DB156" w14:textId="172E97E0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138879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kanalizācija / asenizācija</w:t>
            </w:r>
          </w:p>
        </w:tc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38F300" w14:textId="5E99E41B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-175165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sadzīves atkritumu apsaimniekošana</w:t>
            </w:r>
          </w:p>
        </w:tc>
      </w:tr>
      <w:tr w:rsidR="00C85B2A" w:rsidRPr="00C85B2A" w14:paraId="2990DF32" w14:textId="77777777" w:rsidTr="00F93D7F"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02920A" w14:textId="3D7A7F03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65303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telekomunikācijas un internets</w:t>
            </w:r>
          </w:p>
        </w:tc>
        <w:tc>
          <w:tcPr>
            <w:tcW w:w="4933" w:type="dxa"/>
            <w:tcBorders>
              <w:bottom w:val="single" w:sz="3" w:space="0" w:color="D8DEE5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A95790" w14:textId="18B20C81" w:rsidR="009A7BEE" w:rsidRPr="009A7BEE" w:rsidRDefault="009A7BEE" w:rsidP="009A7BEE">
            <w:pPr>
              <w:spacing w:after="0" w:line="245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sdt>
              <w:sdtPr>
                <w:rPr>
                  <w:rFonts w:ascii="Times New Roman" w:eastAsia="DejaVu Sans" w:hAnsi="Times New Roman" w:cs="Times New Roman"/>
                  <w:sz w:val="22"/>
                  <w:lang w:val="lv-LV"/>
                </w:rPr>
                <w:id w:val="159043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5B2A">
                  <w:rPr>
                    <w:rFonts w:ascii="Segoe UI Symbol" w:eastAsia="MS Gothic" w:hAnsi="Segoe UI Symbol" w:cs="Segoe UI Symbol"/>
                    <w:sz w:val="22"/>
                    <w:lang w:val="lv-LV"/>
                  </w:rPr>
                  <w:t>☐</w:t>
                </w:r>
              </w:sdtContent>
            </w:sdt>
            <w:r w:rsidRPr="009A7BEE">
              <w:rPr>
                <w:rFonts w:ascii="Times New Roman" w:eastAsia="Arial" w:hAnsi="Times New Roman" w:cs="Times New Roman"/>
                <w:sz w:val="22"/>
                <w:lang w:val="lv-LV"/>
              </w:rPr>
              <w:t xml:space="preserve">  ūdens skaitītāja uzstādīšana vai verificēšana</w:t>
            </w:r>
          </w:p>
        </w:tc>
      </w:tr>
    </w:tbl>
    <w:p w14:paraId="23AE23B5" w14:textId="5529A1A1" w:rsidR="00C85B2A" w:rsidRPr="00C85B2A" w:rsidRDefault="00C85B2A" w:rsidP="00C85B2A">
      <w:pPr>
        <w:keepNext/>
        <w:spacing w:before="100" w:after="60" w:line="240" w:lineRule="auto"/>
        <w:ind w:left="120" w:right="120"/>
        <w:rPr>
          <w:rFonts w:ascii="Times New Roman" w:hAnsi="Times New Roman" w:cs="Times New Roman"/>
          <w:sz w:val="22"/>
          <w:lang w:val="lv-LV"/>
        </w:rPr>
      </w:pPr>
      <w:r w:rsidRPr="00C85B2A">
        <w:rPr>
          <w:rFonts w:ascii="Times New Roman" w:eastAsia="Arial" w:hAnsi="Times New Roman" w:cs="Times New Roman"/>
          <w:b/>
          <w:sz w:val="22"/>
          <w:lang w:val="lv-LV"/>
        </w:rPr>
        <w:t xml:space="preserve"> Pabalsta izmaksas veids</w:t>
      </w:r>
    </w:p>
    <w:p w14:paraId="6A9CAD36" w14:textId="21F3FCA1" w:rsidR="00C85B2A" w:rsidRPr="00C85B2A" w:rsidRDefault="00C85B2A" w:rsidP="00C85B2A">
      <w:pPr>
        <w:keepLines/>
        <w:spacing w:after="24" w:line="245" w:lineRule="auto"/>
        <w:ind w:left="6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-382412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pārskaitīt mājokļa izīrētājam, </w:t>
      </w:r>
      <w:r w:rsidRPr="00C85B2A">
        <w:rPr>
          <w:rFonts w:ascii="Times New Roman" w:eastAsia="Arial" w:hAnsi="Times New Roman" w:cs="Times New Roman"/>
          <w:sz w:val="22"/>
          <w:lang w:val="lv-LV"/>
        </w:rPr>
        <w:t>apsaimniekotajam</w:t>
      </w:r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vai citam pakalpojuma sniedzējam</w:t>
      </w:r>
    </w:p>
    <w:p w14:paraId="17ADD2BD" w14:textId="483DAAD7" w:rsidR="00C85B2A" w:rsidRPr="00C85B2A" w:rsidRDefault="00C85B2A" w:rsidP="00C85B2A">
      <w:pPr>
        <w:keepLines/>
        <w:spacing w:after="24" w:line="245" w:lineRule="auto"/>
        <w:ind w:left="6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-63798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pārskaitīt uz </w:t>
      </w:r>
      <w:r w:rsidRPr="00C85B2A">
        <w:rPr>
          <w:rFonts w:ascii="Times New Roman" w:eastAsia="Arial" w:hAnsi="Times New Roman" w:cs="Times New Roman"/>
          <w:sz w:val="22"/>
          <w:lang w:val="lv-LV"/>
        </w:rPr>
        <w:t>manu</w:t>
      </w:r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kredītiestādes vai pasta norēķinu sistēmas kontu</w:t>
      </w:r>
    </w:p>
    <w:p w14:paraId="027A5DDA" w14:textId="73356A31" w:rsidR="00C85B2A" w:rsidRDefault="00C85B2A" w:rsidP="00C85B2A">
      <w:pPr>
        <w:keepLines/>
        <w:spacing w:after="40" w:line="245" w:lineRule="auto"/>
        <w:ind w:left="68"/>
        <w:rPr>
          <w:rFonts w:ascii="Times New Roman" w:eastAsia="Arial" w:hAnsi="Times New Roman" w:cs="Times New Roman"/>
          <w:sz w:val="22"/>
          <w:lang w:val="lv-LV"/>
        </w:rPr>
      </w:pPr>
      <w:sdt>
        <w:sdtPr>
          <w:rPr>
            <w:rFonts w:ascii="Times New Roman" w:eastAsia="DejaVu Sans" w:hAnsi="Times New Roman" w:cs="Times New Roman"/>
            <w:sz w:val="22"/>
            <w:lang w:val="lv-LV"/>
          </w:rPr>
          <w:id w:val="-445782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85B2A">
            <w:rPr>
              <w:rFonts w:ascii="Segoe UI Symbol" w:eastAsia="MS Gothic" w:hAnsi="Segoe UI Symbol" w:cs="Segoe UI Symbol"/>
              <w:sz w:val="22"/>
              <w:lang w:val="lv-LV"/>
            </w:rPr>
            <w:t>☐</w:t>
          </w:r>
        </w:sdtContent>
      </w:sdt>
      <w:r w:rsidRPr="00C85B2A">
        <w:rPr>
          <w:rFonts w:ascii="Times New Roman" w:eastAsia="Arial" w:hAnsi="Times New Roman" w:cs="Times New Roman"/>
          <w:sz w:val="22"/>
          <w:lang w:val="lv-LV"/>
        </w:rPr>
        <w:t xml:space="preserve">  izmaksāt skaidrā naudā</w:t>
      </w:r>
    </w:p>
    <w:p w14:paraId="0D85D585" w14:textId="77777777" w:rsidR="00C85B2A" w:rsidRDefault="00C85B2A" w:rsidP="00C85B2A">
      <w:pPr>
        <w:keepLines/>
        <w:spacing w:after="40" w:line="245" w:lineRule="auto"/>
        <w:ind w:left="68"/>
        <w:rPr>
          <w:rFonts w:ascii="Times New Roman" w:eastAsia="Arial" w:hAnsi="Times New Roman" w:cs="Times New Roman"/>
          <w:sz w:val="22"/>
          <w:lang w:val="lv-LV"/>
        </w:rPr>
      </w:pPr>
    </w:p>
    <w:p w14:paraId="7D4F255F" w14:textId="77777777" w:rsidR="00C85B2A" w:rsidRDefault="00C85B2A" w:rsidP="00C85B2A">
      <w:pPr>
        <w:keepLines/>
        <w:spacing w:after="40" w:line="245" w:lineRule="auto"/>
        <w:ind w:left="68"/>
        <w:rPr>
          <w:rFonts w:ascii="Times New Roman" w:eastAsia="Arial" w:hAnsi="Times New Roman" w:cs="Times New Roman"/>
          <w:sz w:val="22"/>
          <w:lang w:val="lv-LV"/>
        </w:rPr>
      </w:pPr>
    </w:p>
    <w:p w14:paraId="6059AB51" w14:textId="77777777" w:rsidR="00C85B2A" w:rsidRPr="00C85B2A" w:rsidRDefault="00C85B2A" w:rsidP="00C85B2A">
      <w:pPr>
        <w:keepLines/>
        <w:spacing w:after="40" w:line="245" w:lineRule="auto"/>
        <w:ind w:left="68"/>
        <w:rPr>
          <w:rFonts w:ascii="Times New Roman" w:hAnsi="Times New Roman" w:cs="Times New Roman"/>
          <w:sz w:val="22"/>
          <w:lang w:val="lv-LV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3150"/>
        <w:gridCol w:w="6716"/>
      </w:tblGrid>
      <w:tr w:rsidR="00C85B2A" w:rsidRPr="00C85B2A" w14:paraId="6DD634DB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6C4BEEAE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lastRenderedPageBreak/>
              <w:t>Konta īpašnieks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38108BF6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C85B2A" w:rsidRPr="00C85B2A" w14:paraId="44070EFC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4DB6A341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t>Kredītiestāde / pasta norēķinu sistēma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72A1CB74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</w:p>
        </w:tc>
      </w:tr>
      <w:tr w:rsidR="00C85B2A" w:rsidRPr="00C85B2A" w14:paraId="0C69B46D" w14:textId="77777777" w:rsidTr="00F93D7F">
        <w:tc>
          <w:tcPr>
            <w:tcW w:w="3150" w:type="dxa"/>
            <w:tcBorders>
              <w:bottom w:val="single" w:sz="4" w:space="0" w:color="AAB4BE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5DD6BE79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b/>
                <w:sz w:val="22"/>
                <w:lang w:val="lv-LV"/>
              </w:rPr>
              <w:t>Konta numurs (IBAN)</w:t>
            </w:r>
          </w:p>
        </w:tc>
        <w:tc>
          <w:tcPr>
            <w:tcW w:w="6716" w:type="dxa"/>
            <w:tcBorders>
              <w:bottom w:val="single" w:sz="4" w:space="0" w:color="AAB4BE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12561B80" w14:textId="77777777" w:rsidR="00C85B2A" w:rsidRPr="00C85B2A" w:rsidRDefault="00C85B2A" w:rsidP="00C85B2A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lv-LV"/>
              </w:rPr>
            </w:pPr>
            <w:r w:rsidRPr="00C85B2A">
              <w:rPr>
                <w:rFonts w:ascii="Times New Roman" w:eastAsia="Arial" w:hAnsi="Times New Roman" w:cs="Times New Roman"/>
                <w:sz w:val="22"/>
                <w:lang w:val="lv-LV"/>
              </w:rPr>
              <w:t>LV</w:t>
            </w:r>
          </w:p>
        </w:tc>
      </w:tr>
    </w:tbl>
    <w:p w14:paraId="5C17708C" w14:textId="77777777" w:rsidR="00690651" w:rsidRPr="00607539" w:rsidRDefault="00690651" w:rsidP="00394DDB">
      <w:pPr>
        <w:pStyle w:val="Paraststmeklis"/>
        <w:spacing w:before="0" w:beforeAutospacing="0" w:after="0" w:afterAutospacing="0"/>
        <w:rPr>
          <w:b/>
          <w:sz w:val="22"/>
        </w:rPr>
      </w:pPr>
    </w:p>
    <w:p w14:paraId="5137B03F" w14:textId="5F098605" w:rsidR="00BB42AD" w:rsidRPr="00607539" w:rsidRDefault="00394DDB">
      <w:pPr>
        <w:spacing w:before="30"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607539">
        <w:rPr>
          <w:rFonts w:ascii="Times New Roman" w:hAnsi="Times New Roman" w:cs="Times New Roman"/>
          <w:b/>
          <w:sz w:val="22"/>
          <w:szCs w:val="24"/>
          <w:lang w:val="lv-LV"/>
        </w:rPr>
        <w:t>A</w:t>
      </w:r>
      <w:r w:rsidR="009E378D" w:rsidRPr="00607539">
        <w:rPr>
          <w:rFonts w:ascii="Times New Roman" w:hAnsi="Times New Roman" w:cs="Times New Roman"/>
          <w:b/>
          <w:sz w:val="22"/>
          <w:szCs w:val="24"/>
          <w:lang w:val="lv-LV"/>
        </w:rPr>
        <w:t>tbildes</w:t>
      </w:r>
      <w:r w:rsidR="009E378D" w:rsidRPr="00607539">
        <w:rPr>
          <w:rFonts w:ascii="Times New Roman" w:hAnsi="Times New Roman" w:cs="Times New Roman"/>
          <w:b/>
          <w:sz w:val="24"/>
          <w:szCs w:val="24"/>
          <w:lang w:val="lv-LV"/>
        </w:rPr>
        <w:t xml:space="preserve"> saņemšanas veids</w:t>
      </w:r>
    </w:p>
    <w:p w14:paraId="60713BD9" w14:textId="4FACC537" w:rsidR="00BB42AD" w:rsidRPr="00607539" w:rsidRDefault="007535EA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0508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3696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uz oficiālās elektroniskās adreses (e-adreses) kontu;</w:t>
      </w:r>
    </w:p>
    <w:p w14:paraId="7311E14D" w14:textId="77777777" w:rsidR="00BB42AD" w:rsidRPr="00607539" w:rsidRDefault="007535EA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196399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uz norādīto e-pasta adresi;</w:t>
      </w:r>
    </w:p>
    <w:p w14:paraId="0FFD2F47" w14:textId="77777777" w:rsidR="00BB42AD" w:rsidRPr="00607539" w:rsidRDefault="007535EA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1326579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pa pastu uz iesniegumā norādīto adresi;</w:t>
      </w:r>
    </w:p>
    <w:p w14:paraId="7F0B6445" w14:textId="77777777" w:rsidR="00BB42AD" w:rsidRPr="00607539" w:rsidRDefault="007535EA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592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saņemt klātienē Talsu novada Sociālajā dienestā.</w:t>
      </w:r>
    </w:p>
    <w:p w14:paraId="7312B515" w14:textId="77777777" w:rsidR="00BB42AD" w:rsidRPr="00607539" w:rsidRDefault="009E378D">
      <w:pPr>
        <w:spacing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607539">
        <w:rPr>
          <w:rFonts w:ascii="Times New Roman" w:hAnsi="Times New Roman" w:cs="Times New Roman"/>
          <w:i/>
          <w:sz w:val="24"/>
          <w:szCs w:val="24"/>
          <w:lang w:val="lv-LV"/>
        </w:rPr>
        <w:t>Ja ir aktivizēta oficiālā elektroniskā adrese, atbilde tiks nosūtīta uz e-adreses kontu.</w:t>
      </w:r>
    </w:p>
    <w:p w14:paraId="623E2854" w14:textId="77777777" w:rsidR="008C2A88" w:rsidRPr="00607539" w:rsidRDefault="008C2A88">
      <w:pPr>
        <w:spacing w:before="30" w:after="20" w:line="228" w:lineRule="auto"/>
        <w:rPr>
          <w:rFonts w:ascii="Times New Roman" w:hAnsi="Times New Roman" w:cs="Times New Roman"/>
          <w:b/>
          <w:sz w:val="20"/>
          <w:lang w:val="lv-LV"/>
        </w:rPr>
      </w:pPr>
    </w:p>
    <w:p w14:paraId="0777E68C" w14:textId="4D0FC870" w:rsidR="00BB42AD" w:rsidRPr="00607539" w:rsidRDefault="009E378D">
      <w:pPr>
        <w:spacing w:before="30" w:after="20" w:line="228" w:lineRule="auto"/>
        <w:rPr>
          <w:rFonts w:ascii="Times New Roman" w:hAnsi="Times New Roman" w:cs="Times New Roman"/>
          <w:sz w:val="20"/>
          <w:lang w:val="lv-LV"/>
        </w:rPr>
      </w:pPr>
      <w:r w:rsidRPr="00607539">
        <w:rPr>
          <w:rFonts w:ascii="Times New Roman" w:hAnsi="Times New Roman" w:cs="Times New Roman"/>
          <w:b/>
          <w:sz w:val="20"/>
          <w:lang w:val="lv-LV"/>
        </w:rPr>
        <w:t>Apliecinājumi un personas datu apstrāde</w:t>
      </w:r>
    </w:p>
    <w:p w14:paraId="68E2684B" w14:textId="77777777" w:rsidR="00C85B2A" w:rsidRPr="00C85B2A" w:rsidRDefault="00C85B2A" w:rsidP="00C85B2A">
      <w:pPr>
        <w:spacing w:after="0" w:line="240" w:lineRule="auto"/>
        <w:jc w:val="both"/>
        <w:rPr>
          <w:rFonts w:ascii="Times New Roman" w:eastAsia="Arial" w:hAnsi="Times New Roman" w:cs="Times New Roman"/>
          <w:color w:val="1A1A1A"/>
          <w:sz w:val="20"/>
          <w:lang w:val="lv-LV"/>
        </w:rPr>
      </w:pPr>
      <w:r w:rsidRPr="00C85B2A">
        <w:rPr>
          <w:rFonts w:ascii="Times New Roman" w:eastAsia="Arial" w:hAnsi="Times New Roman" w:cs="Times New Roman"/>
          <w:color w:val="1A1A1A"/>
          <w:sz w:val="20"/>
          <w:lang w:val="lv-LV"/>
        </w:rPr>
        <w:t>Apliecinu, ka iesniegumā sniegtā informācija ir patiesa un pilnīga.</w:t>
      </w:r>
    </w:p>
    <w:p w14:paraId="43CFFAF0" w14:textId="06F7C86F" w:rsidR="00C85B2A" w:rsidRPr="00C85B2A" w:rsidRDefault="00C85B2A" w:rsidP="00C85B2A">
      <w:pPr>
        <w:spacing w:after="0" w:line="240" w:lineRule="auto"/>
        <w:jc w:val="both"/>
        <w:rPr>
          <w:rFonts w:ascii="Times New Roman" w:eastAsia="Arial" w:hAnsi="Times New Roman" w:cs="Times New Roman"/>
          <w:color w:val="1A1A1A"/>
          <w:sz w:val="20"/>
          <w:lang w:val="lv-LV"/>
        </w:rPr>
      </w:pPr>
      <w:r w:rsidRPr="00C85B2A">
        <w:rPr>
          <w:rFonts w:ascii="Times New Roman" w:eastAsia="Arial" w:hAnsi="Times New Roman" w:cs="Times New Roman"/>
          <w:color w:val="1A1A1A"/>
          <w:sz w:val="20"/>
          <w:lang w:val="lv-LV"/>
        </w:rPr>
        <w:t>Apliecinu, ka par šā mājokļa izdevumiem vienlaikus nesaņemu citu tāda paša mērķa pašvaldības palīdzību, izņemot normatīvajos aktos atļautos gadījumus.</w:t>
      </w:r>
      <w:r>
        <w:rPr>
          <w:rFonts w:ascii="Times New Roman" w:eastAsia="Arial" w:hAnsi="Times New Roman" w:cs="Times New Roman"/>
          <w:color w:val="1A1A1A"/>
          <w:sz w:val="20"/>
          <w:lang w:val="lv-LV"/>
        </w:rPr>
        <w:t xml:space="preserve"> </w:t>
      </w:r>
      <w:r w:rsidRPr="00C85B2A">
        <w:rPr>
          <w:rFonts w:ascii="Times New Roman" w:eastAsia="Arial" w:hAnsi="Times New Roman" w:cs="Times New Roman"/>
          <w:color w:val="1A1A1A"/>
          <w:sz w:val="20"/>
          <w:lang w:val="lv-LV"/>
        </w:rPr>
        <w:t>Apzinos, ka mājokļa pabalstu piešķir pašvaldība, kuras bāriņtiesa pieņēmusi lēmumu par manu ārpusģimenes aprūpi, un ka pabalstu par vienu un to pašu laikposmu nepiešķir atkārtoti.</w:t>
      </w:r>
      <w:r>
        <w:rPr>
          <w:rFonts w:ascii="Times New Roman" w:eastAsia="Arial" w:hAnsi="Times New Roman" w:cs="Times New Roman"/>
          <w:color w:val="1A1A1A"/>
          <w:sz w:val="20"/>
          <w:lang w:val="lv-LV"/>
        </w:rPr>
        <w:t xml:space="preserve"> </w:t>
      </w:r>
      <w:r w:rsidRPr="00C85B2A">
        <w:rPr>
          <w:rFonts w:ascii="Times New Roman" w:eastAsia="Arial" w:hAnsi="Times New Roman" w:cs="Times New Roman"/>
          <w:color w:val="1A1A1A"/>
          <w:sz w:val="20"/>
          <w:lang w:val="lv-LV"/>
        </w:rPr>
        <w:t>Apņemos nekavējoties informēt Sociālo dienestu par dzīvesvietas, mājokļa lietošanas tiesību, rēķinu vai citu apstākļu izmaiņām, kas var ietekmēt pabalsta piešķiršanu vai izmaksu.</w:t>
      </w:r>
      <w:r>
        <w:rPr>
          <w:rFonts w:ascii="Times New Roman" w:eastAsia="Arial" w:hAnsi="Times New Roman" w:cs="Times New Roman"/>
          <w:color w:val="1A1A1A"/>
          <w:sz w:val="20"/>
          <w:lang w:val="lv-LV"/>
        </w:rPr>
        <w:t xml:space="preserve"> </w:t>
      </w:r>
      <w:r w:rsidRPr="00C85B2A">
        <w:rPr>
          <w:rFonts w:ascii="Times New Roman" w:eastAsia="Arial" w:hAnsi="Times New Roman" w:cs="Times New Roman"/>
          <w:color w:val="1A1A1A"/>
          <w:sz w:val="20"/>
          <w:lang w:val="lv-LV"/>
        </w:rPr>
        <w:t>Piekrītu, ka Sociālais dienests pārbauda iesniegumā norādīto informāciju valsts un pašvaldības informācijas sistēmās un pieprasa pabalsta piešķiršanai nepieciešamo informāciju.</w:t>
      </w:r>
    </w:p>
    <w:p w14:paraId="38819C3D" w14:textId="77777777" w:rsidR="00690651" w:rsidRPr="00607539" w:rsidRDefault="00690651" w:rsidP="00690651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lang w:val="lv-LV"/>
        </w:rPr>
      </w:pPr>
      <w:r w:rsidRPr="00607539">
        <w:rPr>
          <w:rFonts w:ascii="Times New Roman" w:eastAsia="Times New Roman" w:hAnsi="Times New Roman" w:cs="Times New Roman"/>
          <w:b/>
          <w:sz w:val="20"/>
          <w:lang w:val="lv-LV"/>
        </w:rPr>
        <w:t xml:space="preserve">Personas datu apstrāde. </w:t>
      </w:r>
      <w:r w:rsidRPr="00607539">
        <w:rPr>
          <w:rFonts w:ascii="Times New Roman" w:eastAsia="Times New Roman" w:hAnsi="Times New Roman" w:cs="Times New Roman"/>
          <w:sz w:val="20"/>
          <w:lang w:val="lv-LV"/>
        </w:rPr>
        <w:t xml:space="preserve">Personas datu pārzinis ir Talsu novada pašvaldība, </w:t>
      </w:r>
      <w:proofErr w:type="spellStart"/>
      <w:r w:rsidRPr="00607539">
        <w:rPr>
          <w:rFonts w:ascii="Times New Roman" w:eastAsia="Times New Roman" w:hAnsi="Times New Roman" w:cs="Times New Roman"/>
          <w:sz w:val="20"/>
          <w:lang w:val="lv-LV"/>
        </w:rPr>
        <w:t>reģ</w:t>
      </w:r>
      <w:proofErr w:type="spellEnd"/>
      <w:r w:rsidRPr="00607539">
        <w:rPr>
          <w:rFonts w:ascii="Times New Roman" w:eastAsia="Times New Roman" w:hAnsi="Times New Roman" w:cs="Times New Roman"/>
          <w:sz w:val="20"/>
          <w:lang w:val="lv-LV"/>
        </w:rPr>
        <w:t>. Nr. 90009113532, juridiskā adrese: Kareivju iela 7, Talsi, Talsu novads; tālr. 63232110; e-pasts: pasts@talsi.lv. Iesniegumā norādītie personas dati tiek apstrādāti iesnieguma izskatīšanai un glabāti normatīvajos aktos noteiktajā termiņā.</w:t>
      </w:r>
    </w:p>
    <w:p w14:paraId="5F539F48" w14:textId="77777777" w:rsidR="00690651" w:rsidRPr="00607539" w:rsidRDefault="00690651" w:rsidP="00690651">
      <w:pPr>
        <w:spacing w:after="100" w:line="240" w:lineRule="auto"/>
        <w:rPr>
          <w:rFonts w:ascii="Times New Roman" w:eastAsia="Times New Roman" w:hAnsi="Times New Roman" w:cs="Times New Roman"/>
          <w:sz w:val="20"/>
          <w:lang w:val="lv-LV"/>
        </w:rPr>
      </w:pPr>
      <w:r w:rsidRPr="00607539">
        <w:rPr>
          <w:rFonts w:ascii="Times New Roman" w:eastAsia="Times New Roman" w:hAnsi="Times New Roman" w:cs="Times New Roman"/>
          <w:sz w:val="20"/>
          <w:lang w:val="lv-LV"/>
        </w:rPr>
        <w:t>Papildu informācija: https://www.talsunovads.lv/lv/privatuma-politika</w:t>
      </w:r>
    </w:p>
    <w:p w14:paraId="586E4567" w14:textId="77777777" w:rsidR="00BB0EC8" w:rsidRPr="00607539" w:rsidRDefault="00BB0EC8" w:rsidP="00BB0EC8">
      <w:pPr>
        <w:keepNext/>
        <w:spacing w:before="100" w:after="60" w:line="240" w:lineRule="auto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Iesnieguma apliecināšana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700"/>
        <w:gridCol w:w="7357"/>
      </w:tblGrid>
      <w:tr w:rsidR="00BB0EC8" w:rsidRPr="00607539" w14:paraId="31D19329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69729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Datums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5E9D9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607539" w14:paraId="2368C07C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0760F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Iesniedzēja vārds, uzvārds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61EB73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607539" w14:paraId="2B227A0A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AD0B4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Paraksts*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97299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</w:tbl>
    <w:p w14:paraId="64B0ADDE" w14:textId="77777777" w:rsidR="00BB0EC8" w:rsidRPr="00607539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</w:pPr>
      <w:r w:rsidRPr="00607539"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  <w:t>* Ja iesniegums tiek iesniegts elektroniski un parakstīts ar drošu elektronisko parakstu un laika zīmogu, paraksta vietu neaizpilda.</w:t>
      </w:r>
    </w:p>
    <w:p w14:paraId="6D9969A2" w14:textId="77777777" w:rsidR="00BB0EC8" w:rsidRPr="00607539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lang w:val="lv-LV"/>
        </w:rPr>
      </w:pPr>
    </w:p>
    <w:p w14:paraId="31765427" w14:textId="77777777" w:rsidR="00BB0EC8" w:rsidRPr="00607539" w:rsidRDefault="00BB0EC8" w:rsidP="00BB0EC8">
      <w:pPr>
        <w:keepNext/>
        <w:shd w:val="clear" w:color="auto" w:fill="E7E7E7"/>
        <w:spacing w:before="100" w:after="8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AIZPILDA SOCIĀLĀ DIENESTA DARBINIEKS</w:t>
      </w:r>
    </w:p>
    <w:p w14:paraId="23873004" w14:textId="760F21A6" w:rsidR="00BB0EC8" w:rsidRPr="00607539" w:rsidRDefault="007535EA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-69507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C8" w:rsidRPr="00607539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BB0EC8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</w:t>
      </w:r>
      <w:r w:rsidR="00394DDB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piešķirt </w:t>
      </w:r>
      <w:r>
        <w:rPr>
          <w:rFonts w:ascii="Times New Roman" w:eastAsia="Times New Roman" w:hAnsi="Times New Roman" w:cs="Times New Roman"/>
          <w:color w:val="000000"/>
          <w:sz w:val="20"/>
          <w:lang w:val="lv-LV"/>
        </w:rPr>
        <w:t>mājokļa pabalstu.</w:t>
      </w:r>
    </w:p>
    <w:p w14:paraId="421565DE" w14:textId="4038CA94" w:rsidR="005F1208" w:rsidRPr="00607539" w:rsidRDefault="007535EA" w:rsidP="005F120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1313678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208" w:rsidRPr="00607539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5F1208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atteikt piešķirt pabalstu ikmēneša izdevumiem</w:t>
      </w:r>
    </w:p>
    <w:p w14:paraId="53ED7927" w14:textId="77777777" w:rsidR="005F1208" w:rsidRPr="00607539" w:rsidRDefault="005F1208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500"/>
        <w:gridCol w:w="7557"/>
      </w:tblGrid>
      <w:tr w:rsidR="00BB0EC8" w:rsidRPr="00607539" w14:paraId="3DCFC96B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49C6B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datums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5A573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  <w:tr w:rsidR="00BB0EC8" w:rsidRPr="00607539" w14:paraId="3076E216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6EE6C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Nr.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998458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TNSD/____________________________</w:t>
            </w:r>
          </w:p>
        </w:tc>
      </w:tr>
      <w:tr w:rsidR="00BB0EC8" w:rsidRPr="00607539" w14:paraId="601AFD9E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CC2FB8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Sociālā dienesta darbinieks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34F9BDB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</w:tbl>
    <w:p w14:paraId="0680872B" w14:textId="77777777" w:rsidR="00BB0EC8" w:rsidRPr="00607539" w:rsidRDefault="00BB0EC8" w:rsidP="00BB0EC8">
      <w:pPr>
        <w:keepNext/>
        <w:spacing w:before="60" w:after="0" w:line="240" w:lineRule="auto"/>
        <w:rPr>
          <w:rFonts w:ascii="Times New Roman" w:eastAsia="Times New Roman" w:hAnsi="Times New Roman" w:cs="Times New Roman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19"/>
          <w:lang w:val="lv-LV"/>
        </w:rPr>
        <w:t>SAŅEMTS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1750"/>
        <w:gridCol w:w="2700"/>
        <w:gridCol w:w="5607"/>
      </w:tblGrid>
      <w:tr w:rsidR="00BB0EC8" w:rsidRPr="00607539" w14:paraId="66B9EA69" w14:textId="77777777" w:rsidTr="007E37ED">
        <w:trPr>
          <w:cantSplit/>
        </w:trPr>
        <w:tc>
          <w:tcPr>
            <w:tcW w:w="17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3E43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lv-LV"/>
              </w:rPr>
              <w:t>Saņēma</w:t>
            </w:r>
          </w:p>
        </w:tc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374851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Datums: ______________</w:t>
            </w:r>
          </w:p>
        </w:tc>
        <w:tc>
          <w:tcPr>
            <w:tcW w:w="560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DDF2D7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Iesnieguma Nr.: TNSD/____________________________</w:t>
            </w:r>
          </w:p>
        </w:tc>
      </w:tr>
    </w:tbl>
    <w:p w14:paraId="05CB58FD" w14:textId="77777777" w:rsidR="003D766C" w:rsidRPr="00E11EFA" w:rsidRDefault="003D766C">
      <w:pPr>
        <w:rPr>
          <w:rFonts w:ascii="Times New Roman" w:hAnsi="Times New Roman" w:cs="Times New Roman"/>
          <w:sz w:val="24"/>
          <w:lang w:val="lv-LV"/>
        </w:rPr>
      </w:pPr>
    </w:p>
    <w:sectPr w:rsidR="003D766C" w:rsidRPr="00E11EFA" w:rsidSect="001340AE">
      <w:footerReference w:type="default" r:id="rId8"/>
      <w:pgSz w:w="11906" w:h="16838"/>
      <w:pgMar w:top="851" w:right="567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C55FB" w14:textId="77777777" w:rsidR="00C66910" w:rsidRDefault="009E378D">
      <w:pPr>
        <w:spacing w:after="0" w:line="240" w:lineRule="auto"/>
      </w:pPr>
      <w:r>
        <w:separator/>
      </w:r>
    </w:p>
  </w:endnote>
  <w:endnote w:type="continuationSeparator" w:id="0">
    <w:p w14:paraId="14E23FD6" w14:textId="77777777" w:rsidR="00C66910" w:rsidRDefault="009E3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4687F" w14:textId="77777777" w:rsidR="00BB42AD" w:rsidRPr="006039D1" w:rsidRDefault="009E378D">
    <w:pPr>
      <w:pStyle w:val="Kjene"/>
      <w:spacing w:line="216" w:lineRule="auto"/>
      <w:jc w:val="center"/>
      <w:rPr>
        <w:lang w:val="lv-LV"/>
      </w:rPr>
    </w:pPr>
    <w:r w:rsidRPr="006039D1">
      <w:rPr>
        <w:color w:val="6E6E6E"/>
        <w:sz w:val="15"/>
        <w:lang w:val="lv-LV"/>
      </w:rPr>
      <w:t>Talsu novada Sociālais dienests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0F849" w14:textId="77777777" w:rsidR="00C66910" w:rsidRDefault="009E378D">
      <w:pPr>
        <w:spacing w:after="0" w:line="240" w:lineRule="auto"/>
      </w:pPr>
      <w:r>
        <w:separator/>
      </w:r>
    </w:p>
  </w:footnote>
  <w:footnote w:type="continuationSeparator" w:id="0">
    <w:p w14:paraId="42119600" w14:textId="77777777" w:rsidR="00C66910" w:rsidRDefault="009E3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40AE"/>
    <w:rsid w:val="00135B36"/>
    <w:rsid w:val="0015074B"/>
    <w:rsid w:val="00164166"/>
    <w:rsid w:val="001C5F81"/>
    <w:rsid w:val="00285C97"/>
    <w:rsid w:val="0029639D"/>
    <w:rsid w:val="00326F90"/>
    <w:rsid w:val="00334D04"/>
    <w:rsid w:val="00394DDB"/>
    <w:rsid w:val="003D766C"/>
    <w:rsid w:val="00462339"/>
    <w:rsid w:val="004B25D8"/>
    <w:rsid w:val="004B4FE9"/>
    <w:rsid w:val="005B09F1"/>
    <w:rsid w:val="005F1208"/>
    <w:rsid w:val="005F64B7"/>
    <w:rsid w:val="006039D1"/>
    <w:rsid w:val="00607539"/>
    <w:rsid w:val="00690651"/>
    <w:rsid w:val="007065B4"/>
    <w:rsid w:val="007535EA"/>
    <w:rsid w:val="007606DF"/>
    <w:rsid w:val="007F0E2E"/>
    <w:rsid w:val="00867F73"/>
    <w:rsid w:val="008C2A88"/>
    <w:rsid w:val="008E1942"/>
    <w:rsid w:val="00951D89"/>
    <w:rsid w:val="00990104"/>
    <w:rsid w:val="009A6376"/>
    <w:rsid w:val="009A7BEE"/>
    <w:rsid w:val="009E378D"/>
    <w:rsid w:val="00A051AD"/>
    <w:rsid w:val="00A867EE"/>
    <w:rsid w:val="00AA1D8D"/>
    <w:rsid w:val="00AD7310"/>
    <w:rsid w:val="00AF057D"/>
    <w:rsid w:val="00B05AAD"/>
    <w:rsid w:val="00B20995"/>
    <w:rsid w:val="00B417C5"/>
    <w:rsid w:val="00B47730"/>
    <w:rsid w:val="00B92258"/>
    <w:rsid w:val="00BA3696"/>
    <w:rsid w:val="00BB0EC8"/>
    <w:rsid w:val="00BB42AD"/>
    <w:rsid w:val="00C66910"/>
    <w:rsid w:val="00C85B2A"/>
    <w:rsid w:val="00CB0664"/>
    <w:rsid w:val="00D94DC5"/>
    <w:rsid w:val="00E11EFA"/>
    <w:rsid w:val="00E470CB"/>
    <w:rsid w:val="00E849D5"/>
    <w:rsid w:val="00EB0F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0A593"/>
  <w14:defaultImageDpi w14:val="300"/>
  <w15:docId w15:val="{FF50DFDC-813E-43C6-94AC-4D4B3585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693F"/>
    <w:rPr>
      <w:rFonts w:ascii="Arial" w:hAnsi="Arial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ietturateksts">
    <w:name w:val="Placeholder Text"/>
    <w:basedOn w:val="Noklusjumarindkopasfonts"/>
    <w:uiPriority w:val="99"/>
    <w:semiHidden/>
    <w:rsid w:val="008E1942"/>
    <w:rPr>
      <w:color w:val="808080"/>
    </w:rPr>
  </w:style>
  <w:style w:type="paragraph" w:styleId="Paraststmeklis">
    <w:name w:val="Normal (Web)"/>
    <w:basedOn w:val="Parasts"/>
    <w:uiPriority w:val="99"/>
    <w:unhideWhenUsed/>
    <w:rsid w:val="007F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customStyle="1" w:styleId="Reatabula1">
    <w:name w:val="Režģa tabula1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AD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59"/>
    <w:rsid w:val="0099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5F86E5-08D6-4F5A-A5B1-23E59B3BB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2531</Words>
  <Characters>1444</Characters>
  <Application>Microsoft Office Word</Application>
  <DocSecurity>0</DocSecurity>
  <Lines>12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bērnu ēdināšanas izdevumu apmaksai daudzbērnu ģimenei</vt:lpstr>
      <vt:lpstr/>
    </vt:vector>
  </TitlesOfParts>
  <Manager/>
  <Company/>
  <LinksUpToDate>false</LinksUpToDate>
  <CharactersWithSpaces>3968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bērnu ēdināšanas izdevumu apmaksai daudzbērnu ģimenei</dc:title>
  <dc:subject>Mājaslapā publicējama iesnieguma veidlapa</dc:subject>
  <dc:creator>Tatjana Kuzmuka</dc:creator>
  <cp:keywords/>
  <dc:description>generated by python-docx</dc:description>
  <cp:lastModifiedBy>Microsoft konts</cp:lastModifiedBy>
  <cp:revision>2</cp:revision>
  <cp:lastPrinted>2026-08-28T07:02:00Z</cp:lastPrinted>
  <dcterms:created xsi:type="dcterms:W3CDTF">2026-09-01T23:27:00Z</dcterms:created>
  <dcterms:modified xsi:type="dcterms:W3CDTF">2026-09-01T23:27:00Z</dcterms:modified>
  <cp:category/>
</cp:coreProperties>
</file>