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787ED" w14:textId="77777777" w:rsidR="00867F73" w:rsidRPr="00867F73" w:rsidRDefault="00867F73" w:rsidP="00867F73">
      <w:pPr>
        <w:spacing w:after="20" w:line="240" w:lineRule="auto"/>
        <w:jc w:val="center"/>
        <w:rPr>
          <w:rFonts w:ascii="Times New Roman" w:hAnsi="Times New Roman" w:cs="Times New Roman"/>
          <w:b/>
          <w:sz w:val="22"/>
          <w:lang w:val="lv-LV"/>
        </w:rPr>
      </w:pPr>
    </w:p>
    <w:p w14:paraId="03264679" w14:textId="77777777" w:rsidR="00BB42AD" w:rsidRPr="00867F73" w:rsidRDefault="009E378D" w:rsidP="00867F73">
      <w:pPr>
        <w:spacing w:after="20" w:line="240" w:lineRule="auto"/>
        <w:jc w:val="center"/>
        <w:rPr>
          <w:rFonts w:ascii="Times New Roman" w:hAnsi="Times New Roman" w:cs="Times New Roman"/>
          <w:sz w:val="22"/>
          <w:lang w:val="lv-LV"/>
        </w:rPr>
      </w:pPr>
      <w:r w:rsidRPr="00867F73">
        <w:rPr>
          <w:rFonts w:ascii="Times New Roman" w:hAnsi="Times New Roman" w:cs="Times New Roman"/>
          <w:b/>
          <w:sz w:val="22"/>
          <w:lang w:val="lv-LV"/>
        </w:rPr>
        <w:t>TALSU NOVADA SOCIĀLAJAM DIENESTAM</w:t>
      </w:r>
    </w:p>
    <w:p w14:paraId="6E6A4C59" w14:textId="77777777" w:rsidR="00867F73" w:rsidRPr="00867F73" w:rsidRDefault="00867F73">
      <w:pPr>
        <w:spacing w:after="0" w:line="240" w:lineRule="auto"/>
        <w:jc w:val="center"/>
        <w:rPr>
          <w:rFonts w:ascii="Times New Roman" w:hAnsi="Times New Roman" w:cs="Times New Roman"/>
          <w:b/>
          <w:sz w:val="22"/>
          <w:lang w:val="lv-LV"/>
        </w:rPr>
      </w:pPr>
    </w:p>
    <w:p w14:paraId="7EFFDB9B" w14:textId="77777777" w:rsidR="00BB42AD" w:rsidRPr="00867F73" w:rsidRDefault="009E378D">
      <w:pPr>
        <w:spacing w:after="0" w:line="240" w:lineRule="auto"/>
        <w:jc w:val="center"/>
        <w:rPr>
          <w:rFonts w:ascii="Times New Roman" w:hAnsi="Times New Roman" w:cs="Times New Roman"/>
          <w:sz w:val="22"/>
          <w:lang w:val="lv-LV"/>
        </w:rPr>
      </w:pPr>
      <w:r w:rsidRPr="00867F73">
        <w:rPr>
          <w:rFonts w:ascii="Times New Roman" w:hAnsi="Times New Roman" w:cs="Times New Roman"/>
          <w:b/>
          <w:sz w:val="22"/>
          <w:lang w:val="lv-LV"/>
        </w:rPr>
        <w:t>IESNIEGUMS</w:t>
      </w:r>
    </w:p>
    <w:p w14:paraId="27BE3376" w14:textId="5944C756" w:rsidR="00AD7310" w:rsidRPr="00AD7310" w:rsidRDefault="00FA1289" w:rsidP="00AD7310">
      <w:pPr>
        <w:spacing w:after="140" w:line="240" w:lineRule="auto"/>
        <w:jc w:val="center"/>
        <w:rPr>
          <w:rFonts w:ascii="Times New Roman" w:eastAsia="Times New Roman" w:hAnsi="Times New Roman"/>
          <w:lang w:val="lv-LV"/>
        </w:rPr>
      </w:pPr>
      <w:r>
        <w:rPr>
          <w:rFonts w:ascii="Times New Roman" w:eastAsia="Times New Roman" w:hAnsi="Times New Roman"/>
          <w:b/>
          <w:sz w:val="23"/>
          <w:lang w:val="lv-LV"/>
        </w:rPr>
        <w:t>apbedīšanas</w:t>
      </w:r>
      <w:r w:rsidR="00AD7310" w:rsidRPr="00AD7310">
        <w:rPr>
          <w:rFonts w:ascii="Times New Roman" w:eastAsia="Times New Roman" w:hAnsi="Times New Roman"/>
          <w:b/>
          <w:sz w:val="23"/>
          <w:lang w:val="lv-LV"/>
        </w:rPr>
        <w:t xml:space="preserve"> pabalsta piešķiršanai</w:t>
      </w:r>
    </w:p>
    <w:p w14:paraId="66CEFE88" w14:textId="6CD0A57A" w:rsidR="00BB42AD" w:rsidRPr="008E1942" w:rsidRDefault="00BB42AD">
      <w:pPr>
        <w:spacing w:before="30" w:after="20" w:line="228" w:lineRule="auto"/>
        <w:rPr>
          <w:rFonts w:ascii="Times New Roman" w:hAnsi="Times New Roman" w:cs="Times New Roman"/>
          <w:sz w:val="24"/>
          <w:lang w:val="lv-LV"/>
        </w:rPr>
      </w:pPr>
    </w:p>
    <w:tbl>
      <w:tblPr>
        <w:tblW w:w="0" w:type="auto"/>
        <w:jc w:val="center"/>
        <w:tblBorders>
          <w:top w:val="single" w:sz="4" w:space="0" w:color="595959" w:themeColor="text1" w:themeTint="A6"/>
          <w:left w:val="single" w:sz="4" w:space="0" w:color="B7B7B7"/>
          <w:bottom w:val="single" w:sz="4" w:space="0" w:color="595959" w:themeColor="text1" w:themeTint="A6"/>
          <w:right w:val="single" w:sz="4" w:space="0" w:color="B7B7B7"/>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515"/>
        <w:gridCol w:w="6119"/>
      </w:tblGrid>
      <w:tr w:rsidR="00BB42AD" w:rsidRPr="008E1942" w14:paraId="6F836C01"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2E0798C6"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Vārds, uzvārds</w:t>
            </w:r>
          </w:p>
        </w:tc>
        <w:tc>
          <w:tcPr>
            <w:tcW w:w="6119" w:type="dxa"/>
            <w:tcMar>
              <w:top w:w="18" w:type="dxa"/>
              <w:left w:w="35" w:type="dxa"/>
              <w:bottom w:w="18" w:type="dxa"/>
              <w:right w:w="35" w:type="dxa"/>
            </w:tcMar>
            <w:vAlign w:val="center"/>
          </w:tcPr>
          <w:p w14:paraId="747CB6F3" w14:textId="67635B4F" w:rsidR="00BB42AD" w:rsidRPr="008E1942" w:rsidRDefault="00BB42AD">
            <w:pPr>
              <w:spacing w:after="0" w:line="228" w:lineRule="auto"/>
              <w:rPr>
                <w:rFonts w:ascii="Times New Roman" w:hAnsi="Times New Roman" w:cs="Times New Roman"/>
                <w:sz w:val="24"/>
                <w:lang w:val="lv-LV"/>
              </w:rPr>
            </w:pPr>
          </w:p>
        </w:tc>
      </w:tr>
      <w:tr w:rsidR="00BB42AD" w:rsidRPr="008E1942" w14:paraId="10C23AB7"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1FD35994"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Personas kods</w:t>
            </w:r>
          </w:p>
        </w:tc>
        <w:tc>
          <w:tcPr>
            <w:tcW w:w="6119" w:type="dxa"/>
            <w:tcMar>
              <w:top w:w="18" w:type="dxa"/>
              <w:left w:w="35" w:type="dxa"/>
              <w:bottom w:w="18" w:type="dxa"/>
              <w:right w:w="35" w:type="dxa"/>
            </w:tcMar>
            <w:vAlign w:val="center"/>
          </w:tcPr>
          <w:p w14:paraId="0A2035F2" w14:textId="69B2D903" w:rsidR="00BB42AD" w:rsidRPr="008E1942" w:rsidRDefault="00BB42AD">
            <w:pPr>
              <w:spacing w:after="0" w:line="228" w:lineRule="auto"/>
              <w:rPr>
                <w:rFonts w:ascii="Times New Roman" w:hAnsi="Times New Roman" w:cs="Times New Roman"/>
                <w:sz w:val="24"/>
                <w:lang w:val="lv-LV"/>
              </w:rPr>
            </w:pPr>
          </w:p>
        </w:tc>
      </w:tr>
      <w:tr w:rsidR="00BB42AD" w:rsidRPr="008E1942" w14:paraId="76B02BD6"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065341FF"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Deklarētās dzīvesvietas adrese</w:t>
            </w:r>
          </w:p>
        </w:tc>
        <w:tc>
          <w:tcPr>
            <w:tcW w:w="6119" w:type="dxa"/>
            <w:tcMar>
              <w:top w:w="18" w:type="dxa"/>
              <w:left w:w="35" w:type="dxa"/>
              <w:bottom w:w="18" w:type="dxa"/>
              <w:right w:w="35" w:type="dxa"/>
            </w:tcMar>
            <w:vAlign w:val="center"/>
          </w:tcPr>
          <w:p w14:paraId="43177A00" w14:textId="0D3C36D6" w:rsidR="00BB42AD" w:rsidRPr="008E1942" w:rsidRDefault="00BB42AD">
            <w:pPr>
              <w:spacing w:after="0" w:line="228" w:lineRule="auto"/>
              <w:rPr>
                <w:rFonts w:ascii="Times New Roman" w:hAnsi="Times New Roman" w:cs="Times New Roman"/>
                <w:sz w:val="24"/>
                <w:lang w:val="lv-LV"/>
              </w:rPr>
            </w:pPr>
          </w:p>
        </w:tc>
      </w:tr>
      <w:tr w:rsidR="00BB42AD" w:rsidRPr="008E1942" w14:paraId="0018CE8C"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5F8EA8C7"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Faktiskās dzīvesvietas adrese</w:t>
            </w:r>
          </w:p>
        </w:tc>
        <w:tc>
          <w:tcPr>
            <w:tcW w:w="6119" w:type="dxa"/>
            <w:tcMar>
              <w:top w:w="18" w:type="dxa"/>
              <w:left w:w="35" w:type="dxa"/>
              <w:bottom w:w="18" w:type="dxa"/>
              <w:right w:w="35" w:type="dxa"/>
            </w:tcMar>
            <w:vAlign w:val="center"/>
          </w:tcPr>
          <w:p w14:paraId="7EEDB3D4" w14:textId="5A10750D" w:rsidR="00BB42AD" w:rsidRPr="008E1942" w:rsidRDefault="00BB42AD">
            <w:pPr>
              <w:spacing w:after="0" w:line="228" w:lineRule="auto"/>
              <w:rPr>
                <w:rFonts w:ascii="Times New Roman" w:hAnsi="Times New Roman" w:cs="Times New Roman"/>
                <w:sz w:val="24"/>
                <w:lang w:val="lv-LV"/>
              </w:rPr>
            </w:pPr>
          </w:p>
        </w:tc>
      </w:tr>
      <w:tr w:rsidR="00BB42AD" w:rsidRPr="008E1942" w14:paraId="6B279065"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52B86E28"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Tālrunis</w:t>
            </w:r>
          </w:p>
        </w:tc>
        <w:tc>
          <w:tcPr>
            <w:tcW w:w="6119" w:type="dxa"/>
            <w:tcMar>
              <w:top w:w="18" w:type="dxa"/>
              <w:left w:w="35" w:type="dxa"/>
              <w:bottom w:w="18" w:type="dxa"/>
              <w:right w:w="35" w:type="dxa"/>
            </w:tcMar>
            <w:vAlign w:val="center"/>
          </w:tcPr>
          <w:p w14:paraId="0866CF33" w14:textId="44674E3C" w:rsidR="00BB42AD" w:rsidRPr="008E1942" w:rsidRDefault="00BB42AD" w:rsidP="009A6376">
            <w:pPr>
              <w:tabs>
                <w:tab w:val="right" w:pos="5040"/>
                <w:tab w:val="left" w:pos="5184"/>
              </w:tabs>
              <w:spacing w:after="0" w:line="240" w:lineRule="auto"/>
              <w:rPr>
                <w:rFonts w:ascii="Times New Roman" w:hAnsi="Times New Roman"/>
                <w:color w:val="000000"/>
                <w:sz w:val="24"/>
                <w:lang w:val="lv-LV"/>
              </w:rPr>
            </w:pPr>
          </w:p>
        </w:tc>
      </w:tr>
      <w:tr w:rsidR="00BB42AD" w:rsidRPr="008E1942" w14:paraId="5DDB08F5"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67DB6DB9"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E-pasts</w:t>
            </w:r>
          </w:p>
        </w:tc>
        <w:tc>
          <w:tcPr>
            <w:tcW w:w="6119" w:type="dxa"/>
            <w:tcMar>
              <w:top w:w="18" w:type="dxa"/>
              <w:left w:w="35" w:type="dxa"/>
              <w:bottom w:w="18" w:type="dxa"/>
              <w:right w:w="35" w:type="dxa"/>
            </w:tcMar>
            <w:vAlign w:val="center"/>
          </w:tcPr>
          <w:p w14:paraId="680D35EF" w14:textId="4A313DD2" w:rsidR="00BB42AD" w:rsidRPr="008E1942" w:rsidRDefault="00BB42AD">
            <w:pPr>
              <w:spacing w:after="0" w:line="228" w:lineRule="auto"/>
              <w:rPr>
                <w:rFonts w:ascii="Times New Roman" w:hAnsi="Times New Roman" w:cs="Times New Roman"/>
                <w:sz w:val="24"/>
                <w:lang w:val="lv-LV"/>
              </w:rPr>
            </w:pPr>
          </w:p>
        </w:tc>
      </w:tr>
    </w:tbl>
    <w:p w14:paraId="36F397DD" w14:textId="77777777" w:rsidR="00867F73" w:rsidRPr="00867F73" w:rsidRDefault="00867F73">
      <w:pPr>
        <w:spacing w:before="30" w:after="20" w:line="228" w:lineRule="auto"/>
        <w:rPr>
          <w:rFonts w:ascii="Times New Roman" w:hAnsi="Times New Roman" w:cs="Times New Roman"/>
          <w:b/>
          <w:sz w:val="28"/>
          <w:lang w:val="lv-LV"/>
        </w:rPr>
      </w:pPr>
    </w:p>
    <w:p w14:paraId="723D2533" w14:textId="3EA00B74" w:rsidR="00BB42AD" w:rsidRPr="000422D9" w:rsidRDefault="009E378D">
      <w:pPr>
        <w:spacing w:after="10" w:line="228" w:lineRule="auto"/>
        <w:rPr>
          <w:rFonts w:ascii="Times New Roman" w:hAnsi="Times New Roman" w:cs="Times New Roman"/>
          <w:sz w:val="28"/>
          <w:u w:val="single"/>
          <w:lang w:val="lv-LV"/>
        </w:rPr>
      </w:pPr>
      <w:r w:rsidRPr="000422D9">
        <w:rPr>
          <w:rFonts w:ascii="Times New Roman" w:hAnsi="Times New Roman" w:cs="Times New Roman"/>
          <w:sz w:val="28"/>
          <w:u w:val="single"/>
          <w:lang w:val="lv-LV"/>
        </w:rPr>
        <w:t>L</w:t>
      </w:r>
      <w:r w:rsidR="001C5F81" w:rsidRPr="000422D9">
        <w:rPr>
          <w:rFonts w:ascii="Times New Roman" w:hAnsi="Times New Roman" w:cs="Times New Roman"/>
          <w:sz w:val="28"/>
          <w:u w:val="single"/>
          <w:lang w:val="lv-LV"/>
        </w:rPr>
        <w:t xml:space="preserve">ūdzu piešķirt </w:t>
      </w:r>
      <w:r w:rsidR="00FA1289" w:rsidRPr="000422D9">
        <w:rPr>
          <w:rFonts w:ascii="Times New Roman" w:hAnsi="Times New Roman" w:cs="Times New Roman"/>
          <w:sz w:val="28"/>
          <w:u w:val="single"/>
          <w:lang w:val="lv-LV"/>
        </w:rPr>
        <w:t>apbedīšanas pabalstu.</w:t>
      </w:r>
    </w:p>
    <w:p w14:paraId="1CE4397C" w14:textId="77777777" w:rsidR="00FA1289" w:rsidRDefault="00FA1289" w:rsidP="00B20995">
      <w:pPr>
        <w:pStyle w:val="Paraststmeklis"/>
        <w:spacing w:before="0" w:beforeAutospacing="0" w:after="0" w:afterAutospacing="0"/>
        <w:rPr>
          <w:rStyle w:val="Izteiksmgs"/>
        </w:rPr>
      </w:pPr>
    </w:p>
    <w:p w14:paraId="0B11C021" w14:textId="53F93200" w:rsidR="00B20995" w:rsidRPr="00EB0FE9" w:rsidRDefault="00B20995" w:rsidP="00B20995">
      <w:pPr>
        <w:pStyle w:val="Paraststmeklis"/>
        <w:spacing w:before="0" w:beforeAutospacing="0" w:after="0" w:afterAutospacing="0"/>
        <w:rPr>
          <w:b/>
          <w:bCs/>
        </w:rPr>
      </w:pPr>
      <w:r>
        <w:rPr>
          <w:rStyle w:val="Izteiksmgs"/>
        </w:rPr>
        <w:t>Pievienotie izdevumus apliecinošie dokumenti:</w:t>
      </w:r>
    </w:p>
    <w:p w14:paraId="005DC92E" w14:textId="77777777" w:rsidR="000422D9" w:rsidRDefault="00EB0FE9" w:rsidP="00B20995">
      <w:pPr>
        <w:pStyle w:val="Paraststmeklis"/>
        <w:spacing w:before="0" w:beforeAutospacing="0" w:after="0" w:afterAutospacing="0"/>
      </w:pPr>
      <w:r>
        <w:rPr>
          <w:rFonts w:ascii="MS Gothic" w:eastAsia="MS Gothic" w:hAnsi="MS Gothic" w:cs="Segoe UI Symbol" w:hint="eastAsia"/>
        </w:rPr>
        <w:t xml:space="preserve"> </w:t>
      </w:r>
      <w:r>
        <w:rPr>
          <w:rFonts w:ascii="MS Gothic" w:eastAsia="MS Gothic" w:hAnsi="MS Gothic" w:cs="Segoe UI Symbol"/>
        </w:rPr>
        <w:t xml:space="preserve">    </w:t>
      </w:r>
      <w:sdt>
        <w:sdtPr>
          <w:rPr>
            <w:rFonts w:ascii="MS Gothic" w:eastAsia="MS Gothic" w:hAnsi="MS Gothic" w:cs="Segoe UI Symbol"/>
            <w:b/>
          </w:rPr>
          <w:id w:val="1191028935"/>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rsidR="00FA1289">
        <w:t>mirušās personas miršanas apliecības kopija;</w:t>
      </w:r>
      <w:r w:rsidR="00B20995">
        <w:br/>
      </w:r>
      <w:r>
        <w:rPr>
          <w:rFonts w:ascii="MS Gothic" w:eastAsia="MS Gothic" w:hAnsi="MS Gothic" w:cs="Segoe UI Symbol" w:hint="eastAsia"/>
        </w:rPr>
        <w:t xml:space="preserve"> </w:t>
      </w:r>
      <w:r>
        <w:rPr>
          <w:rFonts w:ascii="MS Gothic" w:eastAsia="MS Gothic" w:hAnsi="MS Gothic" w:cs="Segoe UI Symbol"/>
        </w:rPr>
        <w:t xml:space="preserve">    </w:t>
      </w:r>
      <w:sdt>
        <w:sdtPr>
          <w:rPr>
            <w:rFonts w:ascii="MS Gothic" w:eastAsia="MS Gothic" w:hAnsi="MS Gothic" w:cs="Segoe UI Symbol"/>
            <w:b/>
          </w:rPr>
          <w:id w:val="370115502"/>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rsidR="000422D9">
        <w:t>VSAA lēmums</w:t>
      </w:r>
      <w:r w:rsidR="00FA1289">
        <w:t xml:space="preserve"> par atteikumu piešķirt apbedīšanas pabalstu</w:t>
      </w:r>
    </w:p>
    <w:p w14:paraId="304D2BEC" w14:textId="7DCB5CFB" w:rsidR="000422D9" w:rsidRDefault="000422D9" w:rsidP="00B20995">
      <w:pPr>
        <w:pStyle w:val="Paraststmeklis"/>
        <w:spacing w:before="0" w:beforeAutospacing="0" w:after="0" w:afterAutospacing="0"/>
      </w:pPr>
      <w:r>
        <w:t xml:space="preserve">          </w:t>
      </w:r>
      <w:sdt>
        <w:sdtPr>
          <w:rPr>
            <w:b/>
          </w:rPr>
          <w:id w:val="-1148581758"/>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w:t>
      </w:r>
      <w:r>
        <w:t>apbedīšanas pakalpojuma sniedzēja rēķins;</w:t>
      </w:r>
    </w:p>
    <w:p w14:paraId="6E70AF0E" w14:textId="26DD76F1" w:rsidR="000422D9" w:rsidRDefault="000422D9" w:rsidP="00B20995">
      <w:pPr>
        <w:pStyle w:val="Paraststmeklis"/>
        <w:spacing w:before="0" w:beforeAutospacing="0" w:after="0" w:afterAutospacing="0"/>
      </w:pPr>
      <w:r>
        <w:t xml:space="preserve">          </w:t>
      </w:r>
      <w:sdt>
        <w:sdtPr>
          <w:rPr>
            <w:b/>
          </w:rPr>
          <w:id w:val="1025673153"/>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w:t>
      </w:r>
      <w:r>
        <w:t>apbedīšanas izdevumus apliecinoši dokumenti;</w:t>
      </w:r>
    </w:p>
    <w:p w14:paraId="430479D8" w14:textId="5BF8DFA8" w:rsidR="00B20995" w:rsidRDefault="000422D9" w:rsidP="00B20995">
      <w:pPr>
        <w:pStyle w:val="Paraststmeklis"/>
        <w:spacing w:before="0" w:beforeAutospacing="0" w:after="0" w:afterAutospacing="0"/>
      </w:pPr>
      <w:r>
        <w:t xml:space="preserve">          </w:t>
      </w:r>
      <w:sdt>
        <w:sdtPr>
          <w:rPr>
            <w:b/>
          </w:rPr>
          <w:id w:val="1998453997"/>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w:t>
      </w:r>
      <w:r>
        <w:t>citi dokumenti: ______________</w:t>
      </w:r>
      <w:r>
        <w:t>__________________________</w:t>
      </w:r>
      <w:r>
        <w:t>.</w:t>
      </w:r>
      <w:r w:rsidR="00B20995">
        <w:br/>
      </w:r>
    </w:p>
    <w:p w14:paraId="457B7E30" w14:textId="47372435" w:rsidR="00A051AD" w:rsidRPr="00A051AD" w:rsidRDefault="00690651" w:rsidP="00990104">
      <w:pPr>
        <w:spacing w:before="60" w:after="80" w:line="240" w:lineRule="auto"/>
        <w:rPr>
          <w:rFonts w:ascii="Times New Roman" w:eastAsia="Times New Roman" w:hAnsi="Times New Roman"/>
          <w:i/>
          <w:sz w:val="22"/>
          <w:lang w:val="lv-LV"/>
        </w:rPr>
      </w:pPr>
      <w:r w:rsidRPr="00990104">
        <w:rPr>
          <w:rFonts w:ascii="Times New Roman" w:eastAsiaTheme="majorEastAsia" w:hAnsi="Times New Roman" w:cs="Times New Roman"/>
          <w:b/>
          <w:bCs/>
          <w:color w:val="000000"/>
          <w:sz w:val="24"/>
          <w:lang w:val="lv-LV"/>
        </w:rPr>
        <w:t>P</w:t>
      </w:r>
      <w:r w:rsidR="00A051AD" w:rsidRPr="00A051AD">
        <w:rPr>
          <w:rFonts w:ascii="Times New Roman" w:eastAsiaTheme="majorEastAsia" w:hAnsi="Times New Roman" w:cs="Times New Roman"/>
          <w:b/>
          <w:bCs/>
          <w:color w:val="000000"/>
          <w:sz w:val="24"/>
          <w:lang w:val="lv-LV"/>
        </w:rPr>
        <w:t>abalsta izmaksas veids</w:t>
      </w:r>
    </w:p>
    <w:p w14:paraId="2DA4D27A" w14:textId="2203F39B" w:rsidR="00A051AD" w:rsidRPr="00A051AD" w:rsidRDefault="00BA3696" w:rsidP="00A051AD">
      <w:pPr>
        <w:spacing w:after="30" w:line="240" w:lineRule="auto"/>
        <w:rPr>
          <w:rFonts w:ascii="Times New Roman" w:eastAsia="Times New Roman" w:hAnsi="Times New Roman" w:cs="Times New Roman"/>
          <w:sz w:val="22"/>
          <w:lang w:val="lv-LV"/>
        </w:rPr>
      </w:pPr>
      <w:r w:rsidRPr="00E470CB">
        <w:rPr>
          <w:rFonts w:ascii="Segoe UI Symbol" w:eastAsia="MS Gothic" w:hAnsi="Segoe UI Symbol" w:cs="Segoe UI Symbol"/>
          <w:sz w:val="24"/>
          <w:lang w:val="lv-LV"/>
        </w:rPr>
        <w:t xml:space="preserve">       </w:t>
      </w:r>
      <w:sdt>
        <w:sdtPr>
          <w:rPr>
            <w:rFonts w:ascii="Segoe UI Symbol" w:eastAsia="MS Gothic" w:hAnsi="Segoe UI Symbol" w:cs="Segoe UI Symbol"/>
            <w:b/>
            <w:sz w:val="24"/>
            <w:lang w:val="lv-LV"/>
          </w:rPr>
          <w:id w:val="-867599816"/>
          <w14:checkbox>
            <w14:checked w14:val="0"/>
            <w14:checkedState w14:val="2612" w14:font="MS Gothic"/>
            <w14:uncheckedState w14:val="2610" w14:font="MS Gothic"/>
          </w14:checkbox>
        </w:sdtPr>
        <w:sdtEndPr/>
        <w:sdtContent>
          <w:r w:rsidRPr="00E470CB">
            <w:rPr>
              <w:rFonts w:ascii="MS Gothic" w:eastAsia="MS Gothic" w:hAnsi="MS Gothic" w:cs="Segoe UI Symbol" w:hint="eastAsia"/>
              <w:b/>
              <w:sz w:val="24"/>
              <w:lang w:val="lv-LV"/>
            </w:rPr>
            <w:t>☐</w:t>
          </w:r>
        </w:sdtContent>
      </w:sdt>
      <w:r w:rsidRPr="00E470CB">
        <w:rPr>
          <w:rFonts w:ascii="Segoe UI Symbol" w:eastAsia="MS Gothic" w:hAnsi="Segoe UI Symbol" w:cs="Segoe UI Symbol"/>
          <w:sz w:val="24"/>
          <w:lang w:val="lv-LV"/>
        </w:rPr>
        <w:t xml:space="preserve"> </w:t>
      </w:r>
      <w:r w:rsidR="00A051AD" w:rsidRPr="00A051AD">
        <w:rPr>
          <w:rFonts w:ascii="Times New Roman" w:eastAsia="Times New Roman" w:hAnsi="Times New Roman" w:cs="Times New Roman"/>
          <w:sz w:val="22"/>
          <w:lang w:val="lv-LV"/>
        </w:rPr>
        <w:t>Pārskaitīt uz pabalsta pieprasītāja kredītiestādes vai pasta norēķinu sistēmas kontu:</w:t>
      </w:r>
    </w:p>
    <w:tbl>
      <w:tblPr>
        <w:tblStyle w:val="Reatabula2"/>
        <w:tblW w:w="0" w:type="auto"/>
        <w:jc w:val="center"/>
        <w:tblLayout w:type="fixed"/>
        <w:tblLook w:val="04A0" w:firstRow="1" w:lastRow="0" w:firstColumn="1" w:lastColumn="0" w:noHBand="0" w:noVBand="1"/>
      </w:tblPr>
      <w:tblGrid>
        <w:gridCol w:w="3288"/>
        <w:gridCol w:w="6350"/>
      </w:tblGrid>
      <w:tr w:rsidR="00A051AD" w:rsidRPr="00A051AD" w14:paraId="042ECD3C" w14:textId="77777777" w:rsidTr="00BD25AF">
        <w:trPr>
          <w:jc w:val="center"/>
        </w:trPr>
        <w:tc>
          <w:tcPr>
            <w:tcW w:w="3288" w:type="dxa"/>
            <w:shd w:val="clear" w:color="auto" w:fill="EDEDED"/>
            <w:tcMar>
              <w:top w:w="70" w:type="dxa"/>
              <w:left w:w="90" w:type="dxa"/>
              <w:bottom w:w="70" w:type="dxa"/>
              <w:right w:w="90" w:type="dxa"/>
            </w:tcMar>
            <w:vAlign w:val="center"/>
          </w:tcPr>
          <w:p w14:paraId="272B6066" w14:textId="77777777" w:rsidR="00A051AD" w:rsidRPr="00A051AD" w:rsidRDefault="00A051AD" w:rsidP="00A051AD">
            <w:pPr>
              <w:spacing w:after="60"/>
              <w:rPr>
                <w:rFonts w:ascii="Times New Roman" w:eastAsia="Times New Roman" w:hAnsi="Times New Roman" w:cs="Times New Roman"/>
                <w:sz w:val="22"/>
                <w:lang w:val="lv-LV"/>
              </w:rPr>
            </w:pPr>
            <w:r w:rsidRPr="00A051AD">
              <w:rPr>
                <w:rFonts w:ascii="Times New Roman" w:eastAsia="Times New Roman" w:hAnsi="Times New Roman" w:cs="Times New Roman"/>
                <w:b/>
                <w:sz w:val="22"/>
                <w:lang w:val="lv-LV"/>
              </w:rPr>
              <w:t>Konta numurs (IBAN)</w:t>
            </w:r>
          </w:p>
        </w:tc>
        <w:tc>
          <w:tcPr>
            <w:tcW w:w="6350" w:type="dxa"/>
            <w:tcMar>
              <w:top w:w="70" w:type="dxa"/>
              <w:left w:w="90" w:type="dxa"/>
              <w:bottom w:w="70" w:type="dxa"/>
              <w:right w:w="90" w:type="dxa"/>
            </w:tcMar>
            <w:vAlign w:val="center"/>
          </w:tcPr>
          <w:p w14:paraId="461DE6DF" w14:textId="5E1D7BF3" w:rsidR="00A051AD" w:rsidRPr="00A051AD" w:rsidRDefault="00A051AD" w:rsidP="00BB0EC8">
            <w:pPr>
              <w:pBdr>
                <w:bottom w:val="single" w:sz="6" w:space="1" w:color="000000"/>
              </w:pBdr>
              <w:spacing w:after="20"/>
              <w:ind w:left="113" w:right="113"/>
              <w:rPr>
                <w:rFonts w:ascii="Times New Roman" w:eastAsia="Times New Roman" w:hAnsi="Times New Roman" w:cs="Times New Roman"/>
                <w:sz w:val="22"/>
                <w:lang w:val="lv-LV"/>
              </w:rPr>
            </w:pPr>
            <w:r w:rsidRPr="00A051AD">
              <w:rPr>
                <w:rFonts w:ascii="Times New Roman" w:eastAsia="Times New Roman" w:hAnsi="Times New Roman" w:cs="Times New Roman"/>
                <w:sz w:val="22"/>
                <w:lang w:val="lv-LV"/>
              </w:rPr>
              <w:t> </w:t>
            </w:r>
          </w:p>
        </w:tc>
      </w:tr>
    </w:tbl>
    <w:p w14:paraId="12843092" w14:textId="1ABCB345" w:rsidR="00A051AD" w:rsidRPr="00A051AD" w:rsidRDefault="00BA3696" w:rsidP="00A051AD">
      <w:pPr>
        <w:spacing w:after="30" w:line="240" w:lineRule="auto"/>
        <w:rPr>
          <w:rFonts w:ascii="Times New Roman" w:eastAsia="Times New Roman" w:hAnsi="Times New Roman" w:cs="Times New Roman"/>
          <w:sz w:val="22"/>
          <w:lang w:val="lv-LV"/>
        </w:rPr>
      </w:pPr>
      <w:r>
        <w:rPr>
          <w:rFonts w:ascii="Segoe UI Symbol" w:eastAsia="MS Gothic" w:hAnsi="Segoe UI Symbol" w:cs="Segoe UI Symbol"/>
          <w:sz w:val="22"/>
          <w:lang w:val="lv-LV"/>
        </w:rPr>
        <w:t xml:space="preserve">       </w:t>
      </w:r>
      <w:sdt>
        <w:sdtPr>
          <w:rPr>
            <w:rFonts w:ascii="Segoe UI Symbol" w:eastAsia="MS Gothic" w:hAnsi="Segoe UI Symbol" w:cs="Segoe UI Symbol"/>
            <w:b/>
            <w:sz w:val="24"/>
            <w:lang w:val="lv-LV"/>
          </w:rPr>
          <w:id w:val="515977753"/>
          <w14:checkbox>
            <w14:checked w14:val="0"/>
            <w14:checkedState w14:val="2612" w14:font="MS Gothic"/>
            <w14:uncheckedState w14:val="2610" w14:font="MS Gothic"/>
          </w14:checkbox>
        </w:sdtPr>
        <w:sdtEndPr/>
        <w:sdtContent>
          <w:r w:rsidRPr="00E470CB">
            <w:rPr>
              <w:rFonts w:ascii="MS Gothic" w:eastAsia="MS Gothic" w:hAnsi="MS Gothic" w:cs="Segoe UI Symbol" w:hint="eastAsia"/>
              <w:b/>
              <w:sz w:val="24"/>
              <w:lang w:val="lv-LV"/>
            </w:rPr>
            <w:t>☐</w:t>
          </w:r>
        </w:sdtContent>
      </w:sdt>
      <w:r>
        <w:rPr>
          <w:rFonts w:ascii="Segoe UI Symbol" w:eastAsia="MS Gothic" w:hAnsi="Segoe UI Symbol" w:cs="Segoe UI Symbol"/>
          <w:sz w:val="22"/>
          <w:lang w:val="lv-LV"/>
        </w:rPr>
        <w:t xml:space="preserve"> </w:t>
      </w:r>
      <w:r w:rsidRPr="00BA3696">
        <w:rPr>
          <w:rFonts w:ascii="Times New Roman" w:eastAsia="MS Gothic" w:hAnsi="Times New Roman" w:cs="Times New Roman"/>
          <w:sz w:val="22"/>
          <w:lang w:val="lv-LV"/>
        </w:rPr>
        <w:t>P</w:t>
      </w:r>
      <w:r w:rsidR="00A051AD" w:rsidRPr="00A051AD">
        <w:rPr>
          <w:rFonts w:ascii="Times New Roman" w:eastAsia="Times New Roman" w:hAnsi="Times New Roman" w:cs="Times New Roman"/>
          <w:sz w:val="22"/>
          <w:lang w:val="lv-LV"/>
        </w:rPr>
        <w:t>ārskaitīt uz pakalpojuma sniedzēja kredītiestādes kontu:</w:t>
      </w:r>
    </w:p>
    <w:tbl>
      <w:tblPr>
        <w:tblStyle w:val="Reatabula2"/>
        <w:tblW w:w="0" w:type="auto"/>
        <w:jc w:val="center"/>
        <w:tblLayout w:type="fixed"/>
        <w:tblLook w:val="04A0" w:firstRow="1" w:lastRow="0" w:firstColumn="1" w:lastColumn="0" w:noHBand="0" w:noVBand="1"/>
      </w:tblPr>
      <w:tblGrid>
        <w:gridCol w:w="3288"/>
        <w:gridCol w:w="6350"/>
      </w:tblGrid>
      <w:tr w:rsidR="00A051AD" w:rsidRPr="00A051AD" w14:paraId="28851014" w14:textId="77777777" w:rsidTr="00BD25AF">
        <w:trPr>
          <w:jc w:val="center"/>
        </w:trPr>
        <w:tc>
          <w:tcPr>
            <w:tcW w:w="3288" w:type="dxa"/>
            <w:shd w:val="clear" w:color="auto" w:fill="EDEDED"/>
            <w:tcMar>
              <w:top w:w="70" w:type="dxa"/>
              <w:left w:w="90" w:type="dxa"/>
              <w:bottom w:w="70" w:type="dxa"/>
              <w:right w:w="90" w:type="dxa"/>
            </w:tcMar>
            <w:vAlign w:val="center"/>
          </w:tcPr>
          <w:p w14:paraId="7448063C" w14:textId="77777777" w:rsidR="00A051AD" w:rsidRPr="00A051AD" w:rsidRDefault="00A051AD" w:rsidP="00A051AD">
            <w:pPr>
              <w:spacing w:after="60"/>
              <w:rPr>
                <w:rFonts w:ascii="Times New Roman" w:eastAsia="Times New Roman" w:hAnsi="Times New Roman" w:cs="Times New Roman"/>
                <w:sz w:val="22"/>
                <w:lang w:val="lv-LV"/>
              </w:rPr>
            </w:pPr>
            <w:r w:rsidRPr="00A051AD">
              <w:rPr>
                <w:rFonts w:ascii="Times New Roman" w:eastAsia="Times New Roman" w:hAnsi="Times New Roman" w:cs="Times New Roman"/>
                <w:b/>
                <w:sz w:val="22"/>
                <w:lang w:val="lv-LV"/>
              </w:rPr>
              <w:t>Pakalpojuma sniedzējs</w:t>
            </w:r>
          </w:p>
        </w:tc>
        <w:tc>
          <w:tcPr>
            <w:tcW w:w="6350" w:type="dxa"/>
            <w:tcMar>
              <w:top w:w="70" w:type="dxa"/>
              <w:left w:w="90" w:type="dxa"/>
              <w:bottom w:w="70" w:type="dxa"/>
              <w:right w:w="90" w:type="dxa"/>
            </w:tcMar>
            <w:vAlign w:val="center"/>
          </w:tcPr>
          <w:p w14:paraId="0A242AA7" w14:textId="5A4ACC63" w:rsidR="00A051AD" w:rsidRPr="00A051AD" w:rsidRDefault="00A051AD" w:rsidP="00A051AD">
            <w:pPr>
              <w:pBdr>
                <w:bottom w:val="single" w:sz="6" w:space="1" w:color="000000"/>
              </w:pBdr>
              <w:spacing w:after="20"/>
              <w:ind w:left="113" w:right="113"/>
              <w:rPr>
                <w:rFonts w:ascii="Times New Roman" w:eastAsia="Times New Roman" w:hAnsi="Times New Roman" w:cs="Times New Roman"/>
                <w:sz w:val="22"/>
                <w:lang w:val="lv-LV"/>
              </w:rPr>
            </w:pPr>
            <w:r w:rsidRPr="00A051AD">
              <w:rPr>
                <w:rFonts w:ascii="Times New Roman" w:eastAsia="Times New Roman" w:hAnsi="Times New Roman" w:cs="Times New Roman"/>
                <w:sz w:val="22"/>
                <w:lang w:val="lv-LV"/>
              </w:rPr>
              <w:t> </w:t>
            </w:r>
          </w:p>
        </w:tc>
      </w:tr>
      <w:tr w:rsidR="00A051AD" w:rsidRPr="00A051AD" w14:paraId="018D6643" w14:textId="77777777" w:rsidTr="00BD25AF">
        <w:trPr>
          <w:jc w:val="center"/>
        </w:trPr>
        <w:tc>
          <w:tcPr>
            <w:tcW w:w="3288" w:type="dxa"/>
            <w:shd w:val="clear" w:color="auto" w:fill="EDEDED"/>
            <w:tcMar>
              <w:top w:w="70" w:type="dxa"/>
              <w:left w:w="90" w:type="dxa"/>
              <w:bottom w:w="70" w:type="dxa"/>
              <w:right w:w="90" w:type="dxa"/>
            </w:tcMar>
            <w:vAlign w:val="center"/>
          </w:tcPr>
          <w:p w14:paraId="13C686B7" w14:textId="77777777" w:rsidR="00A051AD" w:rsidRPr="00A051AD" w:rsidRDefault="00A051AD" w:rsidP="00A051AD">
            <w:pPr>
              <w:spacing w:after="60"/>
              <w:rPr>
                <w:rFonts w:ascii="Times New Roman" w:eastAsia="Times New Roman" w:hAnsi="Times New Roman" w:cs="Times New Roman"/>
                <w:sz w:val="22"/>
                <w:lang w:val="lv-LV"/>
              </w:rPr>
            </w:pPr>
            <w:r w:rsidRPr="00A051AD">
              <w:rPr>
                <w:rFonts w:ascii="Times New Roman" w:eastAsia="Times New Roman" w:hAnsi="Times New Roman" w:cs="Times New Roman"/>
                <w:b/>
                <w:sz w:val="22"/>
                <w:lang w:val="lv-LV"/>
              </w:rPr>
              <w:t>Konta numurs (IBAN)</w:t>
            </w:r>
          </w:p>
        </w:tc>
        <w:tc>
          <w:tcPr>
            <w:tcW w:w="6350" w:type="dxa"/>
            <w:tcMar>
              <w:top w:w="70" w:type="dxa"/>
              <w:left w:w="90" w:type="dxa"/>
              <w:bottom w:w="70" w:type="dxa"/>
              <w:right w:w="90" w:type="dxa"/>
            </w:tcMar>
            <w:vAlign w:val="center"/>
          </w:tcPr>
          <w:p w14:paraId="422ADDD7" w14:textId="77777777" w:rsidR="00A051AD" w:rsidRPr="00A051AD" w:rsidRDefault="00A051AD" w:rsidP="00A051AD">
            <w:pPr>
              <w:pBdr>
                <w:bottom w:val="single" w:sz="6" w:space="1" w:color="000000"/>
              </w:pBdr>
              <w:spacing w:after="20"/>
              <w:ind w:left="113" w:right="113"/>
              <w:rPr>
                <w:rFonts w:ascii="Times New Roman" w:eastAsia="Times New Roman" w:hAnsi="Times New Roman" w:cs="Times New Roman"/>
                <w:sz w:val="22"/>
                <w:lang w:val="lv-LV"/>
              </w:rPr>
            </w:pPr>
            <w:r w:rsidRPr="00A051AD">
              <w:rPr>
                <w:rFonts w:ascii="Times New Roman" w:eastAsia="Times New Roman" w:hAnsi="Times New Roman" w:cs="Times New Roman"/>
                <w:sz w:val="22"/>
                <w:lang w:val="lv-LV"/>
              </w:rPr>
              <w:t> </w:t>
            </w:r>
          </w:p>
        </w:tc>
      </w:tr>
    </w:tbl>
    <w:p w14:paraId="5C17708C" w14:textId="344E98D4" w:rsidR="00690651" w:rsidRDefault="00BA3696" w:rsidP="00FA1289">
      <w:pPr>
        <w:spacing w:after="30" w:line="240" w:lineRule="auto"/>
        <w:rPr>
          <w:rFonts w:ascii="Times New Roman" w:eastAsia="Times New Roman" w:hAnsi="Times New Roman" w:cs="Times New Roman"/>
          <w:sz w:val="22"/>
          <w:lang w:val="lv-LV"/>
        </w:rPr>
      </w:pPr>
      <w:r w:rsidRPr="00E470CB">
        <w:rPr>
          <w:rFonts w:ascii="Segoe UI Symbol" w:eastAsia="MS Gothic" w:hAnsi="Segoe UI Symbol" w:cs="Segoe UI Symbol"/>
          <w:sz w:val="24"/>
          <w:lang w:val="lv-LV"/>
        </w:rPr>
        <w:t xml:space="preserve">      </w:t>
      </w:r>
      <w:sdt>
        <w:sdtPr>
          <w:rPr>
            <w:rFonts w:ascii="Segoe UI Symbol" w:eastAsia="MS Gothic" w:hAnsi="Segoe UI Symbol" w:cs="Segoe UI Symbol"/>
            <w:b/>
            <w:sz w:val="24"/>
            <w:lang w:val="lv-LV"/>
          </w:rPr>
          <w:id w:val="1004411079"/>
          <w14:checkbox>
            <w14:checked w14:val="0"/>
            <w14:checkedState w14:val="2612" w14:font="MS Gothic"/>
            <w14:uncheckedState w14:val="2610" w14:font="MS Gothic"/>
          </w14:checkbox>
        </w:sdtPr>
        <w:sdtEndPr/>
        <w:sdtContent>
          <w:r w:rsidRPr="00E470CB">
            <w:rPr>
              <w:rFonts w:ascii="MS Gothic" w:eastAsia="MS Gothic" w:hAnsi="MS Gothic" w:cs="Segoe UI Symbol" w:hint="eastAsia"/>
              <w:b/>
              <w:sz w:val="24"/>
              <w:lang w:val="lv-LV"/>
            </w:rPr>
            <w:t>☐</w:t>
          </w:r>
        </w:sdtContent>
      </w:sdt>
      <w:r w:rsidRPr="00E470CB">
        <w:rPr>
          <w:rFonts w:ascii="Segoe UI Symbol" w:eastAsia="MS Gothic" w:hAnsi="Segoe UI Symbol" w:cs="Segoe UI Symbol"/>
          <w:sz w:val="24"/>
          <w:lang w:val="lv-LV"/>
        </w:rPr>
        <w:t xml:space="preserve"> </w:t>
      </w:r>
      <w:r w:rsidR="00FA1289">
        <w:rPr>
          <w:rFonts w:ascii="Times New Roman" w:eastAsia="Times New Roman" w:hAnsi="Times New Roman" w:cs="Times New Roman"/>
          <w:sz w:val="22"/>
          <w:lang w:val="lv-LV"/>
        </w:rPr>
        <w:t>Izmaksāt skaidrā naudā.</w:t>
      </w:r>
    </w:p>
    <w:p w14:paraId="4649D98D" w14:textId="77777777" w:rsidR="00FA1289" w:rsidRPr="00FA1289" w:rsidRDefault="00FA1289" w:rsidP="00FA1289">
      <w:pPr>
        <w:spacing w:after="30" w:line="240" w:lineRule="auto"/>
        <w:rPr>
          <w:rFonts w:ascii="Times New Roman" w:eastAsia="Times New Roman" w:hAnsi="Times New Roman" w:cs="Times New Roman"/>
          <w:sz w:val="22"/>
          <w:lang w:val="lv-LV"/>
        </w:rPr>
      </w:pPr>
    </w:p>
    <w:p w14:paraId="5137B03F" w14:textId="06A1E299" w:rsidR="00BB42AD" w:rsidRPr="00867F73" w:rsidRDefault="009E378D">
      <w:pPr>
        <w:spacing w:before="30" w:after="20" w:line="228" w:lineRule="auto"/>
        <w:rPr>
          <w:rFonts w:ascii="Times New Roman" w:hAnsi="Times New Roman" w:cs="Times New Roman"/>
          <w:sz w:val="24"/>
          <w:szCs w:val="24"/>
          <w:lang w:val="lv-LV"/>
        </w:rPr>
      </w:pPr>
      <w:r w:rsidRPr="00867F73">
        <w:rPr>
          <w:rFonts w:ascii="Times New Roman" w:hAnsi="Times New Roman" w:cs="Times New Roman"/>
          <w:b/>
          <w:sz w:val="24"/>
          <w:szCs w:val="24"/>
          <w:lang w:val="lv-LV"/>
        </w:rPr>
        <w:t>Vēlamais atbildes saņemšanas veids</w:t>
      </w:r>
    </w:p>
    <w:p w14:paraId="60713BD9" w14:textId="4FACC537" w:rsidR="00BB42AD" w:rsidRPr="00867F73" w:rsidRDefault="000422D9">
      <w:pPr>
        <w:spacing w:after="10" w:line="228" w:lineRule="auto"/>
        <w:ind w:left="227"/>
        <w:rPr>
          <w:rFonts w:ascii="Times New Roman" w:hAnsi="Times New Roman" w:cs="Times New Roman"/>
          <w:sz w:val="24"/>
          <w:szCs w:val="24"/>
          <w:lang w:val="lv-LV"/>
        </w:rPr>
      </w:pPr>
      <w:sdt>
        <w:sdtPr>
          <w:rPr>
            <w:rFonts w:ascii="Segoe UI Symbol" w:hAnsi="Segoe UI Symbol" w:cs="Segoe UI Symbol"/>
            <w:b/>
            <w:sz w:val="24"/>
            <w:szCs w:val="24"/>
            <w:lang w:val="lv-LV"/>
          </w:rPr>
          <w:id w:val="-805080758"/>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sz w:val="24"/>
              <w:szCs w:val="24"/>
              <w:lang w:val="lv-LV"/>
            </w:rPr>
            <w:t>☐</w:t>
          </w:r>
        </w:sdtContent>
      </w:sdt>
      <w:r w:rsidR="009E378D" w:rsidRPr="00867F73">
        <w:rPr>
          <w:rFonts w:ascii="Times New Roman" w:hAnsi="Times New Roman" w:cs="Times New Roman"/>
          <w:sz w:val="24"/>
          <w:szCs w:val="24"/>
          <w:lang w:val="lv-LV"/>
        </w:rPr>
        <w:t xml:space="preserve"> uz oficiālās elektroniskās adreses (e-adreses) kontu;</w:t>
      </w:r>
    </w:p>
    <w:p w14:paraId="7311E14D" w14:textId="77777777" w:rsidR="00BB42AD" w:rsidRPr="00867F73" w:rsidRDefault="000422D9">
      <w:pPr>
        <w:spacing w:after="10" w:line="228" w:lineRule="auto"/>
        <w:ind w:left="227"/>
        <w:rPr>
          <w:rFonts w:ascii="Times New Roman" w:hAnsi="Times New Roman" w:cs="Times New Roman"/>
          <w:sz w:val="24"/>
          <w:szCs w:val="24"/>
          <w:lang w:val="lv-LV"/>
        </w:rPr>
      </w:pPr>
      <w:sdt>
        <w:sdtPr>
          <w:rPr>
            <w:rFonts w:ascii="Segoe UI Symbol" w:hAnsi="Segoe UI Symbol" w:cs="Segoe UI Symbol"/>
            <w:b/>
            <w:sz w:val="24"/>
            <w:szCs w:val="24"/>
            <w:lang w:val="lv-LV"/>
          </w:rPr>
          <w:id w:val="1963995049"/>
          <w14:checkbox>
            <w14:checked w14:val="0"/>
            <w14:checkedState w14:val="2612" w14:font="MS Gothic"/>
            <w14:uncheckedState w14:val="2610" w14:font="MS Gothic"/>
          </w14:checkbox>
        </w:sdtPr>
        <w:sdtEndPr/>
        <w:sdtContent>
          <w:r w:rsidR="004B4FE9">
            <w:rPr>
              <w:rFonts w:ascii="MS Gothic" w:eastAsia="MS Gothic" w:hAnsi="MS Gothic" w:cs="Segoe UI Symbol" w:hint="eastAsia"/>
              <w:b/>
              <w:sz w:val="24"/>
              <w:szCs w:val="24"/>
              <w:lang w:val="lv-LV"/>
            </w:rPr>
            <w:t>☐</w:t>
          </w:r>
        </w:sdtContent>
      </w:sdt>
      <w:r w:rsidR="009E378D" w:rsidRPr="00867F73">
        <w:rPr>
          <w:rFonts w:ascii="Times New Roman" w:hAnsi="Times New Roman" w:cs="Times New Roman"/>
          <w:sz w:val="24"/>
          <w:szCs w:val="24"/>
          <w:lang w:val="lv-LV"/>
        </w:rPr>
        <w:t xml:space="preserve"> uz norādīto e-pasta adresi;</w:t>
      </w:r>
    </w:p>
    <w:p w14:paraId="0FFD2F47" w14:textId="77777777" w:rsidR="00BB42AD" w:rsidRPr="00867F73" w:rsidRDefault="000422D9">
      <w:pPr>
        <w:spacing w:after="10" w:line="228" w:lineRule="auto"/>
        <w:ind w:left="227"/>
        <w:rPr>
          <w:rFonts w:ascii="Times New Roman" w:hAnsi="Times New Roman" w:cs="Times New Roman"/>
          <w:sz w:val="24"/>
          <w:szCs w:val="24"/>
          <w:lang w:val="lv-LV"/>
        </w:rPr>
      </w:pPr>
      <w:sdt>
        <w:sdtPr>
          <w:rPr>
            <w:rFonts w:ascii="Segoe UI Symbol" w:hAnsi="Segoe UI Symbol" w:cs="Segoe UI Symbol"/>
            <w:b/>
            <w:sz w:val="24"/>
            <w:szCs w:val="24"/>
            <w:lang w:val="lv-LV"/>
          </w:rPr>
          <w:id w:val="-1326579534"/>
          <w14:checkbox>
            <w14:checked w14:val="0"/>
            <w14:checkedState w14:val="2612" w14:font="MS Gothic"/>
            <w14:uncheckedState w14:val="2610" w14:font="MS Gothic"/>
          </w14:checkbox>
        </w:sdtPr>
        <w:sdtEndPr/>
        <w:sdtContent>
          <w:r w:rsidR="004B4FE9">
            <w:rPr>
              <w:rFonts w:ascii="MS Gothic" w:eastAsia="MS Gothic" w:hAnsi="MS Gothic" w:cs="Segoe UI Symbol" w:hint="eastAsia"/>
              <w:b/>
              <w:sz w:val="24"/>
              <w:szCs w:val="24"/>
              <w:lang w:val="lv-LV"/>
            </w:rPr>
            <w:t>☐</w:t>
          </w:r>
        </w:sdtContent>
      </w:sdt>
      <w:r w:rsidR="009E378D" w:rsidRPr="00867F73">
        <w:rPr>
          <w:rFonts w:ascii="Times New Roman" w:hAnsi="Times New Roman" w:cs="Times New Roman"/>
          <w:sz w:val="24"/>
          <w:szCs w:val="24"/>
          <w:lang w:val="lv-LV"/>
        </w:rPr>
        <w:t xml:space="preserve"> pa pastu uz iesniegumā norādīto adresi;</w:t>
      </w:r>
    </w:p>
    <w:p w14:paraId="7F0B6445" w14:textId="77777777" w:rsidR="00BB42AD" w:rsidRPr="00867F73" w:rsidRDefault="000422D9">
      <w:pPr>
        <w:spacing w:after="10" w:line="228" w:lineRule="auto"/>
        <w:ind w:left="227"/>
        <w:rPr>
          <w:rFonts w:ascii="Times New Roman" w:hAnsi="Times New Roman" w:cs="Times New Roman"/>
          <w:sz w:val="24"/>
          <w:szCs w:val="24"/>
          <w:lang w:val="lv-LV"/>
        </w:rPr>
      </w:pPr>
      <w:sdt>
        <w:sdtPr>
          <w:rPr>
            <w:rFonts w:ascii="Segoe UI Symbol" w:hAnsi="Segoe UI Symbol" w:cs="Segoe UI Symbol"/>
            <w:b/>
            <w:sz w:val="24"/>
            <w:szCs w:val="24"/>
            <w:lang w:val="lv-LV"/>
          </w:rPr>
          <w:id w:val="-85925024"/>
          <w14:checkbox>
            <w14:checked w14:val="0"/>
            <w14:checkedState w14:val="2612" w14:font="MS Gothic"/>
            <w14:uncheckedState w14:val="2610" w14:font="MS Gothic"/>
          </w14:checkbox>
        </w:sdtPr>
        <w:sdtEndPr/>
        <w:sdtContent>
          <w:r w:rsidR="004B4FE9">
            <w:rPr>
              <w:rFonts w:ascii="MS Gothic" w:eastAsia="MS Gothic" w:hAnsi="MS Gothic" w:cs="Segoe UI Symbol" w:hint="eastAsia"/>
              <w:b/>
              <w:sz w:val="24"/>
              <w:szCs w:val="24"/>
              <w:lang w:val="lv-LV"/>
            </w:rPr>
            <w:t>☐</w:t>
          </w:r>
        </w:sdtContent>
      </w:sdt>
      <w:r w:rsidR="009E378D" w:rsidRPr="00867F73">
        <w:rPr>
          <w:rFonts w:ascii="Times New Roman" w:hAnsi="Times New Roman" w:cs="Times New Roman"/>
          <w:sz w:val="24"/>
          <w:szCs w:val="24"/>
          <w:lang w:val="lv-LV"/>
        </w:rPr>
        <w:t xml:space="preserve"> saņemt klātienē Talsu novada Sociālajā dienestā.</w:t>
      </w:r>
    </w:p>
    <w:p w14:paraId="7312B515" w14:textId="77777777" w:rsidR="00BB42AD" w:rsidRPr="00867F73" w:rsidRDefault="009E378D">
      <w:pPr>
        <w:spacing w:after="20" w:line="228" w:lineRule="auto"/>
        <w:rPr>
          <w:rFonts w:ascii="Times New Roman" w:hAnsi="Times New Roman" w:cs="Times New Roman"/>
          <w:sz w:val="24"/>
          <w:szCs w:val="24"/>
          <w:lang w:val="lv-LV"/>
        </w:rPr>
      </w:pPr>
      <w:r w:rsidRPr="00867F73">
        <w:rPr>
          <w:rFonts w:ascii="Times New Roman" w:hAnsi="Times New Roman" w:cs="Times New Roman"/>
          <w:i/>
          <w:sz w:val="24"/>
          <w:szCs w:val="24"/>
          <w:lang w:val="lv-LV"/>
        </w:rPr>
        <w:t>Ja ir aktivizēta oficiālā elektroniskā adrese, atbilde tiks nosūtīta uz e-adreses kontu.</w:t>
      </w:r>
    </w:p>
    <w:p w14:paraId="2FB9D6F3" w14:textId="77777777" w:rsidR="00867F73" w:rsidRPr="00867F73" w:rsidRDefault="00867F73">
      <w:pPr>
        <w:spacing w:before="30" w:after="20" w:line="228" w:lineRule="auto"/>
        <w:rPr>
          <w:rFonts w:ascii="Times New Roman" w:hAnsi="Times New Roman" w:cs="Times New Roman"/>
          <w:b/>
          <w:sz w:val="24"/>
          <w:szCs w:val="24"/>
          <w:lang w:val="lv-LV"/>
        </w:rPr>
      </w:pPr>
    </w:p>
    <w:p w14:paraId="0777E68C" w14:textId="4D0FC870" w:rsidR="00BB42AD" w:rsidRPr="00690651" w:rsidRDefault="009E378D">
      <w:pPr>
        <w:spacing w:before="30" w:after="20" w:line="228" w:lineRule="auto"/>
        <w:rPr>
          <w:rFonts w:ascii="Times New Roman" w:hAnsi="Times New Roman" w:cs="Times New Roman"/>
          <w:sz w:val="20"/>
          <w:szCs w:val="20"/>
          <w:lang w:val="lv-LV"/>
        </w:rPr>
      </w:pPr>
      <w:r w:rsidRPr="00690651">
        <w:rPr>
          <w:rFonts w:ascii="Times New Roman" w:hAnsi="Times New Roman" w:cs="Times New Roman"/>
          <w:b/>
          <w:sz w:val="20"/>
          <w:szCs w:val="20"/>
          <w:lang w:val="lv-LV"/>
        </w:rPr>
        <w:t>Apliecinājumi un personas datu apstrāde</w:t>
      </w:r>
    </w:p>
    <w:p w14:paraId="2D12A080" w14:textId="77777777" w:rsidR="00690651" w:rsidRPr="00690651" w:rsidRDefault="00690651" w:rsidP="00690651">
      <w:pPr>
        <w:spacing w:after="60" w:line="240" w:lineRule="auto"/>
        <w:jc w:val="both"/>
        <w:rPr>
          <w:rFonts w:ascii="Times New Roman" w:eastAsia="Times New Roman" w:hAnsi="Times New Roman"/>
          <w:sz w:val="20"/>
          <w:szCs w:val="20"/>
          <w:lang w:val="lv-LV"/>
        </w:rPr>
      </w:pPr>
      <w:r w:rsidRPr="00690651">
        <w:rPr>
          <w:rFonts w:ascii="Times New Roman" w:eastAsia="Times New Roman" w:hAnsi="Times New Roman"/>
          <w:sz w:val="20"/>
          <w:szCs w:val="20"/>
          <w:lang w:val="lv-LV"/>
        </w:rPr>
        <w:t>Apliecinu, ka iesniegumā sniegtā informācija ir patiesa un pilnīga.</w:t>
      </w:r>
    </w:p>
    <w:p w14:paraId="3EA419E1" w14:textId="77777777" w:rsidR="00690651" w:rsidRPr="00690651" w:rsidRDefault="00690651" w:rsidP="00690651">
      <w:pPr>
        <w:spacing w:after="60" w:line="240" w:lineRule="auto"/>
        <w:jc w:val="both"/>
        <w:rPr>
          <w:rFonts w:ascii="Times New Roman" w:eastAsia="Times New Roman" w:hAnsi="Times New Roman"/>
          <w:sz w:val="20"/>
          <w:szCs w:val="20"/>
          <w:lang w:val="lv-LV"/>
        </w:rPr>
      </w:pPr>
      <w:r w:rsidRPr="00690651">
        <w:rPr>
          <w:rFonts w:ascii="Times New Roman" w:eastAsia="Times New Roman" w:hAnsi="Times New Roman"/>
          <w:sz w:val="20"/>
          <w:szCs w:val="20"/>
          <w:lang w:val="lv-LV"/>
        </w:rPr>
        <w:t>Parakstot un iesniedzot šo iesniegumu, dodu Talsu novada Sociālajam dienestam atļauju izmantot valsts un pašvaldības datu reģistros pieejamo informāciju par mani un personu, par kuru tiek pieprasīts pabalsts, ciktāl tā nepieciešama lēmuma pieņemšanai par veselības aprūpes pabalsta piešķiršanu vai atteikumu to piešķirt.</w:t>
      </w:r>
    </w:p>
    <w:p w14:paraId="38819C3D" w14:textId="77777777" w:rsidR="00690651" w:rsidRPr="00690651" w:rsidRDefault="00690651" w:rsidP="00690651">
      <w:pPr>
        <w:spacing w:after="60" w:line="240" w:lineRule="auto"/>
        <w:jc w:val="both"/>
        <w:rPr>
          <w:rFonts w:ascii="Times New Roman" w:eastAsia="Times New Roman" w:hAnsi="Times New Roman"/>
          <w:sz w:val="20"/>
          <w:szCs w:val="20"/>
          <w:lang w:val="lv-LV"/>
        </w:rPr>
      </w:pPr>
      <w:r w:rsidRPr="00690651">
        <w:rPr>
          <w:rFonts w:ascii="Times New Roman" w:eastAsia="Times New Roman" w:hAnsi="Times New Roman"/>
          <w:b/>
          <w:sz w:val="20"/>
          <w:szCs w:val="20"/>
          <w:lang w:val="lv-LV"/>
        </w:rPr>
        <w:t xml:space="preserve">Personas datu apstrāde. </w:t>
      </w:r>
      <w:r w:rsidRPr="00690651">
        <w:rPr>
          <w:rFonts w:ascii="Times New Roman" w:eastAsia="Times New Roman" w:hAnsi="Times New Roman"/>
          <w:sz w:val="20"/>
          <w:szCs w:val="20"/>
          <w:lang w:val="lv-LV"/>
        </w:rPr>
        <w:t xml:space="preserve">Personas datu pārzinis ir Talsu novada pašvaldība, </w:t>
      </w:r>
      <w:proofErr w:type="spellStart"/>
      <w:r w:rsidRPr="00690651">
        <w:rPr>
          <w:rFonts w:ascii="Times New Roman" w:eastAsia="Times New Roman" w:hAnsi="Times New Roman"/>
          <w:sz w:val="20"/>
          <w:szCs w:val="20"/>
          <w:lang w:val="lv-LV"/>
        </w:rPr>
        <w:t>reģ</w:t>
      </w:r>
      <w:proofErr w:type="spellEnd"/>
      <w:r w:rsidRPr="00690651">
        <w:rPr>
          <w:rFonts w:ascii="Times New Roman" w:eastAsia="Times New Roman" w:hAnsi="Times New Roman"/>
          <w:sz w:val="20"/>
          <w:szCs w:val="20"/>
          <w:lang w:val="lv-LV"/>
        </w:rPr>
        <w:t>. Nr. 90009113532, juridiskā adrese: Kareivju iela 7, Talsi, Talsu novads; tālr. 63232110; e-pasts: pasts@talsi.lv. Iesniegumā norādītie personas dati tiek apstrādāti iesnieguma izskatīšanai un glabāti normatīvajos aktos noteiktajā termiņā.</w:t>
      </w:r>
    </w:p>
    <w:p w14:paraId="5F539F48" w14:textId="77777777" w:rsidR="00690651" w:rsidRPr="00690651" w:rsidRDefault="00690651" w:rsidP="00690651">
      <w:pPr>
        <w:spacing w:after="100" w:line="240" w:lineRule="auto"/>
        <w:rPr>
          <w:rFonts w:ascii="Times New Roman" w:eastAsia="Times New Roman" w:hAnsi="Times New Roman"/>
          <w:sz w:val="20"/>
          <w:szCs w:val="20"/>
          <w:lang w:val="lv-LV"/>
        </w:rPr>
      </w:pPr>
      <w:r w:rsidRPr="00690651">
        <w:rPr>
          <w:rFonts w:ascii="Times New Roman" w:eastAsia="Times New Roman" w:hAnsi="Times New Roman"/>
          <w:sz w:val="20"/>
          <w:szCs w:val="20"/>
          <w:lang w:val="lv-LV"/>
        </w:rPr>
        <w:t>Papildu informācija: https://www.talsunovads.lv/lv/privatuma-politika</w:t>
      </w:r>
    </w:p>
    <w:p w14:paraId="75A926CA" w14:textId="77777777" w:rsidR="000422D9" w:rsidRDefault="000422D9" w:rsidP="00BB0EC8">
      <w:pPr>
        <w:keepNext/>
        <w:spacing w:before="100" w:after="60" w:line="240" w:lineRule="auto"/>
        <w:rPr>
          <w:rFonts w:ascii="Times New Roman" w:eastAsia="Times New Roman" w:hAnsi="Times New Roman" w:cs="Times New Roman"/>
          <w:b/>
          <w:color w:val="000000"/>
          <w:sz w:val="22"/>
          <w:lang w:val="lv-LV"/>
        </w:rPr>
      </w:pPr>
    </w:p>
    <w:p w14:paraId="586E4567" w14:textId="77777777" w:rsidR="00BB0EC8" w:rsidRPr="00BB0EC8" w:rsidRDefault="00BB0EC8" w:rsidP="00BB0EC8">
      <w:pPr>
        <w:keepNext/>
        <w:spacing w:before="100" w:after="60" w:line="240" w:lineRule="auto"/>
        <w:rPr>
          <w:rFonts w:ascii="Times New Roman" w:eastAsia="Times New Roman" w:hAnsi="Times New Roman"/>
          <w:b/>
          <w:sz w:val="22"/>
          <w:lang w:val="lv-LV"/>
        </w:rPr>
      </w:pPr>
      <w:bookmarkStart w:id="0" w:name="_GoBack"/>
      <w:bookmarkEnd w:id="0"/>
      <w:r w:rsidRPr="00BB0EC8">
        <w:rPr>
          <w:rFonts w:ascii="Times New Roman" w:eastAsia="Times New Roman" w:hAnsi="Times New Roman" w:cs="Times New Roman"/>
          <w:b/>
          <w:color w:val="000000"/>
          <w:sz w:val="22"/>
          <w:lang w:val="lv-LV"/>
        </w:rPr>
        <w:t>Iesnieguma apliecināšana</w:t>
      </w:r>
    </w:p>
    <w:tbl>
      <w:tblPr>
        <w:tblW w:w="10057" w:type="dxa"/>
        <w:tblLayout w:type="fixed"/>
        <w:tblLook w:val="04A0" w:firstRow="1" w:lastRow="0" w:firstColumn="1" w:lastColumn="0" w:noHBand="0" w:noVBand="1"/>
      </w:tblPr>
      <w:tblGrid>
        <w:gridCol w:w="2700"/>
        <w:gridCol w:w="7357"/>
      </w:tblGrid>
      <w:tr w:rsidR="00BB0EC8" w:rsidRPr="00BB0EC8" w14:paraId="31D19329" w14:textId="77777777" w:rsidTr="007E37ED">
        <w:trPr>
          <w:cantSplit/>
        </w:trPr>
        <w:tc>
          <w:tcPr>
            <w:tcW w:w="27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1969729D"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20"/>
                <w:lang w:val="lv-LV"/>
              </w:rPr>
              <w:t>Datums</w:t>
            </w:r>
          </w:p>
        </w:tc>
        <w:tc>
          <w:tcPr>
            <w:tcW w:w="73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7D5E9D9D"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20"/>
                <w:lang w:val="lv-LV"/>
              </w:rPr>
              <w:t> </w:t>
            </w:r>
          </w:p>
        </w:tc>
      </w:tr>
      <w:tr w:rsidR="00BB0EC8" w:rsidRPr="00BB0EC8" w14:paraId="2368C07C" w14:textId="77777777" w:rsidTr="007E37ED">
        <w:trPr>
          <w:cantSplit/>
        </w:trPr>
        <w:tc>
          <w:tcPr>
            <w:tcW w:w="27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500760F0"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20"/>
                <w:lang w:val="lv-LV"/>
              </w:rPr>
              <w:t>Iesniedzēja vārds, uzvārds</w:t>
            </w:r>
          </w:p>
        </w:tc>
        <w:tc>
          <w:tcPr>
            <w:tcW w:w="73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461EB73F"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20"/>
                <w:lang w:val="lv-LV"/>
              </w:rPr>
              <w:t> </w:t>
            </w:r>
          </w:p>
        </w:tc>
      </w:tr>
      <w:tr w:rsidR="00BB0EC8" w:rsidRPr="00BB0EC8" w14:paraId="2B227A0A" w14:textId="77777777" w:rsidTr="007E37ED">
        <w:trPr>
          <w:cantSplit/>
        </w:trPr>
        <w:tc>
          <w:tcPr>
            <w:tcW w:w="27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04AD0B4D"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20"/>
                <w:lang w:val="lv-LV"/>
              </w:rPr>
              <w:t>Paraksts*</w:t>
            </w:r>
          </w:p>
        </w:tc>
        <w:tc>
          <w:tcPr>
            <w:tcW w:w="73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7D972990"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20"/>
                <w:lang w:val="lv-LV"/>
              </w:rPr>
              <w:t> </w:t>
            </w:r>
          </w:p>
        </w:tc>
      </w:tr>
    </w:tbl>
    <w:p w14:paraId="64B0ADDE" w14:textId="77777777" w:rsidR="00BB0EC8" w:rsidRPr="00BB0EC8" w:rsidRDefault="00BB0EC8" w:rsidP="00BB0EC8">
      <w:pPr>
        <w:spacing w:after="20" w:line="240" w:lineRule="auto"/>
        <w:rPr>
          <w:rFonts w:ascii="Times New Roman" w:eastAsia="Times New Roman" w:hAnsi="Times New Roman" w:cs="Times New Roman"/>
          <w:i/>
          <w:color w:val="000000"/>
          <w:sz w:val="17"/>
          <w:lang w:val="lv-LV"/>
        </w:rPr>
      </w:pPr>
      <w:r w:rsidRPr="00BB0EC8">
        <w:rPr>
          <w:rFonts w:ascii="Times New Roman" w:eastAsia="Times New Roman" w:hAnsi="Times New Roman" w:cs="Times New Roman"/>
          <w:i/>
          <w:color w:val="000000"/>
          <w:sz w:val="17"/>
          <w:lang w:val="lv-LV"/>
        </w:rPr>
        <w:t>* Ja iesniegums tiek iesniegts elektroniski un parakstīts ar drošu elektronisko parakstu un laika zīmogu, paraksta vietu neaizpilda.</w:t>
      </w:r>
    </w:p>
    <w:p w14:paraId="6D9969A2" w14:textId="77777777" w:rsidR="00BB0EC8" w:rsidRPr="00BB0EC8" w:rsidRDefault="00BB0EC8" w:rsidP="00BB0EC8">
      <w:pPr>
        <w:spacing w:after="20" w:line="240" w:lineRule="auto"/>
        <w:rPr>
          <w:rFonts w:ascii="Times New Roman" w:eastAsia="Times New Roman" w:hAnsi="Times New Roman"/>
          <w:lang w:val="lv-LV"/>
        </w:rPr>
      </w:pPr>
    </w:p>
    <w:p w14:paraId="31765427" w14:textId="77777777" w:rsidR="00BB0EC8" w:rsidRPr="00BB0EC8" w:rsidRDefault="00BB0EC8" w:rsidP="00BB0EC8">
      <w:pPr>
        <w:keepNext/>
        <w:shd w:val="clear" w:color="auto" w:fill="E7E7E7"/>
        <w:spacing w:before="100" w:after="80" w:line="240" w:lineRule="auto"/>
        <w:jc w:val="center"/>
        <w:rPr>
          <w:rFonts w:ascii="Times New Roman" w:eastAsia="Times New Roman" w:hAnsi="Times New Roman"/>
          <w:b/>
          <w:sz w:val="22"/>
          <w:lang w:val="lv-LV"/>
        </w:rPr>
      </w:pPr>
      <w:r w:rsidRPr="00BB0EC8">
        <w:rPr>
          <w:rFonts w:ascii="Times New Roman" w:eastAsia="Times New Roman" w:hAnsi="Times New Roman" w:cs="Times New Roman"/>
          <w:b/>
          <w:color w:val="000000"/>
          <w:sz w:val="22"/>
          <w:lang w:val="lv-LV"/>
        </w:rPr>
        <w:t>AIZPILDA SOCIĀLĀ DIENESTA DARBINIEKS</w:t>
      </w:r>
    </w:p>
    <w:p w14:paraId="23873004" w14:textId="1A2ED8C4" w:rsidR="00BB0EC8" w:rsidRPr="00BB0EC8" w:rsidRDefault="000422D9" w:rsidP="00BB0EC8">
      <w:pPr>
        <w:spacing w:after="40" w:line="240" w:lineRule="auto"/>
        <w:rPr>
          <w:rFonts w:ascii="Times New Roman" w:eastAsia="Times New Roman" w:hAnsi="Times New Roman"/>
          <w:lang w:val="lv-LV"/>
        </w:rPr>
      </w:pPr>
      <w:sdt>
        <w:sdtPr>
          <w:rPr>
            <w:rFonts w:ascii="Times New Roman" w:eastAsia="Times New Roman" w:hAnsi="Times New Roman" w:cs="Times New Roman"/>
            <w:b/>
            <w:bCs/>
            <w:color w:val="000000"/>
            <w:sz w:val="22"/>
            <w:szCs w:val="24"/>
            <w:lang w:val="lv-LV"/>
          </w:rPr>
          <w:id w:val="-695072770"/>
          <w14:checkbox>
            <w14:checked w14:val="0"/>
            <w14:checkedState w14:val="2612" w14:font="MS Gothic"/>
            <w14:uncheckedState w14:val="2610" w14:font="MS Gothic"/>
          </w14:checkbox>
        </w:sdtPr>
        <w:sdtEndPr/>
        <w:sdtContent>
          <w:r w:rsidR="00BB0EC8" w:rsidRPr="00BB0EC8">
            <w:rPr>
              <w:rFonts w:ascii="Segoe UI Symbol" w:eastAsia="Times New Roman" w:hAnsi="Segoe UI Symbol" w:cs="Segoe UI Symbol"/>
              <w:b/>
              <w:bCs/>
              <w:color w:val="000000"/>
              <w:sz w:val="22"/>
              <w:szCs w:val="24"/>
              <w:lang w:val="lv-LV"/>
            </w:rPr>
            <w:t>☐</w:t>
          </w:r>
        </w:sdtContent>
      </w:sdt>
      <w:r w:rsidR="00BB0EC8" w:rsidRPr="00BB0EC8">
        <w:rPr>
          <w:rFonts w:ascii="Times New Roman" w:eastAsia="Times New Roman" w:hAnsi="Times New Roman" w:cs="Times New Roman"/>
          <w:color w:val="000000"/>
          <w:sz w:val="20"/>
          <w:lang w:val="lv-LV"/>
        </w:rPr>
        <w:t xml:space="preserve"> Piešķirt pabalstu </w:t>
      </w:r>
      <w:r w:rsidR="00FA1289" w:rsidRPr="00FA1289">
        <w:rPr>
          <w:rFonts w:ascii="Times New Roman" w:eastAsia="Times New Roman" w:hAnsi="Times New Roman" w:cs="Times New Roman"/>
          <w:b/>
          <w:color w:val="000000"/>
          <w:sz w:val="20"/>
          <w:lang w:val="lv-LV"/>
        </w:rPr>
        <w:t xml:space="preserve">175,00 </w:t>
      </w:r>
      <w:r w:rsidR="00BB0EC8" w:rsidRPr="00FA1289">
        <w:rPr>
          <w:rFonts w:ascii="Times New Roman" w:eastAsia="Times New Roman" w:hAnsi="Times New Roman" w:cs="Times New Roman"/>
          <w:b/>
          <w:color w:val="000000"/>
          <w:sz w:val="20"/>
          <w:lang w:val="lv-LV"/>
        </w:rPr>
        <w:t>EUR</w:t>
      </w:r>
      <w:r w:rsidR="00BB0EC8" w:rsidRPr="00BB0EC8">
        <w:rPr>
          <w:rFonts w:ascii="Times New Roman" w:eastAsia="Times New Roman" w:hAnsi="Times New Roman" w:cs="Times New Roman"/>
          <w:color w:val="000000"/>
          <w:sz w:val="20"/>
          <w:lang w:val="lv-LV"/>
        </w:rPr>
        <w:t xml:space="preserve">     </w:t>
      </w:r>
      <w:r w:rsidR="00BB0EC8" w:rsidRPr="00BB0EC8">
        <w:rPr>
          <w:rFonts w:ascii="Segoe UI Symbol" w:eastAsia="Times New Roman" w:hAnsi="Segoe UI Symbol" w:cs="Segoe UI Symbol"/>
          <w:b/>
          <w:bCs/>
          <w:color w:val="000000"/>
          <w:sz w:val="20"/>
          <w:lang w:val="lv-LV"/>
        </w:rPr>
        <w:t>☐</w:t>
      </w:r>
      <w:r w:rsidR="00BB0EC8" w:rsidRPr="00BB0EC8">
        <w:rPr>
          <w:rFonts w:ascii="Times New Roman" w:eastAsia="Times New Roman" w:hAnsi="Times New Roman" w:cs="Times New Roman"/>
          <w:color w:val="000000"/>
          <w:sz w:val="20"/>
          <w:lang w:val="lv-LV"/>
        </w:rPr>
        <w:t xml:space="preserve"> Atteikt piešķirt pabalstu</w:t>
      </w:r>
    </w:p>
    <w:tbl>
      <w:tblPr>
        <w:tblW w:w="10057" w:type="dxa"/>
        <w:tblLayout w:type="fixed"/>
        <w:tblLook w:val="04A0" w:firstRow="1" w:lastRow="0" w:firstColumn="1" w:lastColumn="0" w:noHBand="0" w:noVBand="1"/>
      </w:tblPr>
      <w:tblGrid>
        <w:gridCol w:w="2500"/>
        <w:gridCol w:w="7557"/>
      </w:tblGrid>
      <w:tr w:rsidR="00BB0EC8" w:rsidRPr="00BB0EC8" w14:paraId="3DCFC96B" w14:textId="77777777" w:rsidTr="007E37ED">
        <w:trPr>
          <w:cantSplit/>
        </w:trPr>
        <w:tc>
          <w:tcPr>
            <w:tcW w:w="25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1449C6BF"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9"/>
                <w:lang w:val="lv-LV"/>
              </w:rPr>
              <w:t>Lēmuma datums</w:t>
            </w:r>
          </w:p>
        </w:tc>
        <w:tc>
          <w:tcPr>
            <w:tcW w:w="75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6D5A5730"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9"/>
                <w:lang w:val="lv-LV"/>
              </w:rPr>
              <w:t> </w:t>
            </w:r>
          </w:p>
        </w:tc>
      </w:tr>
      <w:tr w:rsidR="00BB0EC8" w:rsidRPr="00BB0EC8" w14:paraId="3076E216" w14:textId="77777777" w:rsidTr="007E37ED">
        <w:trPr>
          <w:cantSplit/>
        </w:trPr>
        <w:tc>
          <w:tcPr>
            <w:tcW w:w="25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676EE6CF"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9"/>
                <w:lang w:val="lv-LV"/>
              </w:rPr>
              <w:t>Lēmuma Nr.</w:t>
            </w:r>
          </w:p>
        </w:tc>
        <w:tc>
          <w:tcPr>
            <w:tcW w:w="75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24998458"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9"/>
                <w:lang w:val="lv-LV"/>
              </w:rPr>
              <w:t> </w:t>
            </w:r>
            <w:r w:rsidRPr="00BB0EC8">
              <w:rPr>
                <w:rFonts w:ascii="Times New Roman" w:eastAsia="Times New Roman" w:hAnsi="Times New Roman" w:cs="Times New Roman"/>
                <w:color w:val="000000"/>
                <w:sz w:val="18"/>
                <w:lang w:val="lv-LV"/>
              </w:rPr>
              <w:t>TNSD/____________________________</w:t>
            </w:r>
          </w:p>
        </w:tc>
      </w:tr>
      <w:tr w:rsidR="00BB0EC8" w:rsidRPr="00BB0EC8" w14:paraId="601AFD9E" w14:textId="77777777" w:rsidTr="007E37ED">
        <w:trPr>
          <w:cantSplit/>
        </w:trPr>
        <w:tc>
          <w:tcPr>
            <w:tcW w:w="25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5BCC2FB8"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9"/>
                <w:lang w:val="lv-LV"/>
              </w:rPr>
              <w:t>Sociālā dienesta darbinieks</w:t>
            </w:r>
          </w:p>
        </w:tc>
        <w:tc>
          <w:tcPr>
            <w:tcW w:w="75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434F9BDB"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9"/>
                <w:lang w:val="lv-LV"/>
              </w:rPr>
              <w:t> </w:t>
            </w:r>
          </w:p>
        </w:tc>
      </w:tr>
    </w:tbl>
    <w:p w14:paraId="0680872B" w14:textId="77777777" w:rsidR="00BB0EC8" w:rsidRPr="00BB0EC8" w:rsidRDefault="00BB0EC8" w:rsidP="00BB0EC8">
      <w:pPr>
        <w:keepNext/>
        <w:spacing w:before="60" w:after="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9"/>
          <w:lang w:val="lv-LV"/>
        </w:rPr>
        <w:t>SAŅEMTS</w:t>
      </w:r>
    </w:p>
    <w:tbl>
      <w:tblPr>
        <w:tblW w:w="10057" w:type="dxa"/>
        <w:tblLayout w:type="fixed"/>
        <w:tblLook w:val="04A0" w:firstRow="1" w:lastRow="0" w:firstColumn="1" w:lastColumn="0" w:noHBand="0" w:noVBand="1"/>
      </w:tblPr>
      <w:tblGrid>
        <w:gridCol w:w="1750"/>
        <w:gridCol w:w="2700"/>
        <w:gridCol w:w="5607"/>
      </w:tblGrid>
      <w:tr w:rsidR="00BB0EC8" w:rsidRPr="00BB0EC8" w14:paraId="66B9EA69" w14:textId="77777777" w:rsidTr="007E37ED">
        <w:trPr>
          <w:cantSplit/>
        </w:trPr>
        <w:tc>
          <w:tcPr>
            <w:tcW w:w="175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0BCE3E43"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8"/>
                <w:lang w:val="lv-LV"/>
              </w:rPr>
              <w:t>Saņēma</w:t>
            </w:r>
          </w:p>
        </w:tc>
        <w:tc>
          <w:tcPr>
            <w:tcW w:w="2700"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02374851"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8"/>
                <w:lang w:val="lv-LV"/>
              </w:rPr>
              <w:t>Datums: ______________</w:t>
            </w:r>
          </w:p>
        </w:tc>
        <w:tc>
          <w:tcPr>
            <w:tcW w:w="560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1DDDF2D7"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8"/>
                <w:lang w:val="lv-LV"/>
              </w:rPr>
              <w:t>Iesnieguma Nr.: TNSD/____________________________</w:t>
            </w:r>
          </w:p>
        </w:tc>
      </w:tr>
    </w:tbl>
    <w:p w14:paraId="05CB58FD" w14:textId="77777777" w:rsidR="003D766C" w:rsidRPr="00E11EFA" w:rsidRDefault="003D766C">
      <w:pPr>
        <w:rPr>
          <w:rFonts w:ascii="Times New Roman" w:hAnsi="Times New Roman" w:cs="Times New Roman"/>
          <w:sz w:val="24"/>
          <w:lang w:val="lv-LV"/>
        </w:rPr>
      </w:pPr>
    </w:p>
    <w:sectPr w:rsidR="003D766C" w:rsidRPr="00E11EFA" w:rsidSect="001340AE">
      <w:footerReference w:type="default" r:id="rId8"/>
      <w:pgSz w:w="11906" w:h="16838"/>
      <w:pgMar w:top="851" w:right="567" w:bottom="567"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C55FB" w14:textId="77777777" w:rsidR="00C66910" w:rsidRDefault="009E378D">
      <w:pPr>
        <w:spacing w:after="0" w:line="240" w:lineRule="auto"/>
      </w:pPr>
      <w:r>
        <w:separator/>
      </w:r>
    </w:p>
  </w:endnote>
  <w:endnote w:type="continuationSeparator" w:id="0">
    <w:p w14:paraId="14E23FD6" w14:textId="77777777" w:rsidR="00C66910" w:rsidRDefault="009E3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4687F" w14:textId="77777777" w:rsidR="00BB42AD" w:rsidRPr="006039D1" w:rsidRDefault="009E378D">
    <w:pPr>
      <w:pStyle w:val="Kjene"/>
      <w:spacing w:line="216" w:lineRule="auto"/>
      <w:jc w:val="center"/>
      <w:rPr>
        <w:lang w:val="lv-LV"/>
      </w:rPr>
    </w:pPr>
    <w:r w:rsidRPr="006039D1">
      <w:rPr>
        <w:color w:val="6E6E6E"/>
        <w:sz w:val="15"/>
        <w:lang w:val="lv-LV"/>
      </w:rPr>
      <w:t>Talsu novada Sociālais dienests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0F849" w14:textId="77777777" w:rsidR="00C66910" w:rsidRDefault="009E378D">
      <w:pPr>
        <w:spacing w:after="0" w:line="240" w:lineRule="auto"/>
      </w:pPr>
      <w:r>
        <w:separator/>
      </w:r>
    </w:p>
  </w:footnote>
  <w:footnote w:type="continuationSeparator" w:id="0">
    <w:p w14:paraId="42119600" w14:textId="77777777" w:rsidR="00C66910" w:rsidRDefault="009E37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22D9"/>
    <w:rsid w:val="0006063C"/>
    <w:rsid w:val="001340AE"/>
    <w:rsid w:val="00135B36"/>
    <w:rsid w:val="0015074B"/>
    <w:rsid w:val="00164166"/>
    <w:rsid w:val="001C5F81"/>
    <w:rsid w:val="00285C97"/>
    <w:rsid w:val="0029639D"/>
    <w:rsid w:val="00326F90"/>
    <w:rsid w:val="003D766C"/>
    <w:rsid w:val="00462339"/>
    <w:rsid w:val="004B25D8"/>
    <w:rsid w:val="004B4FE9"/>
    <w:rsid w:val="005B09F1"/>
    <w:rsid w:val="005F64B7"/>
    <w:rsid w:val="006039D1"/>
    <w:rsid w:val="00690651"/>
    <w:rsid w:val="007065B4"/>
    <w:rsid w:val="007606DF"/>
    <w:rsid w:val="007F0E2E"/>
    <w:rsid w:val="00867F73"/>
    <w:rsid w:val="008E1942"/>
    <w:rsid w:val="00951D89"/>
    <w:rsid w:val="00990104"/>
    <w:rsid w:val="009A6376"/>
    <w:rsid w:val="009E378D"/>
    <w:rsid w:val="00A051AD"/>
    <w:rsid w:val="00A867EE"/>
    <w:rsid w:val="00AA1D8D"/>
    <w:rsid w:val="00AD7310"/>
    <w:rsid w:val="00AF057D"/>
    <w:rsid w:val="00B05AAD"/>
    <w:rsid w:val="00B20995"/>
    <w:rsid w:val="00B417C5"/>
    <w:rsid w:val="00B47730"/>
    <w:rsid w:val="00B92258"/>
    <w:rsid w:val="00BA3696"/>
    <w:rsid w:val="00BB0EC8"/>
    <w:rsid w:val="00BB42AD"/>
    <w:rsid w:val="00C66910"/>
    <w:rsid w:val="00CB0664"/>
    <w:rsid w:val="00D94DC5"/>
    <w:rsid w:val="00E11EFA"/>
    <w:rsid w:val="00E470CB"/>
    <w:rsid w:val="00E849D5"/>
    <w:rsid w:val="00EB0FE9"/>
    <w:rsid w:val="00FA12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A0A593"/>
  <w14:defaultImageDpi w14:val="300"/>
  <w15:docId w15:val="{FF50DFDC-813E-43C6-94AC-4D4B3585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C693F"/>
    <w:rPr>
      <w:rFonts w:ascii="Arial" w:hAnsi="Arial"/>
      <w:sz w:val="21"/>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ietturateksts">
    <w:name w:val="Placeholder Text"/>
    <w:basedOn w:val="Noklusjumarindkopasfonts"/>
    <w:uiPriority w:val="99"/>
    <w:semiHidden/>
    <w:rsid w:val="008E1942"/>
    <w:rPr>
      <w:color w:val="808080"/>
    </w:rPr>
  </w:style>
  <w:style w:type="paragraph" w:styleId="Paraststmeklis">
    <w:name w:val="Normal (Web)"/>
    <w:basedOn w:val="Parasts"/>
    <w:uiPriority w:val="99"/>
    <w:unhideWhenUsed/>
    <w:rsid w:val="007F0E2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Reatabula1">
    <w:name w:val="Režģa tabula1"/>
    <w:basedOn w:val="Parastatabula"/>
    <w:next w:val="Reatabula"/>
    <w:uiPriority w:val="59"/>
    <w:rsid w:val="00A05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05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AD7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59"/>
    <w:rsid w:val="00990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047891">
      <w:bodyDiv w:val="1"/>
      <w:marLeft w:val="0"/>
      <w:marRight w:val="0"/>
      <w:marTop w:val="0"/>
      <w:marBottom w:val="0"/>
      <w:divBdr>
        <w:top w:val="none" w:sz="0" w:space="0" w:color="auto"/>
        <w:left w:val="none" w:sz="0" w:space="0" w:color="auto"/>
        <w:bottom w:val="none" w:sz="0" w:space="0" w:color="auto"/>
        <w:right w:val="none" w:sz="0" w:space="0" w:color="auto"/>
      </w:divBdr>
    </w:div>
    <w:div w:id="1358582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40FC6-22E8-4635-ADDE-C1B8269D6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1606</Words>
  <Characters>916</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Iesniegums pabalsta bērnu ēdināšanas izdevumu apmaksai daudzbērnu ģimenei</vt:lpstr>
      <vt:lpstr/>
    </vt:vector>
  </TitlesOfParts>
  <Manager/>
  <Company/>
  <LinksUpToDate>false</LinksUpToDate>
  <CharactersWithSpaces>2517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pabalsta bērnu ēdināšanas izdevumu apmaksai daudzbērnu ģimenei</dc:title>
  <dc:subject>Mājaslapā publicējama iesnieguma veidlapa</dc:subject>
  <dc:creator>Tatjana Kuzmuka</dc:creator>
  <cp:keywords/>
  <dc:description>generated by python-docx</dc:description>
  <cp:lastModifiedBy>Microsoft konts</cp:lastModifiedBy>
  <cp:revision>3</cp:revision>
  <cp:lastPrinted>2026-08-28T07:02:00Z</cp:lastPrinted>
  <dcterms:created xsi:type="dcterms:W3CDTF">2026-09-01T20:38:00Z</dcterms:created>
  <dcterms:modified xsi:type="dcterms:W3CDTF">2026-09-01T21:14:00Z</dcterms:modified>
  <cp:category/>
</cp:coreProperties>
</file>