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E2E" w:rsidRDefault="00191E2E">
      <w:pPr>
        <w:spacing w:after="80"/>
        <w:jc w:val="center"/>
        <w:rPr>
          <w:rFonts w:eastAsia="Arial"/>
          <w:b/>
          <w:color w:val="000000"/>
          <w:sz w:val="24"/>
        </w:rPr>
      </w:pPr>
      <w:bookmarkStart w:id="0" w:name="_GoBack"/>
      <w:bookmarkEnd w:id="0"/>
    </w:p>
    <w:p w:rsidR="00191E2E" w:rsidRPr="00191E2E" w:rsidRDefault="00191E2E">
      <w:pPr>
        <w:spacing w:after="80"/>
        <w:jc w:val="center"/>
        <w:rPr>
          <w:rFonts w:ascii="Times New Roman" w:eastAsia="Arial" w:hAnsi="Times New Roman" w:cs="Times New Roman"/>
          <w:b/>
          <w:color w:val="000000"/>
          <w:sz w:val="24"/>
        </w:rPr>
      </w:pPr>
    </w:p>
    <w:p w:rsidR="00B05D21" w:rsidRPr="00191E2E" w:rsidRDefault="00CD552D">
      <w:pPr>
        <w:spacing w:after="80"/>
        <w:jc w:val="center"/>
        <w:rPr>
          <w:rFonts w:ascii="Times New Roman" w:hAnsi="Times New Roman" w:cs="Times New Roman"/>
        </w:rPr>
      </w:pPr>
      <w:r w:rsidRPr="00191E2E">
        <w:rPr>
          <w:rFonts w:ascii="Times New Roman" w:eastAsia="Arial" w:hAnsi="Times New Roman" w:cs="Times New Roman"/>
          <w:b/>
          <w:color w:val="000000"/>
          <w:sz w:val="24"/>
        </w:rPr>
        <w:t>TALSU NOVADA SOCIĀLAJAM DIENESTAM</w:t>
      </w:r>
    </w:p>
    <w:p w:rsidR="00B05D21" w:rsidRPr="00191E2E" w:rsidRDefault="00CD552D">
      <w:pPr>
        <w:spacing w:before="40" w:after="0"/>
        <w:jc w:val="center"/>
        <w:rPr>
          <w:rFonts w:ascii="Times New Roman" w:hAnsi="Times New Roman" w:cs="Times New Roman"/>
        </w:rPr>
      </w:pPr>
      <w:r w:rsidRPr="00191E2E">
        <w:rPr>
          <w:rFonts w:ascii="Times New Roman" w:eastAsia="Arial" w:hAnsi="Times New Roman" w:cs="Times New Roman"/>
          <w:b/>
          <w:color w:val="000000"/>
          <w:sz w:val="28"/>
        </w:rPr>
        <w:t>IESNIEGUMS</w:t>
      </w:r>
    </w:p>
    <w:p w:rsidR="00B05D21" w:rsidRPr="00191E2E" w:rsidRDefault="00CD552D">
      <w:pPr>
        <w:spacing w:after="120"/>
        <w:jc w:val="center"/>
        <w:rPr>
          <w:rFonts w:ascii="Times New Roman" w:hAnsi="Times New Roman" w:cs="Times New Roman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</w:rPr>
        <w:t>pabalsta piešķiršanai krīzes situācijā</w:t>
      </w:r>
    </w:p>
    <w:p w:rsidR="00B05D21" w:rsidRPr="00191E2E" w:rsidRDefault="00CD552D" w:rsidP="00BD307C">
      <w:pPr>
        <w:keepNext/>
        <w:spacing w:before="140" w:after="80" w:line="240" w:lineRule="auto"/>
        <w:rPr>
          <w:rFonts w:ascii="Times New Roman" w:eastAsia="Arial" w:hAnsi="Times New Roman" w:cs="Times New Roman"/>
          <w:b/>
          <w:color w:val="000000"/>
          <w:sz w:val="22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</w:rPr>
        <w:t xml:space="preserve">1. </w:t>
      </w:r>
      <w:r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>Informācija par iesniedzēju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094"/>
        <w:gridCol w:w="6540"/>
      </w:tblGrid>
      <w:tr w:rsidR="00BD307C" w:rsidRPr="00BD307C" w:rsidTr="00CD552D">
        <w:trPr>
          <w:cantSplit/>
          <w:trHeight w:val="238"/>
          <w:jc w:val="center"/>
        </w:trPr>
        <w:tc>
          <w:tcPr>
            <w:tcW w:w="3094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BD307C">
              <w:rPr>
                <w:rFonts w:ascii="Times New Roman" w:hAnsi="Times New Roman" w:cs="Times New Roman"/>
                <w:sz w:val="24"/>
                <w:lang w:val="lv-LV"/>
              </w:rPr>
              <w:t>Vārds, uzvārds</w:t>
            </w:r>
          </w:p>
        </w:tc>
        <w:tc>
          <w:tcPr>
            <w:tcW w:w="6540" w:type="dxa"/>
            <w:tcBorders>
              <w:top w:val="single" w:sz="4" w:space="0" w:color="B7B7B7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D307C" w:rsidRPr="00BD307C" w:rsidTr="00CD552D">
        <w:trPr>
          <w:cantSplit/>
          <w:trHeight w:val="238"/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BD307C">
              <w:rPr>
                <w:rFonts w:ascii="Times New Roman" w:hAnsi="Times New Roman" w:cs="Times New Roman"/>
                <w:sz w:val="24"/>
                <w:lang w:val="lv-LV"/>
              </w:rPr>
              <w:t>Personas kods</w:t>
            </w:r>
          </w:p>
        </w:tc>
        <w:tc>
          <w:tcPr>
            <w:tcW w:w="6540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D307C" w:rsidRPr="00BD307C" w:rsidTr="00CD552D">
        <w:trPr>
          <w:cantSplit/>
          <w:trHeight w:val="238"/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BD307C">
              <w:rPr>
                <w:rFonts w:ascii="Times New Roman" w:hAnsi="Times New Roman" w:cs="Times New Roman"/>
                <w:sz w:val="24"/>
                <w:lang w:val="lv-LV"/>
              </w:rPr>
              <w:t>Deklarētās dzīvesvietas adrese</w:t>
            </w:r>
          </w:p>
        </w:tc>
        <w:tc>
          <w:tcPr>
            <w:tcW w:w="6540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D307C" w:rsidRPr="00BD307C" w:rsidTr="00CD552D">
        <w:trPr>
          <w:cantSplit/>
          <w:trHeight w:val="238"/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BD307C">
              <w:rPr>
                <w:rFonts w:ascii="Times New Roman" w:hAnsi="Times New Roman" w:cs="Times New Roman"/>
                <w:sz w:val="24"/>
                <w:lang w:val="lv-LV"/>
              </w:rPr>
              <w:t>Faktiskās dzīvesvietas adrese</w:t>
            </w:r>
          </w:p>
        </w:tc>
        <w:tc>
          <w:tcPr>
            <w:tcW w:w="6540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D307C" w:rsidRPr="00BD307C" w:rsidTr="00CD552D">
        <w:trPr>
          <w:cantSplit/>
          <w:trHeight w:val="238"/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BD307C">
              <w:rPr>
                <w:rFonts w:ascii="Times New Roman" w:hAnsi="Times New Roman" w:cs="Times New Roman"/>
                <w:sz w:val="24"/>
                <w:lang w:val="lv-LV"/>
              </w:rPr>
              <w:t>Tālrunis</w:t>
            </w:r>
          </w:p>
        </w:tc>
        <w:tc>
          <w:tcPr>
            <w:tcW w:w="6540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  <w:tr w:rsidR="00BD307C" w:rsidRPr="00BD307C" w:rsidTr="00CD552D">
        <w:trPr>
          <w:cantSplit/>
          <w:trHeight w:val="238"/>
          <w:jc w:val="center"/>
        </w:trPr>
        <w:tc>
          <w:tcPr>
            <w:tcW w:w="3094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shd w:val="clear" w:color="auto" w:fill="F2F2F2" w:themeFill="background1" w:themeFillShade="F2"/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  <w:r w:rsidRPr="00BD307C">
              <w:rPr>
                <w:rFonts w:ascii="Times New Roman" w:hAnsi="Times New Roman" w:cs="Times New Roman"/>
                <w:sz w:val="24"/>
                <w:lang w:val="lv-LV"/>
              </w:rPr>
              <w:t>E-pasts</w:t>
            </w:r>
          </w:p>
        </w:tc>
        <w:tc>
          <w:tcPr>
            <w:tcW w:w="6540" w:type="dxa"/>
            <w:tcBorders>
              <w:top w:val="single" w:sz="4" w:space="0" w:color="7F7F7F" w:themeColor="text1" w:themeTint="80"/>
              <w:left w:val="single" w:sz="4" w:space="0" w:color="B7B7B7"/>
              <w:bottom w:val="single" w:sz="4" w:space="0" w:color="7F7F7F" w:themeColor="text1" w:themeTint="80"/>
              <w:right w:val="single" w:sz="4" w:space="0" w:color="B7B7B7"/>
            </w:tcBorders>
            <w:tcMar>
              <w:top w:w="18" w:type="dxa"/>
              <w:left w:w="35" w:type="dxa"/>
              <w:bottom w:w="18" w:type="dxa"/>
              <w:right w:w="35" w:type="dxa"/>
            </w:tcMar>
            <w:vAlign w:val="center"/>
          </w:tcPr>
          <w:p w:rsidR="00BD307C" w:rsidRPr="00BD307C" w:rsidRDefault="00BD307C" w:rsidP="00BD307C">
            <w:pPr>
              <w:spacing w:after="0" w:line="228" w:lineRule="auto"/>
              <w:rPr>
                <w:rFonts w:ascii="Times New Roman" w:hAnsi="Times New Roman" w:cs="Times New Roman"/>
                <w:sz w:val="24"/>
                <w:lang w:val="lv-LV"/>
              </w:rPr>
            </w:pPr>
          </w:p>
        </w:tc>
      </w:tr>
    </w:tbl>
    <w:p w:rsidR="00B05D21" w:rsidRPr="00191E2E" w:rsidRDefault="00CD552D" w:rsidP="00BD307C">
      <w:pPr>
        <w:keepNext/>
        <w:spacing w:before="140" w:after="80" w:line="240" w:lineRule="auto"/>
        <w:rPr>
          <w:rFonts w:ascii="Times New Roman" w:hAnsi="Times New Roman" w:cs="Times New Roman"/>
          <w:sz w:val="22"/>
          <w:szCs w:val="24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</w:rPr>
        <w:t xml:space="preserve">2. Pabalsta pieprasījums </w:t>
      </w:r>
      <w:proofErr w:type="gramStart"/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  <w:lang w:val="lv-LV"/>
        </w:rPr>
        <w:t>un</w:t>
      </w:r>
      <w:proofErr w:type="gramEnd"/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</w:rPr>
        <w:t xml:space="preserve"> krīzes situācijas apraksts</w:t>
      </w:r>
    </w:p>
    <w:p w:rsidR="00B05D21" w:rsidRPr="00191E2E" w:rsidRDefault="00CD552D">
      <w:pPr>
        <w:rPr>
          <w:rFonts w:ascii="Times New Roman" w:hAnsi="Times New Roman" w:cs="Times New Roman"/>
          <w:sz w:val="22"/>
          <w:szCs w:val="24"/>
          <w:lang w:val="lv-LV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</w:rPr>
        <w:t xml:space="preserve">Lūdzu </w:t>
      </w:r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  <w:lang w:val="lv-LV"/>
        </w:rPr>
        <w:t>pie</w:t>
      </w:r>
      <w:r w:rsidR="00BD307C" w:rsidRPr="00191E2E">
        <w:rPr>
          <w:rFonts w:ascii="Times New Roman" w:eastAsia="Arial" w:hAnsi="Times New Roman" w:cs="Times New Roman"/>
          <w:b/>
          <w:color w:val="000000"/>
          <w:sz w:val="22"/>
          <w:szCs w:val="24"/>
          <w:lang w:val="lv-LV"/>
        </w:rPr>
        <w:t>šķirt pabalstu krīzes situācijā</w:t>
      </w:r>
    </w:p>
    <w:p w:rsidR="00B05D21" w:rsidRPr="00191E2E" w:rsidRDefault="00CD552D">
      <w:pPr>
        <w:spacing w:line="240" w:lineRule="auto"/>
        <w:rPr>
          <w:rFonts w:ascii="Times New Roman" w:hAnsi="Times New Roman" w:cs="Times New Roman"/>
          <w:sz w:val="22"/>
          <w:szCs w:val="24"/>
          <w:lang w:val="lv-LV"/>
        </w:rPr>
      </w:pPr>
      <w:r w:rsidRPr="00191E2E">
        <w:rPr>
          <w:rFonts w:ascii="Times New Roman" w:eastAsia="Arial" w:hAnsi="Times New Roman" w:cs="Times New Roman"/>
          <w:color w:val="000000"/>
          <w:sz w:val="22"/>
          <w:szCs w:val="24"/>
          <w:lang w:val="lv-LV"/>
        </w:rPr>
        <w:t>Krīzes situācijas iestāšanās datums: ___________________________________</w:t>
      </w:r>
    </w:p>
    <w:p w:rsidR="00B05D21" w:rsidRPr="00191E2E" w:rsidRDefault="00CD552D">
      <w:pPr>
        <w:spacing w:before="20"/>
        <w:rPr>
          <w:rFonts w:ascii="Times New Roman" w:hAnsi="Times New Roman" w:cs="Times New Roman"/>
          <w:b/>
          <w:sz w:val="22"/>
          <w:szCs w:val="24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  <w:lang w:val="lv-LV"/>
        </w:rPr>
        <w:t>Aprakstiet krīzes situāciju, radušos</w:t>
      </w:r>
      <w:r w:rsidRPr="00191E2E">
        <w:rPr>
          <w:rFonts w:ascii="Times New Roman" w:eastAsia="Arial" w:hAnsi="Times New Roman" w:cs="Times New Roman"/>
          <w:b/>
          <w:color w:val="000000"/>
          <w:sz w:val="22"/>
          <w:szCs w:val="24"/>
        </w:rPr>
        <w:t xml:space="preserve"> zaudējumus, pamatvajadzības, kuras mājsaimniecība pati nespēj nodrošināt, un nepieciešamo palīdzību:</w:t>
      </w:r>
    </w:p>
    <w:tbl>
      <w:tblPr>
        <w:tblStyle w:val="Reatabula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B05D21" w:rsidRPr="00191E2E" w:rsidTr="00CD552D">
        <w:trPr>
          <w:cantSplit/>
          <w:trHeight w:hRule="exact" w:val="284"/>
        </w:trPr>
        <w:tc>
          <w:tcPr>
            <w:tcW w:w="9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5D21" w:rsidRPr="00191E2E" w:rsidTr="00CD552D">
        <w:trPr>
          <w:cantSplit/>
          <w:trHeight w:hRule="exact" w:val="284"/>
        </w:trPr>
        <w:tc>
          <w:tcPr>
            <w:tcW w:w="9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5D21" w:rsidRPr="00191E2E" w:rsidTr="00CD552D">
        <w:trPr>
          <w:cantSplit/>
          <w:trHeight w:hRule="exact" w:val="284"/>
        </w:trPr>
        <w:tc>
          <w:tcPr>
            <w:tcW w:w="9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5D21" w:rsidRPr="00191E2E" w:rsidTr="00CD552D">
        <w:trPr>
          <w:cantSplit/>
          <w:trHeight w:hRule="exact" w:val="284"/>
        </w:trPr>
        <w:tc>
          <w:tcPr>
            <w:tcW w:w="9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5D21" w:rsidRPr="00191E2E" w:rsidTr="00CD552D">
        <w:trPr>
          <w:cantSplit/>
          <w:trHeight w:hRule="exact" w:val="284"/>
        </w:trPr>
        <w:tc>
          <w:tcPr>
            <w:tcW w:w="9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5D21" w:rsidRPr="00191E2E" w:rsidTr="00CD552D">
        <w:trPr>
          <w:cantSplit/>
          <w:trHeight w:hRule="exact" w:val="284"/>
        </w:trPr>
        <w:tc>
          <w:tcPr>
            <w:tcW w:w="9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B05D21" w:rsidRPr="00191E2E" w:rsidRDefault="00CD552D" w:rsidP="00FF52C9">
      <w:pPr>
        <w:keepNext/>
        <w:spacing w:before="140" w:after="80" w:line="240" w:lineRule="auto"/>
        <w:rPr>
          <w:rFonts w:ascii="Times New Roman" w:hAnsi="Times New Roman" w:cs="Times New Roman"/>
          <w:sz w:val="22"/>
          <w:lang w:val="lv-LV"/>
        </w:rPr>
      </w:pPr>
      <w:r w:rsidRPr="00191E2E">
        <w:rPr>
          <w:rFonts w:ascii="Times New Roman" w:eastAsia="Arial" w:hAnsi="Times New Roman" w:cs="Times New Roman"/>
          <w:b/>
          <w:color w:val="000000"/>
          <w:sz w:val="24"/>
          <w:szCs w:val="24"/>
          <w:lang w:val="lv-LV"/>
        </w:rPr>
        <w:t>3</w:t>
      </w:r>
      <w:r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>. Cits atbalsts un apdrošināšanas atlīdzība</w:t>
      </w:r>
    </w:p>
    <w:p w:rsidR="00B05D21" w:rsidRPr="00191E2E" w:rsidRDefault="00191E2E">
      <w:pPr>
        <w:spacing w:after="40"/>
        <w:rPr>
          <w:rFonts w:ascii="Times New Roman" w:hAnsi="Times New Roman" w:cs="Times New Roman"/>
          <w:sz w:val="22"/>
          <w:lang w:val="lv-LV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 xml:space="preserve">Saistībā ar </w:t>
      </w:r>
      <w:r w:rsidR="00CD552D"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 xml:space="preserve"> krīzes situāciju: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1798485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īpašums nav bijis apdrošināts;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794911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nav tiesību saņemt citu valsts pabalstu vai apdrošināšanas atlīdzību;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931205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cits valsts pabalsts ir pieprasīts vai saņemts __________________ EUR apmērā;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768071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apdrošināšanas atlīdzība ir pieprasīta vai saņemta __________________ EUR apmērā;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1219365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saņemtais pabalsts vai apdrošināšanas atlīdzība nav pietiekama minimālo izdevumu segšanai</w:t>
      </w:r>
      <w:r w:rsidR="00CD552D" w:rsidRPr="00191E2E">
        <w:rPr>
          <w:rFonts w:ascii="Times New Roman" w:eastAsia="Arial" w:hAnsi="Times New Roman" w:cs="Times New Roman"/>
          <w:color w:val="000000"/>
          <w:sz w:val="22"/>
        </w:rPr>
        <w:t>.</w:t>
      </w:r>
    </w:p>
    <w:p w:rsidR="00B05D21" w:rsidRPr="00191E2E" w:rsidRDefault="00FF52C9" w:rsidP="00FF52C9">
      <w:pPr>
        <w:rPr>
          <w:rFonts w:ascii="Times New Roman" w:hAnsi="Times New Roman" w:cs="Times New Roman"/>
          <w:sz w:val="22"/>
          <w:lang w:val="lv-LV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</w:rPr>
        <w:t>4</w:t>
      </w:r>
      <w:r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 xml:space="preserve">. </w:t>
      </w:r>
      <w:r w:rsidR="00CD552D"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>Iesniegumam pievienotie dokumenti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1176467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dokuments, kas apliecina krīzes situācijas rašanās apstākļus (piemēram, VUGD, Valsts policijas vai citas iestādes izziņa vai akts);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1678803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zaudējumus vai izdevumus apliecinoši dokumenti (rēķini, tāmes, čeki u.c.);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1938442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apdrošinātāja lēmums vai izziņa;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1058288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fotofiksācijas;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-831917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dokumenti, kas apliecina objektīvus iemeslus iesnieguma iesniegšanai pēc noteiktā termiņa;</w:t>
      </w:r>
    </w:p>
    <w:p w:rsidR="00B05D21" w:rsidRPr="00191E2E" w:rsidRDefault="00EE1630">
      <w:pPr>
        <w:spacing w:after="36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772899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citi dokumenti: ____________________________________________________________________</w:t>
      </w:r>
    </w:p>
    <w:p w:rsidR="00191E2E" w:rsidRPr="007152A0" w:rsidRDefault="00CD552D" w:rsidP="007152A0">
      <w:pPr>
        <w:shd w:val="clear" w:color="auto" w:fill="F4F6F9"/>
        <w:spacing w:before="40" w:after="100"/>
        <w:ind w:left="113" w:right="113"/>
        <w:rPr>
          <w:rFonts w:ascii="Times New Roman" w:hAnsi="Times New Roman" w:cs="Times New Roman"/>
          <w:sz w:val="22"/>
          <w:lang w:val="lv-LV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 xml:space="preserve">Svarīgi: </w:t>
      </w:r>
      <w:r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>iesniegums jāiesniedz ne vēlāk kā viena mēneša laikā no krīzes situācijas iestāšanās. Ja iesniegumu objektīvu apstākļu dēļ šajā termiņā nebija iespējams iesniegt, jāpievieno šos apstākļus apliecinoši dokumenti.</w:t>
      </w:r>
    </w:p>
    <w:p w:rsidR="00B05D21" w:rsidRPr="00191E2E" w:rsidRDefault="00CD552D" w:rsidP="00FF52C9">
      <w:pPr>
        <w:keepNext/>
        <w:spacing w:before="140" w:after="80" w:line="240" w:lineRule="auto"/>
        <w:rPr>
          <w:rFonts w:ascii="Times New Roman" w:hAnsi="Times New Roman" w:cs="Times New Roman"/>
          <w:sz w:val="22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</w:rPr>
        <w:t>5. Pabalsta izmaksas veids</w:t>
      </w:r>
    </w:p>
    <w:p w:rsidR="007152A0" w:rsidRDefault="007152A0">
      <w:pPr>
        <w:spacing w:after="40"/>
        <w:rPr>
          <w:rFonts w:ascii="Times New Roman" w:eastAsia="Arial" w:hAnsi="Times New Roman" w:cs="Times New Roman"/>
          <w:b/>
          <w:color w:val="000000"/>
          <w:sz w:val="22"/>
          <w:lang w:val="lv-LV"/>
        </w:rPr>
      </w:pPr>
    </w:p>
    <w:p w:rsidR="007152A0" w:rsidRDefault="007152A0">
      <w:pPr>
        <w:spacing w:after="40"/>
        <w:rPr>
          <w:rFonts w:ascii="Times New Roman" w:eastAsia="Arial" w:hAnsi="Times New Roman" w:cs="Times New Roman"/>
          <w:b/>
          <w:color w:val="000000"/>
          <w:sz w:val="22"/>
          <w:lang w:val="lv-LV"/>
        </w:rPr>
      </w:pPr>
    </w:p>
    <w:p w:rsidR="007152A0" w:rsidRDefault="007152A0">
      <w:pPr>
        <w:spacing w:after="40"/>
        <w:rPr>
          <w:rFonts w:ascii="Times New Roman" w:eastAsia="Arial" w:hAnsi="Times New Roman" w:cs="Times New Roman"/>
          <w:b/>
          <w:color w:val="000000"/>
          <w:sz w:val="22"/>
          <w:lang w:val="lv-LV"/>
        </w:rPr>
      </w:pPr>
    </w:p>
    <w:p w:rsidR="007152A0" w:rsidRDefault="007152A0">
      <w:pPr>
        <w:spacing w:after="40"/>
        <w:rPr>
          <w:rFonts w:ascii="Times New Roman" w:eastAsia="Arial" w:hAnsi="Times New Roman" w:cs="Times New Roman"/>
          <w:b/>
          <w:color w:val="000000"/>
          <w:sz w:val="22"/>
          <w:lang w:val="lv-LV"/>
        </w:rPr>
      </w:pPr>
    </w:p>
    <w:p w:rsidR="007152A0" w:rsidRDefault="007152A0">
      <w:pPr>
        <w:spacing w:after="40"/>
        <w:rPr>
          <w:rFonts w:ascii="Times New Roman" w:eastAsia="Arial" w:hAnsi="Times New Roman" w:cs="Times New Roman"/>
          <w:b/>
          <w:color w:val="000000"/>
          <w:sz w:val="22"/>
          <w:lang w:val="lv-LV"/>
        </w:rPr>
      </w:pPr>
    </w:p>
    <w:p w:rsidR="00B05D21" w:rsidRPr="00191E2E" w:rsidRDefault="00CD552D">
      <w:pPr>
        <w:spacing w:after="40"/>
        <w:rPr>
          <w:rFonts w:ascii="Times New Roman" w:eastAsia="Arial" w:hAnsi="Times New Roman" w:cs="Times New Roman"/>
          <w:b/>
          <w:color w:val="000000"/>
          <w:sz w:val="22"/>
          <w:lang w:val="lv-LV"/>
        </w:rPr>
      </w:pPr>
      <w:r w:rsidRPr="00191E2E">
        <w:rPr>
          <w:rFonts w:ascii="Times New Roman" w:eastAsia="Arial" w:hAnsi="Times New Roman" w:cs="Times New Roman"/>
          <w:b/>
          <w:color w:val="000000"/>
          <w:sz w:val="22"/>
          <w:lang w:val="lv-LV"/>
        </w:rPr>
        <w:t>Lūdzu piešķirto pabalstu:</w:t>
      </w:r>
    </w:p>
    <w:p w:rsidR="00FF52C9" w:rsidRPr="00191E2E" w:rsidRDefault="00EE1630" w:rsidP="00FF52C9">
      <w:pPr>
        <w:spacing w:after="30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497780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FF52C9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</w:t>
      </w:r>
      <w:r w:rsidR="00191E2E">
        <w:rPr>
          <w:rFonts w:ascii="Times New Roman" w:eastAsia="Arial" w:hAnsi="Times New Roman" w:cs="Times New Roman"/>
          <w:color w:val="000000"/>
          <w:sz w:val="22"/>
          <w:lang w:val="lv-LV"/>
        </w:rPr>
        <w:t>izmaksāt skaidrā naudā;</w:t>
      </w:r>
    </w:p>
    <w:p w:rsidR="00FF52C9" w:rsidRPr="00191E2E" w:rsidRDefault="00EE1630" w:rsidP="00191E2E">
      <w:pPr>
        <w:spacing w:after="0" w:line="240" w:lineRule="auto"/>
        <w:ind w:left="198" w:hanging="28"/>
        <w:rPr>
          <w:rFonts w:ascii="Times New Roman" w:hAnsi="Times New Roman" w:cs="Times New Roman"/>
          <w:sz w:val="22"/>
          <w:lang w:val="lv-LV"/>
        </w:rPr>
      </w:pPr>
      <w:sdt>
        <w:sdtPr>
          <w:rPr>
            <w:rFonts w:ascii="Segoe UI Symbol" w:eastAsia="Arial" w:hAnsi="Segoe UI Symbol" w:cs="Segoe UI Symbol"/>
            <w:color w:val="000000"/>
            <w:sz w:val="22"/>
            <w:lang w:val="lv-LV"/>
          </w:rPr>
          <w:id w:val="179032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E2E">
            <w:rPr>
              <w:rFonts w:ascii="MS Gothic" w:eastAsia="MS Gothic" w:hAnsi="MS Gothic" w:cs="Segoe UI Symbol" w:hint="eastAsia"/>
              <w:color w:val="000000"/>
              <w:sz w:val="22"/>
              <w:lang w:val="lv-LV"/>
            </w:rPr>
            <w:t>☐</w:t>
          </w:r>
        </w:sdtContent>
      </w:sdt>
      <w:r w:rsidR="00CD552D" w:rsidRPr="00191E2E">
        <w:rPr>
          <w:rFonts w:ascii="Times New Roman" w:eastAsia="Arial" w:hAnsi="Times New Roman" w:cs="Times New Roman"/>
          <w:color w:val="000000"/>
          <w:sz w:val="22"/>
          <w:lang w:val="lv-LV"/>
        </w:rPr>
        <w:t xml:space="preserve"> pārskaitīt uz kredītiestādes vai pasta norēķinu sistēmas kontu;</w:t>
      </w:r>
    </w:p>
    <w:tbl>
      <w:tblPr>
        <w:tblStyle w:val="Reatabula"/>
        <w:tblW w:w="9634" w:type="dxa"/>
        <w:tblLayout w:type="fixed"/>
        <w:tblLook w:val="04A0" w:firstRow="1" w:lastRow="0" w:firstColumn="1" w:lastColumn="0" w:noHBand="0" w:noVBand="1"/>
      </w:tblPr>
      <w:tblGrid>
        <w:gridCol w:w="3000"/>
        <w:gridCol w:w="6634"/>
      </w:tblGrid>
      <w:tr w:rsidR="00FF52C9" w:rsidRPr="00191E2E" w:rsidTr="00CD552D">
        <w:trPr>
          <w:cantSplit/>
          <w:trHeight w:hRule="exact" w:val="284"/>
        </w:trPr>
        <w:tc>
          <w:tcPr>
            <w:tcW w:w="300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F52C9" w:rsidRPr="00191E2E" w:rsidRDefault="00FF52C9" w:rsidP="00191E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 xml:space="preserve">Konta </w:t>
            </w:r>
            <w:proofErr w:type="spellStart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>numurs</w:t>
            </w:r>
            <w:proofErr w:type="spellEnd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 xml:space="preserve"> (IBAN)</w:t>
            </w:r>
          </w:p>
        </w:tc>
        <w:tc>
          <w:tcPr>
            <w:tcW w:w="6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F52C9" w:rsidRPr="00191E2E" w:rsidRDefault="00FF52C9" w:rsidP="00191E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05D21" w:rsidRPr="00191E2E" w:rsidRDefault="00B05D21" w:rsidP="00191E2E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Reatabula"/>
        <w:tblW w:w="9634" w:type="dxa"/>
        <w:tblLayout w:type="fixed"/>
        <w:tblLook w:val="04A0" w:firstRow="1" w:lastRow="0" w:firstColumn="1" w:lastColumn="0" w:noHBand="0" w:noVBand="1"/>
      </w:tblPr>
      <w:tblGrid>
        <w:gridCol w:w="3000"/>
        <w:gridCol w:w="6634"/>
      </w:tblGrid>
      <w:tr w:rsidR="00B05D21" w:rsidRPr="00191E2E" w:rsidTr="00CD552D">
        <w:trPr>
          <w:cantSplit/>
          <w:trHeight w:hRule="exact" w:val="284"/>
        </w:trPr>
        <w:tc>
          <w:tcPr>
            <w:tcW w:w="300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CD552D" w:rsidP="00191E2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>Konta</w:t>
            </w:r>
            <w:proofErr w:type="spellEnd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>īpašnieka</w:t>
            </w:r>
            <w:proofErr w:type="spellEnd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>vārds</w:t>
            </w:r>
            <w:proofErr w:type="spellEnd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 xml:space="preserve">, </w:t>
            </w:r>
            <w:proofErr w:type="spellStart"/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>uzvārds</w:t>
            </w:r>
            <w:proofErr w:type="spellEnd"/>
          </w:p>
        </w:tc>
        <w:tc>
          <w:tcPr>
            <w:tcW w:w="6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 w:rsidP="00191E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05D21" w:rsidRPr="00191E2E" w:rsidTr="00CD552D">
        <w:trPr>
          <w:cantSplit/>
          <w:trHeight w:hRule="exact" w:val="284"/>
        </w:trPr>
        <w:tc>
          <w:tcPr>
            <w:tcW w:w="3000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CD552D" w:rsidP="00191E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1E2E">
              <w:rPr>
                <w:rFonts w:ascii="Times New Roman" w:eastAsia="Arial" w:hAnsi="Times New Roman" w:cs="Times New Roman"/>
                <w:b/>
                <w:color w:val="000000"/>
              </w:rPr>
              <w:t>Konta īpašnieka personas kods</w:t>
            </w:r>
          </w:p>
        </w:tc>
        <w:tc>
          <w:tcPr>
            <w:tcW w:w="663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B05D21" w:rsidRPr="00191E2E" w:rsidRDefault="00B05D21" w:rsidP="00191E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F52C9" w:rsidRPr="00FF52C9" w:rsidRDefault="00FF52C9" w:rsidP="00FF52C9">
      <w:pPr>
        <w:keepNext/>
        <w:spacing w:before="100" w:line="240" w:lineRule="auto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191E2E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6.</w:t>
      </w:r>
      <w:r w:rsidRPr="00FF52C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Atbildes saņemšanas veids</w:t>
      </w:r>
    </w:p>
    <w:p w:rsidR="00FF52C9" w:rsidRPr="00FF52C9" w:rsidRDefault="00EE1630" w:rsidP="00FF52C9">
      <w:pPr>
        <w:spacing w:after="20" w:line="240" w:lineRule="auto"/>
        <w:rPr>
          <w:rFonts w:ascii="Times New Roman" w:eastAsia="Times New Roman" w:hAnsi="Times New Roman" w:cs="Times New Roman"/>
          <w:sz w:val="24"/>
          <w:szCs w:val="28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8"/>
            <w:lang w:val="lv-LV"/>
          </w:rPr>
          <w:id w:val="-12922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4"/>
              <w:szCs w:val="28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b/>
          <w:bCs/>
          <w:color w:val="000000"/>
          <w:sz w:val="28"/>
          <w:szCs w:val="32"/>
          <w:lang w:val="lv-LV"/>
        </w:rPr>
        <w:t xml:space="preserve"> </w:t>
      </w:r>
      <w:r w:rsidR="00FF52C9" w:rsidRPr="00FF52C9">
        <w:rPr>
          <w:rFonts w:ascii="Times New Roman" w:eastAsia="Times New Roman" w:hAnsi="Times New Roman" w:cs="Times New Roman"/>
          <w:color w:val="000000"/>
          <w:sz w:val="24"/>
          <w:szCs w:val="28"/>
          <w:lang w:val="lv-LV"/>
        </w:rPr>
        <w:t xml:space="preserve">e-adresē    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8"/>
            <w:lang w:val="lv-LV"/>
          </w:rPr>
          <w:id w:val="2989581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4"/>
              <w:szCs w:val="28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lv-LV"/>
        </w:rPr>
        <w:t xml:space="preserve"> </w:t>
      </w:r>
      <w:r w:rsidR="00FF52C9" w:rsidRPr="00FF52C9">
        <w:rPr>
          <w:rFonts w:ascii="Times New Roman" w:eastAsia="Times New Roman" w:hAnsi="Times New Roman" w:cs="Times New Roman"/>
          <w:color w:val="000000"/>
          <w:sz w:val="24"/>
          <w:szCs w:val="28"/>
          <w:lang w:val="lv-LV"/>
        </w:rPr>
        <w:t xml:space="preserve">e-pastā   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8"/>
            <w:lang w:val="lv-LV"/>
          </w:rPr>
          <w:id w:val="-150682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4"/>
              <w:szCs w:val="28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color w:val="000000"/>
          <w:sz w:val="24"/>
          <w:szCs w:val="28"/>
          <w:lang w:val="lv-LV"/>
        </w:rPr>
        <w:t xml:space="preserve"> pa pastu uz iesniegumā norādīto adresi    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8"/>
            <w:lang w:val="lv-LV"/>
          </w:rPr>
          <w:id w:val="-144853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4"/>
              <w:szCs w:val="28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lv-LV"/>
        </w:rPr>
        <w:t xml:space="preserve"> </w:t>
      </w:r>
      <w:r w:rsidR="00FF52C9" w:rsidRPr="00FF52C9">
        <w:rPr>
          <w:rFonts w:ascii="Times New Roman" w:eastAsia="Times New Roman" w:hAnsi="Times New Roman" w:cs="Times New Roman"/>
          <w:color w:val="000000"/>
          <w:sz w:val="24"/>
          <w:szCs w:val="28"/>
          <w:lang w:val="lv-LV"/>
        </w:rPr>
        <w:t>klātienē Sociālajā dienestā</w:t>
      </w:r>
    </w:p>
    <w:p w:rsidR="00FF52C9" w:rsidRPr="00191E2E" w:rsidRDefault="00FF52C9" w:rsidP="00FF52C9">
      <w:pPr>
        <w:spacing w:after="20" w:line="240" w:lineRule="auto"/>
        <w:rPr>
          <w:rFonts w:ascii="Times New Roman" w:eastAsia="Times New Roman" w:hAnsi="Times New Roman" w:cs="Times New Roman"/>
          <w:i/>
          <w:color w:val="000000"/>
          <w:sz w:val="22"/>
          <w:szCs w:val="28"/>
          <w:lang w:val="lv-LV"/>
        </w:rPr>
      </w:pPr>
      <w:r w:rsidRPr="00FF52C9">
        <w:rPr>
          <w:rFonts w:ascii="Times New Roman" w:eastAsia="Times New Roman" w:hAnsi="Times New Roman" w:cs="Times New Roman"/>
          <w:i/>
          <w:color w:val="000000"/>
          <w:sz w:val="22"/>
          <w:szCs w:val="28"/>
          <w:lang w:val="lv-LV"/>
        </w:rPr>
        <w:t>Ja ir aktivizēta oficiālā elektroniskā adrese, atbilde tiks nosūtīta uz e-adreses kontu.</w:t>
      </w:r>
    </w:p>
    <w:p w:rsidR="00FF52C9" w:rsidRPr="00FF52C9" w:rsidRDefault="00FF52C9" w:rsidP="00FF52C9">
      <w:pPr>
        <w:keepNext/>
        <w:spacing w:before="10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lv-LV"/>
        </w:rPr>
      </w:pPr>
      <w:r w:rsidRPr="00FF52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lv-LV"/>
        </w:rPr>
        <w:t>Apliecinājumi un personas datu apstrāde</w:t>
      </w:r>
    </w:p>
    <w:p w:rsidR="00FF52C9" w:rsidRPr="00FF52C9" w:rsidRDefault="00EE1630" w:rsidP="00FF52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0"/>
            <w:szCs w:val="20"/>
            <w:lang w:val="lv-LV"/>
          </w:rPr>
          <w:id w:val="883215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0"/>
              <w:szCs w:val="20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color w:val="000000"/>
          <w:sz w:val="20"/>
          <w:szCs w:val="20"/>
          <w:lang w:val="lv-LV"/>
        </w:rPr>
        <w:t xml:space="preserve"> Apliecinu, ka iesniegumā sniegtā informācija ir patiesa un pilnīga.</w:t>
      </w:r>
    </w:p>
    <w:p w:rsidR="00FF52C9" w:rsidRPr="00FF52C9" w:rsidRDefault="00EE1630" w:rsidP="00FF52C9">
      <w:pPr>
        <w:spacing w:after="20" w:line="240" w:lineRule="auto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0"/>
            <w:szCs w:val="20"/>
            <w:lang w:val="lv-LV"/>
          </w:rPr>
          <w:id w:val="430716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0"/>
              <w:szCs w:val="20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color w:val="000000"/>
          <w:sz w:val="20"/>
          <w:szCs w:val="20"/>
          <w:lang w:val="lv-LV"/>
        </w:rPr>
        <w:t xml:space="preserve"> Esmu informēts(-a), ka pašvaldībai ir tiesības pārbaudīt iesniegumā norādīto ziņu patiesumu.</w:t>
      </w:r>
    </w:p>
    <w:p w:rsidR="00FF52C9" w:rsidRPr="00FF52C9" w:rsidRDefault="00FF52C9" w:rsidP="00FF52C9">
      <w:pPr>
        <w:spacing w:after="20" w:line="240" w:lineRule="auto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FF52C9">
        <w:rPr>
          <w:rFonts w:ascii="Times New Roman" w:eastAsia="Times New Roman" w:hAnsi="Times New Roman" w:cs="Times New Roman"/>
          <w:color w:val="000000"/>
          <w:sz w:val="20"/>
          <w:szCs w:val="20"/>
          <w:lang w:val="lv-LV"/>
        </w:rPr>
        <w:t xml:space="preserve">Personas datu pārzinis: Talsu novada pašvaldība, </w:t>
      </w:r>
      <w:proofErr w:type="spellStart"/>
      <w:r w:rsidRPr="00FF52C9">
        <w:rPr>
          <w:rFonts w:ascii="Times New Roman" w:eastAsia="Times New Roman" w:hAnsi="Times New Roman" w:cs="Times New Roman"/>
          <w:color w:val="000000"/>
          <w:sz w:val="20"/>
          <w:szCs w:val="20"/>
          <w:lang w:val="lv-LV"/>
        </w:rPr>
        <w:t>reģ</w:t>
      </w:r>
      <w:proofErr w:type="spellEnd"/>
      <w:r w:rsidRPr="00FF52C9">
        <w:rPr>
          <w:rFonts w:ascii="Times New Roman" w:eastAsia="Times New Roman" w:hAnsi="Times New Roman" w:cs="Times New Roman"/>
          <w:color w:val="000000"/>
          <w:sz w:val="20"/>
          <w:szCs w:val="20"/>
          <w:lang w:val="lv-LV"/>
        </w:rPr>
        <w:t>. Nr. 90009113532, Kareivju iela 7, Talsi, tālr. 63232110, e-pasts: pasts@talsi.lv. Dati tiek apstrādāti iesnieguma izskatīšanai. Papildu informācija: www.talsunovads.lv/lv/privatuma-politika</w:t>
      </w:r>
    </w:p>
    <w:p w:rsidR="00FF52C9" w:rsidRPr="00FF52C9" w:rsidRDefault="00FF52C9" w:rsidP="00FF52C9">
      <w:pPr>
        <w:keepNext/>
        <w:spacing w:before="100" w:line="240" w:lineRule="auto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FF52C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Iesnieguma apliecināšana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2700"/>
        <w:gridCol w:w="6931"/>
      </w:tblGrid>
      <w:tr w:rsidR="00FF52C9" w:rsidRPr="00FF52C9" w:rsidTr="00CD552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Datums</w:t>
            </w:r>
          </w:p>
        </w:tc>
        <w:tc>
          <w:tcPr>
            <w:tcW w:w="693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22"/>
                <w:lang w:val="lv-LV"/>
              </w:rPr>
              <w:t> </w:t>
            </w:r>
          </w:p>
        </w:tc>
      </w:tr>
      <w:tr w:rsidR="00FF52C9" w:rsidRPr="00FF52C9" w:rsidTr="00CD552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Iesniedzēja vārds, uzvārds</w:t>
            </w:r>
          </w:p>
        </w:tc>
        <w:tc>
          <w:tcPr>
            <w:tcW w:w="693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22"/>
                <w:lang w:val="lv-LV"/>
              </w:rPr>
              <w:t> </w:t>
            </w:r>
          </w:p>
        </w:tc>
      </w:tr>
      <w:tr w:rsidR="00FF52C9" w:rsidRPr="00FF52C9" w:rsidTr="00CD552D">
        <w:trPr>
          <w:cantSplit/>
        </w:trPr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Paraksts*</w:t>
            </w:r>
          </w:p>
        </w:tc>
        <w:tc>
          <w:tcPr>
            <w:tcW w:w="693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22"/>
                <w:lang w:val="lv-LV"/>
              </w:rPr>
              <w:t> </w:t>
            </w:r>
          </w:p>
        </w:tc>
      </w:tr>
    </w:tbl>
    <w:p w:rsidR="00FF52C9" w:rsidRPr="00FF52C9" w:rsidRDefault="00FF52C9" w:rsidP="00FF52C9">
      <w:pPr>
        <w:spacing w:after="20" w:line="240" w:lineRule="auto"/>
        <w:rPr>
          <w:rFonts w:ascii="Times New Roman" w:eastAsia="Times New Roman" w:hAnsi="Times New Roman" w:cs="Times New Roman"/>
          <w:i/>
          <w:color w:val="000000"/>
          <w:sz w:val="22"/>
          <w:lang w:val="lv-LV"/>
        </w:rPr>
      </w:pPr>
      <w:r w:rsidRPr="00FF52C9">
        <w:rPr>
          <w:rFonts w:ascii="Times New Roman" w:eastAsia="Times New Roman" w:hAnsi="Times New Roman" w:cs="Times New Roman"/>
          <w:i/>
          <w:color w:val="000000"/>
          <w:sz w:val="22"/>
          <w:lang w:val="lv-LV"/>
        </w:rPr>
        <w:t>* Ja iesniegums tiek iesniegts elektroniski un parakstīts ar drošu elektronisko parakstu un laika zīmogu, paraksta vietu neaizpilda.</w:t>
      </w:r>
    </w:p>
    <w:p w:rsidR="00FF52C9" w:rsidRPr="00FF52C9" w:rsidRDefault="00FF52C9" w:rsidP="00FF52C9">
      <w:pPr>
        <w:spacing w:after="20" w:line="240" w:lineRule="auto"/>
        <w:rPr>
          <w:rFonts w:ascii="Times New Roman" w:eastAsia="Times New Roman" w:hAnsi="Times New Roman" w:cs="Times New Roman"/>
          <w:sz w:val="22"/>
          <w:lang w:val="lv-LV"/>
        </w:rPr>
      </w:pPr>
    </w:p>
    <w:p w:rsidR="00FF52C9" w:rsidRPr="00FF52C9" w:rsidRDefault="00FF52C9" w:rsidP="00FF52C9">
      <w:pPr>
        <w:keepNext/>
        <w:shd w:val="clear" w:color="auto" w:fill="E7E7E7"/>
        <w:spacing w:before="100" w:after="80" w:line="240" w:lineRule="auto"/>
        <w:jc w:val="center"/>
        <w:rPr>
          <w:rFonts w:ascii="Times New Roman" w:eastAsia="Times New Roman" w:hAnsi="Times New Roman" w:cs="Times New Roman"/>
          <w:b/>
          <w:sz w:val="22"/>
          <w:lang w:val="lv-LV"/>
        </w:rPr>
      </w:pPr>
      <w:r w:rsidRPr="00FF52C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AIZPILDA SOCIĀLĀ DIENESTA DARBINIEKS</w:t>
      </w:r>
    </w:p>
    <w:p w:rsidR="00FF52C9" w:rsidRPr="00FF52C9" w:rsidRDefault="00EE1630" w:rsidP="00FF52C9">
      <w:pPr>
        <w:spacing w:after="40" w:line="240" w:lineRule="auto"/>
        <w:rPr>
          <w:rFonts w:ascii="Times New Roman" w:eastAsia="Times New Roman" w:hAnsi="Times New Roman" w:cs="Times New Roman"/>
          <w:lang w:val="lv-LV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2"/>
            <w:szCs w:val="24"/>
            <w:lang w:val="lv-LV"/>
          </w:rPr>
          <w:id w:val="-69507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2C9" w:rsidRPr="00FF52C9">
            <w:rPr>
              <w:rFonts w:ascii="Segoe UI Symbol" w:eastAsia="Times New Roman" w:hAnsi="Segoe UI Symbol" w:cs="Segoe UI Symbol"/>
              <w:b/>
              <w:bCs/>
              <w:color w:val="000000"/>
              <w:sz w:val="22"/>
              <w:szCs w:val="24"/>
              <w:lang w:val="lv-LV"/>
            </w:rPr>
            <w:t>☐</w:t>
          </w:r>
        </w:sdtContent>
      </w:sdt>
      <w:r w:rsidR="00FF52C9" w:rsidRPr="00FF52C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Piešķirt pabalstu __________ EUR     </w:t>
      </w:r>
      <w:r w:rsidR="00FF52C9" w:rsidRPr="00FF52C9">
        <w:rPr>
          <w:rFonts w:ascii="Segoe UI Symbol" w:eastAsia="Times New Roman" w:hAnsi="Segoe UI Symbol" w:cs="Segoe UI Symbol"/>
          <w:b/>
          <w:bCs/>
          <w:color w:val="000000"/>
          <w:sz w:val="20"/>
          <w:lang w:val="lv-LV"/>
        </w:rPr>
        <w:t>☐</w:t>
      </w:r>
      <w:r w:rsidR="00FF52C9" w:rsidRPr="00FF52C9">
        <w:rPr>
          <w:rFonts w:ascii="Times New Roman" w:eastAsia="Times New Roman" w:hAnsi="Times New Roman" w:cs="Times New Roman"/>
          <w:color w:val="000000"/>
          <w:sz w:val="20"/>
          <w:lang w:val="lv-LV"/>
        </w:rPr>
        <w:t xml:space="preserve"> Atteikt piešķirt pabalstu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2500"/>
        <w:gridCol w:w="7131"/>
      </w:tblGrid>
      <w:tr w:rsidR="00FF52C9" w:rsidRPr="00FF52C9" w:rsidTr="00CD552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Lēmuma datums</w:t>
            </w:r>
          </w:p>
        </w:tc>
        <w:tc>
          <w:tcPr>
            <w:tcW w:w="713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  <w:tr w:rsidR="00FF52C9" w:rsidRPr="00FF52C9" w:rsidTr="00CD552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Lēmuma Nr.</w:t>
            </w:r>
          </w:p>
        </w:tc>
        <w:tc>
          <w:tcPr>
            <w:tcW w:w="713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  <w:r w:rsidRPr="00FF52C9">
              <w:rPr>
                <w:rFonts w:ascii="Times New Roman" w:eastAsia="Times New Roman" w:hAnsi="Times New Roman" w:cs="Times New Roman"/>
                <w:color w:val="000000"/>
                <w:sz w:val="18"/>
                <w:lang w:val="lv-LV"/>
              </w:rPr>
              <w:t>TNSD/____________________________</w:t>
            </w:r>
          </w:p>
        </w:tc>
      </w:tr>
      <w:tr w:rsidR="00FF52C9" w:rsidRPr="00FF52C9" w:rsidTr="00CD552D">
        <w:trPr>
          <w:cantSplit/>
        </w:trPr>
        <w:tc>
          <w:tcPr>
            <w:tcW w:w="25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Sociālā dienesta darbinieks</w:t>
            </w:r>
          </w:p>
        </w:tc>
        <w:tc>
          <w:tcPr>
            <w:tcW w:w="713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19"/>
                <w:lang w:val="lv-LV"/>
              </w:rPr>
              <w:t> </w:t>
            </w:r>
          </w:p>
        </w:tc>
      </w:tr>
    </w:tbl>
    <w:p w:rsidR="00FF52C9" w:rsidRPr="00FF52C9" w:rsidRDefault="00FF52C9" w:rsidP="00FF52C9">
      <w:pPr>
        <w:keepNext/>
        <w:spacing w:before="60" w:after="0" w:line="240" w:lineRule="auto"/>
        <w:rPr>
          <w:rFonts w:ascii="Times New Roman" w:eastAsia="Times New Roman" w:hAnsi="Times New Roman" w:cs="Times New Roman"/>
          <w:sz w:val="22"/>
          <w:lang w:val="lv-LV"/>
        </w:rPr>
      </w:pPr>
      <w:r w:rsidRPr="00FF52C9">
        <w:rPr>
          <w:rFonts w:ascii="Times New Roman" w:eastAsia="Times New Roman" w:hAnsi="Times New Roman" w:cs="Times New Roman"/>
          <w:b/>
          <w:color w:val="000000"/>
          <w:sz w:val="22"/>
          <w:lang w:val="lv-LV"/>
        </w:rPr>
        <w:t>SAŅEMTS</w:t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1750"/>
        <w:gridCol w:w="2700"/>
        <w:gridCol w:w="5181"/>
      </w:tblGrid>
      <w:tr w:rsidR="00FF52C9" w:rsidRPr="00FF52C9" w:rsidTr="00CD552D">
        <w:trPr>
          <w:cantSplit/>
        </w:trPr>
        <w:tc>
          <w:tcPr>
            <w:tcW w:w="175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b/>
                <w:color w:val="000000"/>
                <w:sz w:val="22"/>
                <w:lang w:val="lv-LV"/>
              </w:rPr>
              <w:t>Saņēma</w:t>
            </w:r>
          </w:p>
        </w:tc>
        <w:tc>
          <w:tcPr>
            <w:tcW w:w="270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22"/>
                <w:lang w:val="lv-LV"/>
              </w:rPr>
              <w:t>Datums: ______________</w:t>
            </w:r>
          </w:p>
        </w:tc>
        <w:tc>
          <w:tcPr>
            <w:tcW w:w="51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FF52C9" w:rsidRPr="00FF52C9" w:rsidRDefault="00FF52C9" w:rsidP="00FF52C9">
            <w:pPr>
              <w:spacing w:after="20" w:line="240" w:lineRule="auto"/>
              <w:rPr>
                <w:rFonts w:ascii="Times New Roman" w:eastAsia="Times New Roman" w:hAnsi="Times New Roman" w:cs="Times New Roman"/>
                <w:sz w:val="22"/>
                <w:lang w:val="lv-LV"/>
              </w:rPr>
            </w:pPr>
            <w:r w:rsidRPr="00FF52C9">
              <w:rPr>
                <w:rFonts w:ascii="Times New Roman" w:eastAsia="Times New Roman" w:hAnsi="Times New Roman" w:cs="Times New Roman"/>
                <w:color w:val="000000"/>
                <w:sz w:val="22"/>
                <w:lang w:val="lv-LV"/>
              </w:rPr>
              <w:t>Iesnieguma Nr.: TNSD/____________________________</w:t>
            </w:r>
          </w:p>
        </w:tc>
      </w:tr>
    </w:tbl>
    <w:p w:rsidR="00FF52C9" w:rsidRPr="00FF52C9" w:rsidRDefault="00FF52C9" w:rsidP="00FF52C9">
      <w:pPr>
        <w:spacing w:after="0" w:line="240" w:lineRule="auto"/>
        <w:rPr>
          <w:rFonts w:ascii="Times New Roman" w:eastAsia="Times New Roman" w:hAnsi="Times New Roman" w:cs="Times New Roman"/>
          <w:sz w:val="22"/>
          <w:lang w:val="lv-LV"/>
        </w:rPr>
      </w:pPr>
    </w:p>
    <w:p w:rsidR="00FF52C9" w:rsidRPr="00191E2E" w:rsidRDefault="00FF52C9" w:rsidP="00FF52C9">
      <w:pPr>
        <w:spacing w:after="20" w:line="240" w:lineRule="auto"/>
        <w:rPr>
          <w:rFonts w:ascii="Times New Roman" w:eastAsia="Times New Roman" w:hAnsi="Times New Roman" w:cs="Times New Roman"/>
          <w:i/>
          <w:color w:val="000000"/>
          <w:sz w:val="22"/>
          <w:szCs w:val="28"/>
          <w:lang w:val="lv-LV"/>
        </w:rPr>
      </w:pPr>
    </w:p>
    <w:sectPr w:rsidR="00FF52C9" w:rsidRPr="00191E2E" w:rsidSect="00191E2E">
      <w:pgSz w:w="11906" w:h="16838"/>
      <w:pgMar w:top="567" w:right="1134" w:bottom="68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1E2E"/>
    <w:rsid w:val="00274EF6"/>
    <w:rsid w:val="0029639D"/>
    <w:rsid w:val="00326F90"/>
    <w:rsid w:val="007152A0"/>
    <w:rsid w:val="00AA1D8D"/>
    <w:rsid w:val="00B05D21"/>
    <w:rsid w:val="00B47730"/>
    <w:rsid w:val="00BD307C"/>
    <w:rsid w:val="00CB0664"/>
    <w:rsid w:val="00CD552D"/>
    <w:rsid w:val="00EE1630"/>
    <w:rsid w:val="00FC693F"/>
    <w:rsid w:val="00FF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7188D49-CB38-447D-8B26-20E85A46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C693F"/>
    <w:pPr>
      <w:spacing w:after="60" w:line="252" w:lineRule="auto"/>
    </w:pPr>
    <w:rPr>
      <w:rFonts w:ascii="Arial" w:hAnsi="Arial"/>
      <w:sz w:val="21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rsid w:val="00FF52C9"/>
    <w:pPr>
      <w:spacing w:before="100" w:after="60" w:line="240" w:lineRule="auto"/>
    </w:pPr>
    <w:rPr>
      <w:rFonts w:ascii="Times New Roman" w:eastAsia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243FFB-0987-49B5-8D5F-37DAC730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2001</Words>
  <Characters>1142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Iesniegums pabalsta piešķiršanai krīzes situācijā</vt:lpstr>
      <vt:lpstr/>
    </vt:vector>
  </TitlesOfParts>
  <Manager/>
  <Company/>
  <LinksUpToDate>false</LinksUpToDate>
  <CharactersWithSpaces>3137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pabalsta piešķiršanai krīzes situācijā</dc:title>
  <dc:subject>Talsu novada Sociālā dienesta klienta iesnieguma veidlapa</dc:subject>
  <dc:creator>Tatjana Kuzmuka</dc:creator>
  <cp:keywords/>
  <dc:description>generated by python-docx</dc:description>
  <cp:lastModifiedBy>Microsoft konts</cp:lastModifiedBy>
  <cp:revision>5</cp:revision>
  <dcterms:created xsi:type="dcterms:W3CDTF">2026-09-01T18:43:00Z</dcterms:created>
  <dcterms:modified xsi:type="dcterms:W3CDTF">2026-09-01T19:06:00Z</dcterms:modified>
  <cp:category/>
</cp:coreProperties>
</file>