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8A6C1" w14:textId="77777777" w:rsidR="004F39A0" w:rsidRDefault="00647601">
      <w:pPr>
        <w:spacing w:after="40"/>
        <w:jc w:val="center"/>
      </w:pPr>
      <w:r>
        <w:rPr>
          <w:rFonts w:cs="Times New Roman"/>
          <w:b/>
          <w:color w:val="000000"/>
          <w:sz w:val="23"/>
        </w:rPr>
        <w:t>TALSU NOVADA SOCIĀLAJAM DIENESTAM</w:t>
      </w:r>
    </w:p>
    <w:p w14:paraId="56D23FDC" w14:textId="77777777" w:rsidR="004F39A0" w:rsidRDefault="00647601">
      <w:pPr>
        <w:spacing w:before="20"/>
        <w:jc w:val="center"/>
      </w:pPr>
      <w:r>
        <w:rPr>
          <w:rFonts w:cs="Times New Roman"/>
          <w:b/>
          <w:color w:val="000000"/>
          <w:sz w:val="28"/>
        </w:rPr>
        <w:t>IESNIEGUMS</w:t>
      </w:r>
    </w:p>
    <w:p w14:paraId="5AE8BD9A" w14:textId="6423529A" w:rsidR="004F39A0" w:rsidRDefault="00647601">
      <w:pPr>
        <w:spacing w:after="60"/>
        <w:jc w:val="center"/>
      </w:pPr>
      <w:r>
        <w:rPr>
          <w:rFonts w:cs="Times New Roman"/>
          <w:b/>
          <w:color w:val="000000"/>
        </w:rPr>
        <w:t xml:space="preserve">pabalsta </w:t>
      </w:r>
      <w:r w:rsidR="001452BF">
        <w:rPr>
          <w:rFonts w:cs="Times New Roman"/>
          <w:b/>
          <w:color w:val="000000"/>
        </w:rPr>
        <w:t xml:space="preserve">laulību </w:t>
      </w:r>
      <w:r>
        <w:rPr>
          <w:rFonts w:cs="Times New Roman"/>
          <w:b/>
          <w:color w:val="000000"/>
        </w:rPr>
        <w:t>jubilejā piešķiršanai</w:t>
      </w:r>
    </w:p>
    <w:p w14:paraId="2DBE9F41" w14:textId="6CB68409" w:rsidR="004F39A0" w:rsidRPr="00F25B95" w:rsidRDefault="00647601" w:rsidP="00F25B95">
      <w:pPr>
        <w:pStyle w:val="FormSection"/>
        <w:keepNext/>
        <w:rPr>
          <w:rFonts w:cs="Times New Roman"/>
          <w:color w:val="000000"/>
          <w:lang w:val="lv-LV"/>
        </w:rPr>
      </w:pPr>
      <w:r w:rsidRPr="00F25B95">
        <w:rPr>
          <w:rFonts w:cs="Times New Roman"/>
          <w:color w:val="000000"/>
          <w:lang w:val="lv-LV"/>
        </w:rPr>
        <w:t>Informācija par iesniedzēju</w:t>
      </w:r>
    </w:p>
    <w:tbl>
      <w:tblPr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6662"/>
      </w:tblGrid>
      <w:tr w:rsidR="00F25B95" w:rsidRPr="00F25B95" w14:paraId="3588E2DF" w14:textId="77777777" w:rsidTr="00A860AA">
        <w:trPr>
          <w:cantSplit/>
          <w:trHeight w:val="238"/>
          <w:jc w:val="center"/>
        </w:trPr>
        <w:tc>
          <w:tcPr>
            <w:tcW w:w="3114" w:type="dxa"/>
            <w:tcBorders>
              <w:top w:val="single" w:sz="4" w:space="0" w:color="B7B7B7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6886D725" w14:textId="77777777" w:rsidR="00F25B95" w:rsidRPr="00F25B95" w:rsidRDefault="00F25B95" w:rsidP="00F25B95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Vārds, uzvārds</w:t>
            </w:r>
          </w:p>
        </w:tc>
        <w:tc>
          <w:tcPr>
            <w:tcW w:w="6662" w:type="dxa"/>
            <w:tcBorders>
              <w:top w:val="single" w:sz="4" w:space="0" w:color="B7B7B7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17F88EBF" w14:textId="77777777" w:rsidR="00F25B95" w:rsidRPr="00F25B95" w:rsidRDefault="00F25B95" w:rsidP="00F25B95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F25B95" w:rsidRPr="00F25B95" w14:paraId="1A145FB3" w14:textId="77777777" w:rsidTr="00A860AA">
        <w:trPr>
          <w:cantSplit/>
          <w:trHeight w:val="238"/>
          <w:jc w:val="center"/>
        </w:trPr>
        <w:tc>
          <w:tcPr>
            <w:tcW w:w="3114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5F74424D" w14:textId="77777777" w:rsidR="00F25B95" w:rsidRPr="00F25B95" w:rsidRDefault="00F25B95" w:rsidP="00F25B95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Personas kods</w:t>
            </w:r>
          </w:p>
        </w:tc>
        <w:tc>
          <w:tcPr>
            <w:tcW w:w="6662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0A207425" w14:textId="77777777" w:rsidR="00F25B95" w:rsidRPr="00F25B95" w:rsidRDefault="00F25B95" w:rsidP="00F25B95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F25B95" w:rsidRPr="00F25B95" w14:paraId="43BA4979" w14:textId="77777777" w:rsidTr="00A860AA">
        <w:trPr>
          <w:cantSplit/>
          <w:trHeight w:val="238"/>
          <w:jc w:val="center"/>
        </w:trPr>
        <w:tc>
          <w:tcPr>
            <w:tcW w:w="3114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1AA8089B" w14:textId="77777777" w:rsidR="00F25B95" w:rsidRPr="00F25B95" w:rsidRDefault="00F25B95" w:rsidP="00F25B95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Deklarētās dzīvesvietas adrese</w:t>
            </w:r>
          </w:p>
        </w:tc>
        <w:tc>
          <w:tcPr>
            <w:tcW w:w="6662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3B5EED16" w14:textId="77777777" w:rsidR="00F25B95" w:rsidRPr="00F25B95" w:rsidRDefault="00F25B95" w:rsidP="00F25B95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F25B95" w:rsidRPr="00F25B95" w14:paraId="43CA5A8E" w14:textId="77777777" w:rsidTr="00A860AA">
        <w:trPr>
          <w:cantSplit/>
          <w:trHeight w:val="238"/>
          <w:jc w:val="center"/>
        </w:trPr>
        <w:tc>
          <w:tcPr>
            <w:tcW w:w="3114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5CA170AF" w14:textId="77777777" w:rsidR="00F25B95" w:rsidRPr="00F25B95" w:rsidRDefault="00F25B95" w:rsidP="00F25B95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Faktiskās dzīvesvietas adrese</w:t>
            </w:r>
          </w:p>
        </w:tc>
        <w:tc>
          <w:tcPr>
            <w:tcW w:w="6662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386CDF96" w14:textId="77777777" w:rsidR="00F25B95" w:rsidRPr="00F25B95" w:rsidRDefault="00F25B95" w:rsidP="00F25B95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F25B95" w:rsidRPr="00F25B95" w14:paraId="423BD0FB" w14:textId="77777777" w:rsidTr="00A860AA">
        <w:trPr>
          <w:cantSplit/>
          <w:trHeight w:val="238"/>
          <w:jc w:val="center"/>
        </w:trPr>
        <w:tc>
          <w:tcPr>
            <w:tcW w:w="3114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4500C3FD" w14:textId="77777777" w:rsidR="00F25B95" w:rsidRPr="00F25B95" w:rsidRDefault="00F25B95" w:rsidP="00F25B95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Tālrunis</w:t>
            </w:r>
          </w:p>
        </w:tc>
        <w:tc>
          <w:tcPr>
            <w:tcW w:w="6662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496BA8E9" w14:textId="77777777" w:rsidR="00F25B95" w:rsidRPr="00F25B95" w:rsidRDefault="00F25B95" w:rsidP="00F25B95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  <w:tr w:rsidR="00F25B95" w:rsidRPr="00F25B95" w14:paraId="792FE62F" w14:textId="77777777" w:rsidTr="00A860AA">
        <w:trPr>
          <w:cantSplit/>
          <w:trHeight w:val="238"/>
          <w:jc w:val="center"/>
        </w:trPr>
        <w:tc>
          <w:tcPr>
            <w:tcW w:w="3114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0BCCFAF6" w14:textId="77777777" w:rsidR="00F25B95" w:rsidRPr="00F25B95" w:rsidRDefault="00F25B95" w:rsidP="00F25B95">
            <w:pPr>
              <w:spacing w:line="228" w:lineRule="auto"/>
              <w:rPr>
                <w:rFonts w:eastAsiaTheme="minorEastAsia" w:cs="Times New Roman"/>
                <w:sz w:val="24"/>
              </w:rPr>
            </w:pPr>
            <w:r w:rsidRPr="00F25B95">
              <w:rPr>
                <w:rFonts w:eastAsiaTheme="minorEastAsia" w:cs="Times New Roman"/>
                <w:sz w:val="24"/>
              </w:rPr>
              <w:t>E-pasts</w:t>
            </w:r>
          </w:p>
        </w:tc>
        <w:tc>
          <w:tcPr>
            <w:tcW w:w="6662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14:paraId="51C477AC" w14:textId="77777777" w:rsidR="00F25B95" w:rsidRPr="00F25B95" w:rsidRDefault="00F25B95" w:rsidP="00F25B95">
            <w:pPr>
              <w:spacing w:line="228" w:lineRule="auto"/>
              <w:rPr>
                <w:rFonts w:eastAsiaTheme="minorEastAsia" w:cs="Times New Roman"/>
                <w:sz w:val="24"/>
              </w:rPr>
            </w:pPr>
          </w:p>
        </w:tc>
      </w:tr>
    </w:tbl>
    <w:p w14:paraId="2877FFA9" w14:textId="77777777" w:rsidR="00F25B95" w:rsidRPr="00F25B95" w:rsidRDefault="00F25B95">
      <w:pPr>
        <w:pStyle w:val="FormSection"/>
        <w:keepNext/>
        <w:rPr>
          <w:lang w:val="lv-LV"/>
        </w:rPr>
      </w:pPr>
    </w:p>
    <w:p w14:paraId="5AEA3B21" w14:textId="7B34A42B" w:rsidR="004F39A0" w:rsidRPr="00647601" w:rsidRDefault="00647601">
      <w:pPr>
        <w:pStyle w:val="FormSection"/>
        <w:keepNext/>
        <w:rPr>
          <w:lang w:val="lv-LV"/>
        </w:rPr>
      </w:pPr>
      <w:r w:rsidRPr="00647601">
        <w:rPr>
          <w:rFonts w:cs="Times New Roman"/>
          <w:color w:val="000000"/>
          <w:lang w:val="lv-LV"/>
        </w:rPr>
        <w:t xml:space="preserve">Pabalsta pieprasījums </w:t>
      </w:r>
    </w:p>
    <w:p w14:paraId="66EB5666" w14:textId="3F25C20A" w:rsidR="004F39A0" w:rsidRPr="00200DEA" w:rsidRDefault="00647601">
      <w:pPr>
        <w:keepNext/>
        <w:spacing w:after="20"/>
        <w:rPr>
          <w:sz w:val="24"/>
          <w:szCs w:val="32"/>
          <w:u w:val="single"/>
        </w:rPr>
      </w:pPr>
      <w:r w:rsidRPr="00200DEA">
        <w:rPr>
          <w:rFonts w:cs="Times New Roman"/>
          <w:color w:val="000000"/>
          <w:sz w:val="24"/>
          <w:szCs w:val="32"/>
          <w:u w:val="single"/>
        </w:rPr>
        <w:t xml:space="preserve">Lūdzu piešķirt pabalstu </w:t>
      </w:r>
      <w:r w:rsidR="001452BF" w:rsidRPr="00200DEA">
        <w:rPr>
          <w:rFonts w:cs="Times New Roman"/>
          <w:color w:val="000000"/>
          <w:sz w:val="24"/>
          <w:szCs w:val="32"/>
          <w:u w:val="single"/>
        </w:rPr>
        <w:t>laulību</w:t>
      </w:r>
      <w:r w:rsidR="00200DEA" w:rsidRPr="00200DEA">
        <w:rPr>
          <w:rFonts w:cs="Times New Roman"/>
          <w:color w:val="000000"/>
          <w:sz w:val="24"/>
          <w:szCs w:val="32"/>
          <w:u w:val="single"/>
        </w:rPr>
        <w:t xml:space="preserve"> jubilejā.</w:t>
      </w:r>
    </w:p>
    <w:p w14:paraId="6A2F214D" w14:textId="77777777" w:rsidR="00F25B95" w:rsidRPr="004A4EDA" w:rsidRDefault="00F25B95">
      <w:pPr>
        <w:keepNext/>
        <w:spacing w:after="20"/>
        <w:rPr>
          <w:rFonts w:cs="Times New Roman"/>
          <w:b/>
          <w:color w:val="000000"/>
          <w:sz w:val="22"/>
          <w:szCs w:val="28"/>
        </w:rPr>
      </w:pPr>
      <w:bookmarkStart w:id="0" w:name="_GoBack"/>
      <w:bookmarkEnd w:id="0"/>
    </w:p>
    <w:p w14:paraId="5C587917" w14:textId="23360373" w:rsidR="004F39A0" w:rsidRPr="004A4EDA" w:rsidRDefault="00F25B95">
      <w:pPr>
        <w:keepNext/>
        <w:spacing w:after="20"/>
        <w:rPr>
          <w:sz w:val="22"/>
          <w:szCs w:val="28"/>
        </w:rPr>
      </w:pPr>
      <w:r w:rsidRPr="004A4EDA">
        <w:rPr>
          <w:rFonts w:cs="Times New Roman"/>
          <w:b/>
          <w:color w:val="000000"/>
          <w:sz w:val="22"/>
          <w:szCs w:val="28"/>
        </w:rPr>
        <w:t>P</w:t>
      </w:r>
      <w:r w:rsidR="00647601" w:rsidRPr="004A4EDA">
        <w:rPr>
          <w:rFonts w:cs="Times New Roman"/>
          <w:b/>
          <w:color w:val="000000"/>
          <w:sz w:val="22"/>
          <w:szCs w:val="28"/>
        </w:rPr>
        <w:t>abalsta izmaksas veids:</w:t>
      </w:r>
    </w:p>
    <w:p w14:paraId="002B3C13" w14:textId="58059CCA" w:rsidR="00F25B95" w:rsidRPr="001452BF" w:rsidRDefault="00083050">
      <w:pPr>
        <w:spacing w:after="40"/>
        <w:rPr>
          <w:rFonts w:cs="Times New Roman"/>
          <w:color w:val="000000"/>
          <w:sz w:val="22"/>
          <w:szCs w:val="24"/>
        </w:rPr>
      </w:pPr>
      <w:sdt>
        <w:sdtPr>
          <w:rPr>
            <w:rFonts w:cs="Times New Roman"/>
            <w:b/>
            <w:bCs/>
            <w:color w:val="000000"/>
            <w:sz w:val="24"/>
            <w:szCs w:val="28"/>
          </w:rPr>
          <w:id w:val="-2066094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01">
            <w:rPr>
              <w:rFonts w:ascii="MS Gothic" w:eastAsia="MS Gothic" w:hAnsi="MS Gothic" w:cs="Times New Roman" w:hint="eastAsia"/>
              <w:b/>
              <w:bCs/>
              <w:color w:val="000000"/>
              <w:sz w:val="24"/>
              <w:szCs w:val="28"/>
            </w:rPr>
            <w:t>☐</w:t>
          </w:r>
        </w:sdtContent>
      </w:sdt>
      <w:r w:rsidR="00647601" w:rsidRPr="00F25B95">
        <w:rPr>
          <w:rFonts w:cs="Times New Roman"/>
          <w:b/>
          <w:bCs/>
          <w:color w:val="000000"/>
          <w:sz w:val="22"/>
          <w:szCs w:val="24"/>
        </w:rPr>
        <w:t xml:space="preserve"> </w:t>
      </w:r>
      <w:r w:rsidR="00647601" w:rsidRPr="00F25B95">
        <w:rPr>
          <w:rFonts w:cs="Times New Roman"/>
          <w:color w:val="000000"/>
          <w:sz w:val="22"/>
          <w:szCs w:val="24"/>
        </w:rPr>
        <w:t xml:space="preserve">skaidrā naudā    </w:t>
      </w:r>
      <w:r w:rsidR="00647601" w:rsidRPr="00F25B95">
        <w:rPr>
          <w:rFonts w:cs="Times New Roman"/>
          <w:b/>
          <w:bCs/>
          <w:color w:val="000000"/>
          <w:sz w:val="22"/>
          <w:szCs w:val="24"/>
        </w:rPr>
        <w:t xml:space="preserve"> </w:t>
      </w:r>
      <w:sdt>
        <w:sdtPr>
          <w:rPr>
            <w:rFonts w:cs="Times New Roman"/>
            <w:b/>
            <w:bCs/>
            <w:color w:val="000000"/>
            <w:sz w:val="24"/>
            <w:szCs w:val="28"/>
          </w:rPr>
          <w:id w:val="-1439910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01">
            <w:rPr>
              <w:rFonts w:ascii="MS Gothic" w:eastAsia="MS Gothic" w:hAnsi="MS Gothic" w:cs="Times New Roman" w:hint="eastAsia"/>
              <w:b/>
              <w:bCs/>
              <w:color w:val="000000"/>
              <w:sz w:val="24"/>
              <w:szCs w:val="28"/>
            </w:rPr>
            <w:t>☐</w:t>
          </w:r>
        </w:sdtContent>
      </w:sdt>
      <w:r w:rsidR="00647601" w:rsidRPr="00F25B95">
        <w:rPr>
          <w:rFonts w:cs="Times New Roman"/>
          <w:color w:val="000000"/>
          <w:sz w:val="22"/>
          <w:szCs w:val="24"/>
        </w:rPr>
        <w:t xml:space="preserve"> pārskaitīt uz manu kredītiestādes vai pasta norēķinu sistēmas kontu</w:t>
      </w:r>
    </w:p>
    <w:tbl>
      <w:tblPr>
        <w:tblW w:w="9923" w:type="dxa"/>
        <w:tblInd w:w="134" w:type="dxa"/>
        <w:tblLayout w:type="fixed"/>
        <w:tblLook w:val="04A0" w:firstRow="1" w:lastRow="0" w:firstColumn="1" w:lastColumn="0" w:noHBand="0" w:noVBand="1"/>
      </w:tblPr>
      <w:tblGrid>
        <w:gridCol w:w="1766"/>
        <w:gridCol w:w="2900"/>
        <w:gridCol w:w="1700"/>
        <w:gridCol w:w="3557"/>
      </w:tblGrid>
      <w:tr w:rsidR="004F39A0" w:rsidRPr="00F25B95" w14:paraId="7D88A626" w14:textId="77777777" w:rsidTr="00200DEA">
        <w:trPr>
          <w:cantSplit/>
        </w:trPr>
        <w:tc>
          <w:tcPr>
            <w:tcW w:w="1766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6C3196F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b/>
                <w:color w:val="000000"/>
                <w:sz w:val="20"/>
              </w:rPr>
              <w:t>Konta īpašnieks</w:t>
            </w:r>
          </w:p>
        </w:tc>
        <w:tc>
          <w:tcPr>
            <w:tcW w:w="29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5B3B2BB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color w:val="000000"/>
                <w:sz w:val="20"/>
              </w:rPr>
              <w:t> </w:t>
            </w:r>
          </w:p>
        </w:tc>
        <w:tc>
          <w:tcPr>
            <w:tcW w:w="1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9DC9011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b/>
                <w:color w:val="000000"/>
                <w:sz w:val="20"/>
              </w:rPr>
              <w:t>Personas kods</w:t>
            </w:r>
          </w:p>
        </w:tc>
        <w:tc>
          <w:tcPr>
            <w:tcW w:w="35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D8FB7BD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color w:val="000000"/>
                <w:sz w:val="20"/>
              </w:rPr>
              <w:t> </w:t>
            </w:r>
          </w:p>
        </w:tc>
      </w:tr>
      <w:tr w:rsidR="004F39A0" w:rsidRPr="00F25B95" w14:paraId="5FD6DD86" w14:textId="77777777" w:rsidTr="00200DEA">
        <w:trPr>
          <w:cantSplit/>
        </w:trPr>
        <w:tc>
          <w:tcPr>
            <w:tcW w:w="1766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E5AED7F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b/>
                <w:color w:val="000000"/>
                <w:sz w:val="20"/>
              </w:rPr>
              <w:t>Konta numurs (IBAN)</w:t>
            </w:r>
          </w:p>
        </w:tc>
        <w:tc>
          <w:tcPr>
            <w:tcW w:w="8157" w:type="dxa"/>
            <w:gridSpan w:val="3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1561E59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color w:val="000000"/>
                <w:sz w:val="20"/>
              </w:rPr>
              <w:t> </w:t>
            </w:r>
          </w:p>
        </w:tc>
      </w:tr>
    </w:tbl>
    <w:p w14:paraId="50FD496D" w14:textId="583D3A0C" w:rsidR="004F39A0" w:rsidRPr="00F25B95" w:rsidRDefault="00F25B95">
      <w:pPr>
        <w:pStyle w:val="FormSection"/>
        <w:keepNext/>
        <w:rPr>
          <w:lang w:val="lv-LV"/>
        </w:rPr>
      </w:pPr>
      <w:r>
        <w:rPr>
          <w:rFonts w:cs="Times New Roman"/>
          <w:color w:val="000000"/>
          <w:lang w:val="lv-LV"/>
        </w:rPr>
        <w:t>A</w:t>
      </w:r>
      <w:r w:rsidR="00647601" w:rsidRPr="00F25B95">
        <w:rPr>
          <w:rFonts w:cs="Times New Roman"/>
          <w:color w:val="000000"/>
          <w:lang w:val="lv-LV"/>
        </w:rPr>
        <w:t>tbildes saņemšanas veids</w:t>
      </w:r>
    </w:p>
    <w:p w14:paraId="1FF6C78C" w14:textId="5CFE6FF7" w:rsidR="004F39A0" w:rsidRPr="00F25B95" w:rsidRDefault="00083050">
      <w:pPr>
        <w:spacing w:after="20"/>
        <w:rPr>
          <w:sz w:val="24"/>
          <w:szCs w:val="28"/>
        </w:rPr>
      </w:pPr>
      <w:sdt>
        <w:sdtPr>
          <w:rPr>
            <w:rFonts w:cs="Times New Roman"/>
            <w:b/>
            <w:bCs/>
            <w:color w:val="000000"/>
            <w:sz w:val="24"/>
            <w:szCs w:val="28"/>
          </w:rPr>
          <w:id w:val="-12922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01" w:rsidRPr="00647601">
            <w:rPr>
              <w:rFonts w:ascii="MS Gothic" w:eastAsia="MS Gothic" w:hAnsi="MS Gothic" w:cs="Times New Roman" w:hint="eastAsia"/>
              <w:b/>
              <w:bCs/>
              <w:color w:val="000000"/>
              <w:sz w:val="24"/>
              <w:szCs w:val="28"/>
            </w:rPr>
            <w:t>☐</w:t>
          </w:r>
        </w:sdtContent>
      </w:sdt>
      <w:r w:rsidR="00647601" w:rsidRPr="00F25B95">
        <w:rPr>
          <w:rFonts w:cs="Times New Roman"/>
          <w:b/>
          <w:bCs/>
          <w:color w:val="000000"/>
          <w:sz w:val="28"/>
          <w:szCs w:val="32"/>
        </w:rPr>
        <w:t xml:space="preserve"> </w:t>
      </w:r>
      <w:r w:rsidR="00647601" w:rsidRPr="00F25B95">
        <w:rPr>
          <w:rFonts w:cs="Times New Roman"/>
          <w:color w:val="000000"/>
          <w:sz w:val="24"/>
          <w:szCs w:val="28"/>
        </w:rPr>
        <w:t xml:space="preserve">e-adresē     </w:t>
      </w:r>
      <w:sdt>
        <w:sdtPr>
          <w:rPr>
            <w:rFonts w:cs="Times New Roman"/>
            <w:b/>
            <w:bCs/>
            <w:color w:val="000000"/>
            <w:sz w:val="24"/>
            <w:szCs w:val="28"/>
          </w:rPr>
          <w:id w:val="298958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01">
            <w:rPr>
              <w:rFonts w:ascii="MS Gothic" w:eastAsia="MS Gothic" w:hAnsi="MS Gothic" w:cs="Times New Roman" w:hint="eastAsia"/>
              <w:b/>
              <w:bCs/>
              <w:color w:val="000000"/>
              <w:sz w:val="24"/>
              <w:szCs w:val="28"/>
            </w:rPr>
            <w:t>☐</w:t>
          </w:r>
        </w:sdtContent>
      </w:sdt>
      <w:r w:rsidR="00647601" w:rsidRPr="00F25B95">
        <w:rPr>
          <w:rFonts w:cs="Times New Roman"/>
          <w:b/>
          <w:bCs/>
          <w:color w:val="000000"/>
          <w:sz w:val="24"/>
          <w:szCs w:val="28"/>
        </w:rPr>
        <w:t xml:space="preserve"> </w:t>
      </w:r>
      <w:r w:rsidR="00647601" w:rsidRPr="00F25B95">
        <w:rPr>
          <w:rFonts w:cs="Times New Roman"/>
          <w:color w:val="000000"/>
          <w:sz w:val="24"/>
          <w:szCs w:val="28"/>
        </w:rPr>
        <w:t xml:space="preserve">e-pastā    </w:t>
      </w:r>
      <w:sdt>
        <w:sdtPr>
          <w:rPr>
            <w:rFonts w:cs="Times New Roman"/>
            <w:b/>
            <w:bCs/>
            <w:color w:val="000000"/>
            <w:sz w:val="24"/>
            <w:szCs w:val="28"/>
          </w:rPr>
          <w:id w:val="-150682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01">
            <w:rPr>
              <w:rFonts w:ascii="MS Gothic" w:eastAsia="MS Gothic" w:hAnsi="MS Gothic" w:cs="Times New Roman" w:hint="eastAsia"/>
              <w:b/>
              <w:bCs/>
              <w:color w:val="000000"/>
              <w:sz w:val="24"/>
              <w:szCs w:val="28"/>
            </w:rPr>
            <w:t>☐</w:t>
          </w:r>
        </w:sdtContent>
      </w:sdt>
      <w:r w:rsidR="00647601" w:rsidRPr="00F25B95">
        <w:rPr>
          <w:rFonts w:cs="Times New Roman"/>
          <w:color w:val="000000"/>
          <w:sz w:val="24"/>
          <w:szCs w:val="28"/>
        </w:rPr>
        <w:t xml:space="preserve"> pa pastu uz iesniegumā norādīto adresi     </w:t>
      </w:r>
      <w:sdt>
        <w:sdtPr>
          <w:rPr>
            <w:rFonts w:cs="Times New Roman"/>
            <w:b/>
            <w:bCs/>
            <w:color w:val="000000"/>
            <w:sz w:val="24"/>
            <w:szCs w:val="28"/>
          </w:rPr>
          <w:id w:val="-144853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601">
            <w:rPr>
              <w:rFonts w:ascii="MS Gothic" w:eastAsia="MS Gothic" w:hAnsi="MS Gothic" w:cs="Times New Roman" w:hint="eastAsia"/>
              <w:b/>
              <w:bCs/>
              <w:color w:val="000000"/>
              <w:sz w:val="24"/>
              <w:szCs w:val="28"/>
            </w:rPr>
            <w:t>☐</w:t>
          </w:r>
        </w:sdtContent>
      </w:sdt>
      <w:r w:rsidR="00647601" w:rsidRPr="00F25B95">
        <w:rPr>
          <w:rFonts w:cs="Times New Roman"/>
          <w:b/>
          <w:bCs/>
          <w:color w:val="000000"/>
          <w:sz w:val="24"/>
          <w:szCs w:val="28"/>
        </w:rPr>
        <w:t xml:space="preserve"> </w:t>
      </w:r>
      <w:r w:rsidR="00647601" w:rsidRPr="00F25B95">
        <w:rPr>
          <w:rFonts w:cs="Times New Roman"/>
          <w:color w:val="000000"/>
          <w:sz w:val="24"/>
          <w:szCs w:val="28"/>
        </w:rPr>
        <w:t>klātienē Sociālajā dienestā</w:t>
      </w:r>
    </w:p>
    <w:p w14:paraId="5951FD61" w14:textId="77777777" w:rsidR="004F39A0" w:rsidRPr="00F25B95" w:rsidRDefault="00647601">
      <w:pPr>
        <w:spacing w:after="20"/>
        <w:rPr>
          <w:sz w:val="24"/>
          <w:szCs w:val="28"/>
        </w:rPr>
      </w:pPr>
      <w:r w:rsidRPr="00F25B95">
        <w:rPr>
          <w:rFonts w:cs="Times New Roman"/>
          <w:i/>
          <w:color w:val="000000"/>
          <w:sz w:val="22"/>
          <w:szCs w:val="28"/>
        </w:rPr>
        <w:t>Ja ir aktivizēta oficiālā elektroniskā adrese, atbilde tiks nosūtīta uz e-adreses kontu.</w:t>
      </w:r>
    </w:p>
    <w:p w14:paraId="397262EE" w14:textId="77777777" w:rsidR="004F39A0" w:rsidRPr="00647601" w:rsidRDefault="00647601">
      <w:pPr>
        <w:pStyle w:val="FormSection"/>
        <w:keepNext/>
        <w:rPr>
          <w:rFonts w:cs="Times New Roman"/>
          <w:sz w:val="20"/>
          <w:szCs w:val="20"/>
          <w:lang w:val="lv-LV"/>
        </w:rPr>
      </w:pPr>
      <w:r w:rsidRPr="00647601">
        <w:rPr>
          <w:rFonts w:cs="Times New Roman"/>
          <w:color w:val="000000"/>
          <w:sz w:val="20"/>
          <w:szCs w:val="20"/>
          <w:lang w:val="lv-LV"/>
        </w:rPr>
        <w:t>Apliecinājumi un personas datu apstrāde</w:t>
      </w:r>
    </w:p>
    <w:p w14:paraId="744A257D" w14:textId="699BC787" w:rsidR="004F39A0" w:rsidRPr="00647601" w:rsidRDefault="00083050">
      <w:pPr>
        <w:rPr>
          <w:rFonts w:cs="Times New Roman"/>
          <w:sz w:val="20"/>
          <w:szCs w:val="20"/>
        </w:rPr>
      </w:pPr>
      <w:sdt>
        <w:sdtPr>
          <w:rPr>
            <w:rFonts w:cs="Times New Roman"/>
            <w:b/>
            <w:bCs/>
            <w:color w:val="000000"/>
            <w:sz w:val="20"/>
            <w:szCs w:val="20"/>
          </w:rPr>
          <w:id w:val="883215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4EDA">
            <w:rPr>
              <w:rFonts w:ascii="MS Gothic" w:eastAsia="MS Gothic" w:hAnsi="MS Gothic" w:cs="Times New Roman" w:hint="eastAsia"/>
              <w:b/>
              <w:bCs/>
              <w:color w:val="000000"/>
              <w:sz w:val="20"/>
              <w:szCs w:val="20"/>
            </w:rPr>
            <w:t>☐</w:t>
          </w:r>
        </w:sdtContent>
      </w:sdt>
      <w:r w:rsidR="00647601" w:rsidRPr="00647601">
        <w:rPr>
          <w:rFonts w:cs="Times New Roman"/>
          <w:color w:val="000000"/>
          <w:sz w:val="20"/>
          <w:szCs w:val="20"/>
        </w:rPr>
        <w:t xml:space="preserve"> Apliecinu, ka iesniegumā sniegtā informācija ir patiesa un pilnīga.</w:t>
      </w:r>
    </w:p>
    <w:p w14:paraId="5B8D353A" w14:textId="5336988A" w:rsidR="004F39A0" w:rsidRPr="00647601" w:rsidRDefault="00083050">
      <w:pPr>
        <w:spacing w:after="20"/>
        <w:rPr>
          <w:rFonts w:cs="Times New Roman"/>
          <w:sz w:val="20"/>
          <w:szCs w:val="20"/>
        </w:rPr>
      </w:pPr>
      <w:sdt>
        <w:sdtPr>
          <w:rPr>
            <w:rFonts w:cs="Times New Roman"/>
            <w:b/>
            <w:bCs/>
            <w:color w:val="000000"/>
            <w:sz w:val="20"/>
            <w:szCs w:val="20"/>
          </w:rPr>
          <w:id w:val="430716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B95" w:rsidRPr="00647601">
            <w:rPr>
              <w:rFonts w:ascii="Segoe UI Symbol" w:eastAsia="MS Gothic" w:hAnsi="Segoe UI Symbol" w:cs="Segoe UI Symbol"/>
              <w:b/>
              <w:bCs/>
              <w:color w:val="000000"/>
              <w:sz w:val="20"/>
              <w:szCs w:val="20"/>
            </w:rPr>
            <w:t>☐</w:t>
          </w:r>
        </w:sdtContent>
      </w:sdt>
      <w:r w:rsidR="00647601" w:rsidRPr="00647601">
        <w:rPr>
          <w:rFonts w:cs="Times New Roman"/>
          <w:color w:val="000000"/>
          <w:sz w:val="20"/>
          <w:szCs w:val="20"/>
        </w:rPr>
        <w:t xml:space="preserve"> Esmu informēts(-a), ka pašvaldībai ir tiesības pārbaudīt iesniegumā norādīto ziņu patiesumu.</w:t>
      </w:r>
    </w:p>
    <w:p w14:paraId="533FE5FC" w14:textId="77777777" w:rsidR="004F39A0" w:rsidRPr="00647601" w:rsidRDefault="00647601">
      <w:pPr>
        <w:spacing w:after="20"/>
        <w:rPr>
          <w:rFonts w:cs="Times New Roman"/>
          <w:sz w:val="20"/>
          <w:szCs w:val="20"/>
        </w:rPr>
      </w:pPr>
      <w:r w:rsidRPr="00647601">
        <w:rPr>
          <w:rFonts w:cs="Times New Roman"/>
          <w:color w:val="000000"/>
          <w:sz w:val="20"/>
          <w:szCs w:val="20"/>
        </w:rPr>
        <w:t xml:space="preserve">Personas datu pārzinis: Talsu novada pašvaldība, </w:t>
      </w:r>
      <w:proofErr w:type="spellStart"/>
      <w:r w:rsidRPr="00647601">
        <w:rPr>
          <w:rFonts w:cs="Times New Roman"/>
          <w:color w:val="000000"/>
          <w:sz w:val="20"/>
          <w:szCs w:val="20"/>
        </w:rPr>
        <w:t>reģ</w:t>
      </w:r>
      <w:proofErr w:type="spellEnd"/>
      <w:r w:rsidRPr="00647601">
        <w:rPr>
          <w:rFonts w:cs="Times New Roman"/>
          <w:color w:val="000000"/>
          <w:sz w:val="20"/>
          <w:szCs w:val="20"/>
        </w:rPr>
        <w:t>. Nr. 90009113532, Kareivju iela 7, Talsi, tālr. 63232110, e-pasts: pasts@talsi.lv. Dati tiek apstrādāti iesnieguma izskatīšanai. Papildu informācija: www.talsunovads.lv/lv/privatuma-politika</w:t>
      </w:r>
    </w:p>
    <w:p w14:paraId="5566CE4F" w14:textId="77777777" w:rsidR="004F39A0" w:rsidRPr="00F25B95" w:rsidRDefault="00647601">
      <w:pPr>
        <w:pStyle w:val="FormSection"/>
        <w:keepNext/>
        <w:rPr>
          <w:lang w:val="lv-LV"/>
        </w:rPr>
      </w:pPr>
      <w:r w:rsidRPr="00F25B95">
        <w:rPr>
          <w:rFonts w:cs="Times New Roman"/>
          <w:color w:val="000000"/>
          <w:lang w:val="lv-LV"/>
        </w:rPr>
        <w:t>Iesnieguma apliecināšana</w:t>
      </w:r>
    </w:p>
    <w:tbl>
      <w:tblPr>
        <w:tblW w:w="10057" w:type="dxa"/>
        <w:tblLayout w:type="fixed"/>
        <w:tblLook w:val="04A0" w:firstRow="1" w:lastRow="0" w:firstColumn="1" w:lastColumn="0" w:noHBand="0" w:noVBand="1"/>
      </w:tblPr>
      <w:tblGrid>
        <w:gridCol w:w="2700"/>
        <w:gridCol w:w="7357"/>
      </w:tblGrid>
      <w:tr w:rsidR="004F39A0" w:rsidRPr="00F25B95" w14:paraId="0EB94B56" w14:textId="77777777" w:rsidTr="003303B5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4059DC4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b/>
                <w:color w:val="000000"/>
                <w:sz w:val="20"/>
              </w:rPr>
              <w:t>Datums</w:t>
            </w:r>
          </w:p>
        </w:tc>
        <w:tc>
          <w:tcPr>
            <w:tcW w:w="73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68245B7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color w:val="000000"/>
                <w:sz w:val="20"/>
              </w:rPr>
              <w:t> </w:t>
            </w:r>
          </w:p>
        </w:tc>
      </w:tr>
      <w:tr w:rsidR="004F39A0" w:rsidRPr="00F25B95" w14:paraId="2CE7DFD6" w14:textId="77777777" w:rsidTr="003303B5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58BCB26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b/>
                <w:color w:val="000000"/>
                <w:sz w:val="20"/>
              </w:rPr>
              <w:t>Iesniedzēja vārds, uzvārds</w:t>
            </w:r>
          </w:p>
        </w:tc>
        <w:tc>
          <w:tcPr>
            <w:tcW w:w="73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EFD77C1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color w:val="000000"/>
                <w:sz w:val="20"/>
              </w:rPr>
              <w:t> </w:t>
            </w:r>
          </w:p>
        </w:tc>
      </w:tr>
      <w:tr w:rsidR="004F39A0" w:rsidRPr="00F25B95" w14:paraId="7ECD66BD" w14:textId="77777777" w:rsidTr="003303B5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682DB79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b/>
                <w:color w:val="000000"/>
                <w:sz w:val="20"/>
              </w:rPr>
              <w:t>Paraksts*</w:t>
            </w:r>
          </w:p>
        </w:tc>
        <w:tc>
          <w:tcPr>
            <w:tcW w:w="73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52A9CC7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color w:val="000000"/>
                <w:sz w:val="20"/>
              </w:rPr>
              <w:t> </w:t>
            </w:r>
          </w:p>
        </w:tc>
      </w:tr>
    </w:tbl>
    <w:p w14:paraId="28EB68F5" w14:textId="77777777" w:rsidR="004F39A0" w:rsidRDefault="00647601">
      <w:pPr>
        <w:spacing w:after="20"/>
        <w:rPr>
          <w:rFonts w:cs="Times New Roman"/>
          <w:i/>
          <w:color w:val="000000"/>
          <w:sz w:val="17"/>
        </w:rPr>
      </w:pPr>
      <w:r w:rsidRPr="00F25B95">
        <w:rPr>
          <w:rFonts w:cs="Times New Roman"/>
          <w:i/>
          <w:color w:val="000000"/>
          <w:sz w:val="17"/>
        </w:rPr>
        <w:t>* Ja iesniegums tiek iesniegts elektroniski un parakstīts ar drošu elektronisko parakstu un laika zīmogu, paraksta vietu neaizpilda.</w:t>
      </w:r>
    </w:p>
    <w:p w14:paraId="17C54B42" w14:textId="77777777" w:rsidR="00647601" w:rsidRPr="00F25B95" w:rsidRDefault="00647601">
      <w:pPr>
        <w:spacing w:after="20"/>
      </w:pPr>
    </w:p>
    <w:p w14:paraId="6A264210" w14:textId="77777777" w:rsidR="004F39A0" w:rsidRPr="00F25B95" w:rsidRDefault="00647601">
      <w:pPr>
        <w:pStyle w:val="FormSection"/>
        <w:keepNext/>
        <w:shd w:val="clear" w:color="auto" w:fill="E7E7E7"/>
        <w:spacing w:after="80"/>
        <w:jc w:val="center"/>
        <w:rPr>
          <w:lang w:val="lv-LV"/>
        </w:rPr>
      </w:pPr>
      <w:r w:rsidRPr="00F25B95">
        <w:rPr>
          <w:rFonts w:cs="Times New Roman"/>
          <w:color w:val="000000"/>
          <w:lang w:val="lv-LV"/>
        </w:rPr>
        <w:t>AIZPILDA SOCIĀLĀ DIENESTA DARBINIEKS</w:t>
      </w:r>
    </w:p>
    <w:p w14:paraId="58C14F74" w14:textId="618990B0" w:rsidR="004F39A0" w:rsidRPr="00F25B95" w:rsidRDefault="00083050">
      <w:pPr>
        <w:spacing w:after="40"/>
      </w:pPr>
      <w:sdt>
        <w:sdtPr>
          <w:rPr>
            <w:rFonts w:cs="Times New Roman"/>
            <w:b/>
            <w:bCs/>
            <w:color w:val="000000"/>
            <w:sz w:val="22"/>
            <w:szCs w:val="24"/>
          </w:rPr>
          <w:id w:val="-695072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4EDA">
            <w:rPr>
              <w:rFonts w:ascii="MS Gothic" w:eastAsia="MS Gothic" w:hAnsi="MS Gothic" w:cs="Times New Roman" w:hint="eastAsia"/>
              <w:b/>
              <w:bCs/>
              <w:color w:val="000000"/>
              <w:sz w:val="22"/>
              <w:szCs w:val="24"/>
            </w:rPr>
            <w:t>☐</w:t>
          </w:r>
        </w:sdtContent>
      </w:sdt>
      <w:r w:rsidR="00647601" w:rsidRPr="00F25B95">
        <w:rPr>
          <w:rFonts w:cs="Times New Roman"/>
          <w:color w:val="000000"/>
          <w:sz w:val="20"/>
        </w:rPr>
        <w:t xml:space="preserve"> Piešķirt pabalstu </w:t>
      </w:r>
      <w:r w:rsidR="004A4EDA" w:rsidRPr="004A4EDA">
        <w:rPr>
          <w:rFonts w:cs="Times New Roman"/>
          <w:b/>
          <w:color w:val="000000"/>
          <w:sz w:val="20"/>
        </w:rPr>
        <w:t>100,00</w:t>
      </w:r>
      <w:r w:rsidR="00647601" w:rsidRPr="004A4EDA">
        <w:rPr>
          <w:rFonts w:cs="Times New Roman"/>
          <w:b/>
          <w:color w:val="000000"/>
          <w:sz w:val="20"/>
        </w:rPr>
        <w:t xml:space="preserve"> EUR</w:t>
      </w:r>
      <w:r w:rsidR="00647601" w:rsidRPr="00F25B95">
        <w:rPr>
          <w:rFonts w:cs="Times New Roman"/>
          <w:color w:val="000000"/>
          <w:sz w:val="20"/>
        </w:rPr>
        <w:t xml:space="preserve">     </w:t>
      </w:r>
      <w:sdt>
        <w:sdtPr>
          <w:rPr>
            <w:rFonts w:cs="Times New Roman"/>
            <w:b/>
            <w:bCs/>
            <w:color w:val="000000"/>
            <w:sz w:val="20"/>
          </w:rPr>
          <w:id w:val="-1623445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EDA">
            <w:rPr>
              <w:rFonts w:ascii="MS Gothic" w:eastAsia="MS Gothic" w:hAnsi="MS Gothic" w:cs="Times New Roman" w:hint="eastAsia"/>
              <w:b/>
              <w:bCs/>
              <w:color w:val="000000"/>
              <w:sz w:val="20"/>
            </w:rPr>
            <w:t>☐</w:t>
          </w:r>
        </w:sdtContent>
      </w:sdt>
      <w:r w:rsidR="00647601" w:rsidRPr="00F25B95">
        <w:rPr>
          <w:rFonts w:cs="Times New Roman"/>
          <w:color w:val="000000"/>
          <w:sz w:val="20"/>
        </w:rPr>
        <w:t xml:space="preserve"> Atteikt piešķirt pabalstu</w:t>
      </w:r>
    </w:p>
    <w:tbl>
      <w:tblPr>
        <w:tblW w:w="10057" w:type="dxa"/>
        <w:tblLayout w:type="fixed"/>
        <w:tblLook w:val="04A0" w:firstRow="1" w:lastRow="0" w:firstColumn="1" w:lastColumn="0" w:noHBand="0" w:noVBand="1"/>
      </w:tblPr>
      <w:tblGrid>
        <w:gridCol w:w="2500"/>
        <w:gridCol w:w="7557"/>
      </w:tblGrid>
      <w:tr w:rsidR="004F39A0" w:rsidRPr="00F25B95" w14:paraId="1F61FEDF" w14:textId="77777777" w:rsidTr="003303B5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1207B6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b/>
                <w:color w:val="000000"/>
                <w:sz w:val="19"/>
              </w:rPr>
              <w:t>Lēmuma datums</w:t>
            </w:r>
          </w:p>
        </w:tc>
        <w:tc>
          <w:tcPr>
            <w:tcW w:w="75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DBE7A2D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color w:val="000000"/>
                <w:sz w:val="19"/>
              </w:rPr>
              <w:t> </w:t>
            </w:r>
          </w:p>
        </w:tc>
      </w:tr>
      <w:tr w:rsidR="004F39A0" w:rsidRPr="00F25B95" w14:paraId="45E2C680" w14:textId="77777777" w:rsidTr="003303B5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D7B616B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b/>
                <w:color w:val="000000"/>
                <w:sz w:val="19"/>
              </w:rPr>
              <w:t>Lēmuma Nr.</w:t>
            </w:r>
          </w:p>
        </w:tc>
        <w:tc>
          <w:tcPr>
            <w:tcW w:w="75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1550662" w14:textId="17EEE32B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color w:val="000000"/>
                <w:sz w:val="19"/>
              </w:rPr>
              <w:t> </w:t>
            </w:r>
            <w:r w:rsidRPr="00F25B95">
              <w:rPr>
                <w:rFonts w:cs="Times New Roman"/>
                <w:color w:val="000000"/>
                <w:sz w:val="18"/>
              </w:rPr>
              <w:t>TNSD/____________________________</w:t>
            </w:r>
          </w:p>
        </w:tc>
      </w:tr>
      <w:tr w:rsidR="004F39A0" w:rsidRPr="00F25B95" w14:paraId="67F91190" w14:textId="77777777" w:rsidTr="003303B5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7E601BB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b/>
                <w:color w:val="000000"/>
                <w:sz w:val="19"/>
              </w:rPr>
              <w:t>Sociālā dienesta darbinieks</w:t>
            </w:r>
          </w:p>
        </w:tc>
        <w:tc>
          <w:tcPr>
            <w:tcW w:w="755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DDD259F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color w:val="000000"/>
                <w:sz w:val="19"/>
              </w:rPr>
              <w:t> </w:t>
            </w:r>
          </w:p>
        </w:tc>
      </w:tr>
    </w:tbl>
    <w:p w14:paraId="5923A21E" w14:textId="77777777" w:rsidR="004F39A0" w:rsidRPr="00F25B95" w:rsidRDefault="00647601">
      <w:pPr>
        <w:keepNext/>
        <w:spacing w:before="60"/>
      </w:pPr>
      <w:r w:rsidRPr="00F25B95">
        <w:rPr>
          <w:rFonts w:cs="Times New Roman"/>
          <w:b/>
          <w:color w:val="000000"/>
          <w:sz w:val="19"/>
        </w:rPr>
        <w:t>SAŅEMTS</w:t>
      </w:r>
    </w:p>
    <w:tbl>
      <w:tblPr>
        <w:tblW w:w="10057" w:type="dxa"/>
        <w:tblLayout w:type="fixed"/>
        <w:tblLook w:val="04A0" w:firstRow="1" w:lastRow="0" w:firstColumn="1" w:lastColumn="0" w:noHBand="0" w:noVBand="1"/>
      </w:tblPr>
      <w:tblGrid>
        <w:gridCol w:w="1750"/>
        <w:gridCol w:w="2700"/>
        <w:gridCol w:w="5607"/>
      </w:tblGrid>
      <w:tr w:rsidR="004F39A0" w:rsidRPr="00F25B95" w14:paraId="42A0E7DB" w14:textId="77777777" w:rsidTr="003303B5">
        <w:trPr>
          <w:cantSplit/>
        </w:trPr>
        <w:tc>
          <w:tcPr>
            <w:tcW w:w="175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0F4CD0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b/>
                <w:color w:val="000000"/>
                <w:sz w:val="18"/>
              </w:rPr>
              <w:t>Saņēma</w:t>
            </w:r>
          </w:p>
        </w:tc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102A154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color w:val="000000"/>
                <w:sz w:val="18"/>
              </w:rPr>
              <w:t>Datums: ______________</w:t>
            </w:r>
          </w:p>
        </w:tc>
        <w:tc>
          <w:tcPr>
            <w:tcW w:w="5607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F3DE38" w14:textId="77777777" w:rsidR="004F39A0" w:rsidRPr="00F25B95" w:rsidRDefault="00647601">
            <w:pPr>
              <w:spacing w:after="20"/>
            </w:pPr>
            <w:r w:rsidRPr="00F25B95">
              <w:rPr>
                <w:rFonts w:cs="Times New Roman"/>
                <w:color w:val="000000"/>
                <w:sz w:val="18"/>
              </w:rPr>
              <w:t>Iesnieguma Nr.: TNSD/____________________________</w:t>
            </w:r>
          </w:p>
        </w:tc>
      </w:tr>
    </w:tbl>
    <w:p w14:paraId="31EB8A69" w14:textId="77777777" w:rsidR="00647601" w:rsidRPr="00F25B95" w:rsidRDefault="00647601"/>
    <w:sectPr w:rsidR="00647601" w:rsidRPr="00F25B95" w:rsidSect="00034616">
      <w:footerReference w:type="default" r:id="rId8"/>
      <w:pgSz w:w="11906" w:h="16838"/>
      <w:pgMar w:top="652" w:right="765" w:bottom="652" w:left="765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57ABCB" w14:textId="77777777" w:rsidR="00A65D7C" w:rsidRDefault="00A65D7C">
      <w:r>
        <w:separator/>
      </w:r>
    </w:p>
  </w:endnote>
  <w:endnote w:type="continuationSeparator" w:id="0">
    <w:p w14:paraId="4D72718D" w14:textId="77777777" w:rsidR="00A65D7C" w:rsidRDefault="00A65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11E5C9" w14:textId="77777777" w:rsidR="004F39A0" w:rsidRPr="00F25B95" w:rsidRDefault="00647601">
    <w:pPr>
      <w:pStyle w:val="Kjene"/>
      <w:jc w:val="center"/>
    </w:pPr>
    <w:r w:rsidRPr="00F25B95">
      <w:rPr>
        <w:rFonts w:cs="Times New Roman"/>
        <w:color w:val="000000"/>
        <w:sz w:val="16"/>
      </w:rPr>
      <w:t>Talsu novada Sociālais dienests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F857DA" w14:textId="77777777" w:rsidR="00A65D7C" w:rsidRDefault="00A65D7C">
      <w:r>
        <w:separator/>
      </w:r>
    </w:p>
  </w:footnote>
  <w:footnote w:type="continuationSeparator" w:id="0">
    <w:p w14:paraId="349058DA" w14:textId="77777777" w:rsidR="00A65D7C" w:rsidRDefault="00A65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713241"/>
    <w:multiLevelType w:val="hybridMultilevel"/>
    <w:tmpl w:val="BA7003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3050"/>
    <w:rsid w:val="001452BF"/>
    <w:rsid w:val="0015074B"/>
    <w:rsid w:val="00200DEA"/>
    <w:rsid w:val="0029639D"/>
    <w:rsid w:val="00326F90"/>
    <w:rsid w:val="003303B5"/>
    <w:rsid w:val="004A4EDA"/>
    <w:rsid w:val="004F39A0"/>
    <w:rsid w:val="00647601"/>
    <w:rsid w:val="00A65D7C"/>
    <w:rsid w:val="00A860AA"/>
    <w:rsid w:val="00AA1D8D"/>
    <w:rsid w:val="00B47730"/>
    <w:rsid w:val="00CB0664"/>
    <w:rsid w:val="00F25B95"/>
    <w:rsid w:val="00FA19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63F9CC"/>
  <w14:defaultImageDpi w14:val="300"/>
  <w15:docId w15:val="{615D6CC4-3F9B-4575-8023-DB811468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1"/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Section">
    <w:name w:val="Form Section"/>
    <w:pPr>
      <w:spacing w:before="100" w:after="60" w:line="240" w:lineRule="auto"/>
    </w:pPr>
    <w:rPr>
      <w:rFonts w:ascii="Times New Roman" w:eastAsia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D89C1E-59D8-4DCF-AD16-560997254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1054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Iesniegums pabalsta dzīves jubilejā piešķiršanai</vt:lpstr>
      <vt:lpstr/>
    </vt:vector>
  </TitlesOfParts>
  <Manager/>
  <Company/>
  <LinksUpToDate>false</LinksUpToDate>
  <CharactersWithSpaces>1652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pabalsta dzīves jubilejā piešķiršanai</dc:title>
  <dc:subject>Talsu novada Sociālā dienesta iesnieguma veidlapa</dc:subject>
  <dc:creator>Tatjana Kuzmuka</dc:creator>
  <cp:keywords>dzīves jubileja, pabalsts, iesniegums</cp:keywords>
  <dc:description>generated by python-docx</dc:description>
  <cp:lastModifiedBy>Microsoft konts</cp:lastModifiedBy>
  <cp:revision>7</cp:revision>
  <dcterms:created xsi:type="dcterms:W3CDTF">2026-08-31T18:14:00Z</dcterms:created>
  <dcterms:modified xsi:type="dcterms:W3CDTF">2026-09-01T19:05:00Z</dcterms:modified>
  <cp:category/>
</cp:coreProperties>
</file>