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16" w:rsidRDefault="00072EC9">
      <w:pPr>
        <w:keepLines/>
        <w:spacing w:after="20"/>
        <w:jc w:val="center"/>
        <w:rPr>
          <w:rFonts w:cs="Times New Roman"/>
          <w:b/>
          <w:sz w:val="24"/>
          <w:szCs w:val="24"/>
        </w:rPr>
      </w:pPr>
      <w:r w:rsidRPr="00B05D9A">
        <w:rPr>
          <w:rFonts w:cs="Times New Roman"/>
          <w:b/>
          <w:sz w:val="24"/>
          <w:szCs w:val="24"/>
        </w:rPr>
        <w:t>TALSU NOVADA SOCIĀLAJAM DIENESTAM</w:t>
      </w:r>
    </w:p>
    <w:p w:rsidR="00B05D9A" w:rsidRPr="00B05D9A" w:rsidRDefault="00B05D9A">
      <w:pPr>
        <w:keepLines/>
        <w:spacing w:after="20"/>
        <w:jc w:val="center"/>
        <w:rPr>
          <w:rFonts w:cs="Times New Roman"/>
          <w:sz w:val="24"/>
          <w:szCs w:val="24"/>
        </w:rPr>
      </w:pPr>
    </w:p>
    <w:p w:rsidR="00666216" w:rsidRPr="00B05D9A" w:rsidRDefault="00072EC9">
      <w:pPr>
        <w:keepLines/>
        <w:jc w:val="center"/>
        <w:rPr>
          <w:rFonts w:cs="Times New Roman"/>
          <w:sz w:val="24"/>
          <w:szCs w:val="24"/>
        </w:rPr>
      </w:pPr>
      <w:r w:rsidRPr="00B05D9A">
        <w:rPr>
          <w:rFonts w:cs="Times New Roman"/>
          <w:b/>
          <w:sz w:val="24"/>
          <w:szCs w:val="24"/>
        </w:rPr>
        <w:t>IESNIEGUMS</w:t>
      </w:r>
    </w:p>
    <w:p w:rsidR="00666216" w:rsidRPr="00C40621" w:rsidRDefault="00B05D9A">
      <w:pPr>
        <w:keepLines/>
        <w:spacing w:after="40"/>
        <w:jc w:val="center"/>
        <w:rPr>
          <w:rFonts w:cs="Times New Roman"/>
          <w:sz w:val="24"/>
          <w:szCs w:val="24"/>
          <w:lang w:val="lv-LV"/>
        </w:rPr>
      </w:pPr>
      <w:r w:rsidRPr="00C40621">
        <w:rPr>
          <w:rFonts w:cs="Times New Roman"/>
          <w:sz w:val="24"/>
          <w:szCs w:val="24"/>
          <w:lang w:val="lv-LV"/>
        </w:rPr>
        <w:t>pabalsta</w:t>
      </w:r>
      <w:r w:rsidR="00072EC9" w:rsidRPr="00C40621">
        <w:rPr>
          <w:rFonts w:cs="Times New Roman"/>
          <w:sz w:val="24"/>
          <w:szCs w:val="24"/>
          <w:lang w:val="lv-LV"/>
        </w:rPr>
        <w:t xml:space="preserve"> daudzbērnu ģimenēm kultūras, atpūtas vai sporta pasākumu apmeklēšanai piešķiršanai</w:t>
      </w:r>
    </w:p>
    <w:p w:rsidR="00B05D9A" w:rsidRPr="00C40621" w:rsidRDefault="00B05D9A">
      <w:pPr>
        <w:keepLines/>
        <w:spacing w:after="40"/>
        <w:jc w:val="center"/>
        <w:rPr>
          <w:rFonts w:cs="Times New Roman"/>
          <w:sz w:val="24"/>
          <w:szCs w:val="24"/>
          <w:lang w:val="lv-LV"/>
        </w:rPr>
      </w:pPr>
    </w:p>
    <w:p w:rsidR="00666216" w:rsidRPr="00C40621" w:rsidRDefault="00072EC9">
      <w:pPr>
        <w:keepLines/>
        <w:spacing w:before="40" w:after="20"/>
        <w:rPr>
          <w:rFonts w:cs="Times New Roman"/>
          <w:sz w:val="24"/>
          <w:szCs w:val="24"/>
          <w:lang w:val="lv-LV"/>
        </w:rPr>
      </w:pPr>
      <w:r w:rsidRPr="00C40621">
        <w:rPr>
          <w:rFonts w:cs="Times New Roman"/>
          <w:b/>
          <w:sz w:val="24"/>
          <w:szCs w:val="24"/>
          <w:lang w:val="lv-LV"/>
        </w:rPr>
        <w:t>1. Iesniedzēja dati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3610"/>
        <w:gridCol w:w="7025"/>
      </w:tblGrid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Deklarētās dzīvesvietas adrese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Faktiskās dzīvesvietas adrese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C40621" w:rsidRPr="00C40621" w:rsidTr="00C40621">
        <w:trPr>
          <w:trHeight w:val="261"/>
          <w:jc w:val="center"/>
        </w:trPr>
        <w:tc>
          <w:tcPr>
            <w:tcW w:w="3610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C40621">
              <w:rPr>
                <w:rFonts w:cs="Times New Roman"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7025" w:type="dxa"/>
          </w:tcPr>
          <w:p w:rsidR="00C40621" w:rsidRPr="00C40621" w:rsidRDefault="00C40621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</w:tbl>
    <w:p w:rsidR="00B05D9A" w:rsidRP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666216" w:rsidRPr="00EF613C" w:rsidRDefault="00072EC9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 xml:space="preserve">2. </w:t>
      </w:r>
      <w:r w:rsidR="00EF613C">
        <w:rPr>
          <w:rFonts w:cs="Times New Roman"/>
          <w:b/>
          <w:sz w:val="24"/>
          <w:szCs w:val="24"/>
          <w:lang w:val="lv-LV"/>
        </w:rPr>
        <w:t xml:space="preserve">Informācija par pasākuma apmeklētājiem: </w:t>
      </w:r>
    </w:p>
    <w:p w:rsidR="00666216" w:rsidRPr="00B05D9A" w:rsidRDefault="00072EC9">
      <w:pPr>
        <w:keepLines/>
        <w:spacing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sz w:val="24"/>
          <w:szCs w:val="24"/>
          <w:lang w:val="lv-LV"/>
        </w:rPr>
        <w:t>Lūdzu piešķirt pabalstu par kultūras, atpūtas vai sporta pasākuma apmeklējumu:</w:t>
      </w:r>
    </w:p>
    <w:tbl>
      <w:tblPr>
        <w:tblW w:w="0" w:type="auto"/>
        <w:tblInd w:w="13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172"/>
        <w:gridCol w:w="2268"/>
        <w:gridCol w:w="1843"/>
      </w:tblGrid>
      <w:tr w:rsidR="00B05D9A" w:rsidRPr="00B05D9A" w:rsidTr="00C40621">
        <w:trPr>
          <w:trHeight w:val="247"/>
        </w:trPr>
        <w:tc>
          <w:tcPr>
            <w:tcW w:w="4172" w:type="dxa"/>
            <w:shd w:val="clear" w:color="auto" w:fill="E7E6E6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jc w:val="center"/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Pasākuma apmeklētāja vārds, uzvārds</w:t>
            </w:r>
          </w:p>
        </w:tc>
        <w:tc>
          <w:tcPr>
            <w:tcW w:w="2268" w:type="dxa"/>
            <w:shd w:val="clear" w:color="auto" w:fill="E7E6E6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jc w:val="center"/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1843" w:type="dxa"/>
            <w:shd w:val="clear" w:color="auto" w:fill="E7E6E6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jc w:val="center"/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Summa, EUR</w:t>
            </w:r>
          </w:p>
        </w:tc>
      </w:tr>
      <w:tr w:rsidR="00B05D9A" w:rsidRPr="00B05D9A" w:rsidTr="00C40621">
        <w:trPr>
          <w:trHeight w:val="272"/>
        </w:trPr>
        <w:tc>
          <w:tcPr>
            <w:tcW w:w="417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05D9A" w:rsidRPr="00B05D9A" w:rsidTr="00C40621">
        <w:trPr>
          <w:trHeight w:val="272"/>
        </w:trPr>
        <w:tc>
          <w:tcPr>
            <w:tcW w:w="417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05D9A" w:rsidRPr="00B05D9A" w:rsidTr="00C40621">
        <w:trPr>
          <w:trHeight w:val="272"/>
        </w:trPr>
        <w:tc>
          <w:tcPr>
            <w:tcW w:w="417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05D9A" w:rsidRPr="00B05D9A" w:rsidTr="00C40621">
        <w:trPr>
          <w:trHeight w:val="272"/>
        </w:trPr>
        <w:tc>
          <w:tcPr>
            <w:tcW w:w="417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05D9A" w:rsidRPr="00B05D9A" w:rsidTr="00C40621">
        <w:trPr>
          <w:trHeight w:val="272"/>
        </w:trPr>
        <w:tc>
          <w:tcPr>
            <w:tcW w:w="417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B05D9A" w:rsidRPr="00B05D9A" w:rsidRDefault="00B05D9A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666216" w:rsidRPr="00B05D9A" w:rsidRDefault="00072EC9">
      <w:pPr>
        <w:keepLines/>
        <w:spacing w:before="4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>Pievienojamie dokumenti:</w:t>
      </w:r>
    </w:p>
    <w:p w:rsidR="00666216" w:rsidRPr="00B05D9A" w:rsidRDefault="00750433">
      <w:pPr>
        <w:keepLines/>
        <w:rPr>
          <w:rFonts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136412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 w:rsidRPr="008B49F5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072EC9" w:rsidRPr="00B05D9A">
        <w:rPr>
          <w:rFonts w:cs="Times New Roman"/>
          <w:sz w:val="24"/>
          <w:szCs w:val="24"/>
          <w:lang w:val="lv-LV"/>
        </w:rPr>
        <w:t xml:space="preserve"> personalizēta pasākuma biļete;  </w:t>
      </w:r>
      <w:r w:rsidR="00072EC9" w:rsidRPr="00B05D9A">
        <w:rPr>
          <w:rFonts w:cs="Times New Roman"/>
          <w:b/>
          <w:sz w:val="24"/>
          <w:szCs w:val="24"/>
          <w:lang w:val="lv-LV"/>
        </w:rPr>
        <w:t xml:space="preserve">vai  </w:t>
      </w:r>
      <w:sdt>
        <w:sdtPr>
          <w:rPr>
            <w:rFonts w:cs="Times New Roman"/>
            <w:b/>
            <w:sz w:val="24"/>
            <w:szCs w:val="24"/>
            <w:lang w:val="lv-LV"/>
          </w:rPr>
          <w:id w:val="-198999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 w:rsidRPr="008B49F5">
            <w:rPr>
              <w:rFonts w:ascii="MS Gothic" w:eastAsia="MS Gothic" w:hAnsi="MS Gothic" w:cs="Times New Roman" w:hint="eastAsia"/>
              <w:b/>
              <w:sz w:val="24"/>
              <w:szCs w:val="24"/>
              <w:lang w:val="lv-LV"/>
            </w:rPr>
            <w:t>☐</w:t>
          </w:r>
        </w:sdtContent>
      </w:sdt>
      <w:r w:rsidR="00072EC9" w:rsidRPr="00B05D9A">
        <w:rPr>
          <w:rFonts w:cs="Times New Roman"/>
          <w:sz w:val="24"/>
          <w:szCs w:val="24"/>
          <w:lang w:val="lv-LV"/>
        </w:rPr>
        <w:t xml:space="preserve"> pasākuma biļete un maksājumu apliecinošs dokuments.</w:t>
      </w:r>
    </w:p>
    <w:p w:rsidR="00666216" w:rsidRPr="00B05D9A" w:rsidRDefault="00072EC9">
      <w:pPr>
        <w:keepLines/>
        <w:spacing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i/>
          <w:sz w:val="24"/>
          <w:szCs w:val="24"/>
          <w:lang w:val="lv-LV"/>
        </w:rPr>
        <w:t>Ja biļete nav personalizēta, maksājumu apliecinošajā dokumentā jābūt norādītam pasākuma apmeklētāja vārdam, uzvārdam un personas kodam.</w:t>
      </w:r>
    </w:p>
    <w:p w:rsidR="00666216" w:rsidRPr="00B05D9A" w:rsidRDefault="00072EC9">
      <w:pPr>
        <w:keepLines/>
        <w:spacing w:before="20"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>Pabalstu pārskaitīt uz:</w:t>
      </w:r>
    </w:p>
    <w:tbl>
      <w:tblPr>
        <w:tblW w:w="0" w:type="auto"/>
        <w:tblInd w:w="13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3118"/>
        <w:gridCol w:w="1757"/>
        <w:gridCol w:w="3062"/>
      </w:tblGrid>
      <w:tr w:rsidR="00666216" w:rsidRPr="00B05D9A" w:rsidTr="00C40621">
        <w:trPr>
          <w:trHeight w:val="261"/>
        </w:trPr>
        <w:tc>
          <w:tcPr>
            <w:tcW w:w="2131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Konta īpašnieks</w:t>
            </w:r>
          </w:p>
        </w:tc>
        <w:tc>
          <w:tcPr>
            <w:tcW w:w="3118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1757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062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666216" w:rsidRPr="00B05D9A" w:rsidTr="00C40621">
        <w:trPr>
          <w:trHeight w:val="261"/>
        </w:trPr>
        <w:tc>
          <w:tcPr>
            <w:tcW w:w="2131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Bankas konts (IBAN)</w:t>
            </w:r>
          </w:p>
        </w:tc>
        <w:tc>
          <w:tcPr>
            <w:tcW w:w="7937" w:type="dxa"/>
            <w:gridSpan w:val="3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</w:tbl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666216" w:rsidRPr="00B05D9A" w:rsidRDefault="00072EC9">
      <w:pPr>
        <w:keepLines/>
        <w:spacing w:before="40"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>3. Vēlamais atbildes saņemšanas veids</w:t>
      </w:r>
    </w:p>
    <w:p w:rsidR="00B05D9A" w:rsidRDefault="00B05D9A">
      <w:pPr>
        <w:keepLines/>
        <w:rPr>
          <w:rFonts w:cs="Times New Roman"/>
          <w:sz w:val="24"/>
          <w:szCs w:val="24"/>
          <w:lang w:val="lv-LV"/>
        </w:rPr>
      </w:pPr>
      <w:r>
        <w:rPr>
          <w:rFonts w:ascii="MS Gothic" w:eastAsia="MS Gothic" w:hAnsi="MS Gothic" w:cs="Segoe UI Symbol" w:hint="eastAsia"/>
          <w:b/>
          <w:sz w:val="24"/>
          <w:szCs w:val="24"/>
          <w:lang w:val="lv-LV"/>
        </w:rPr>
        <w:t xml:space="preserve"> </w:t>
      </w:r>
      <w:sdt>
        <w:sdtPr>
          <w:rPr>
            <w:rFonts w:ascii="MS Gothic" w:eastAsia="MS Gothic" w:hAnsi="MS Gothic" w:cs="Segoe UI Symbol" w:hint="eastAsia"/>
            <w:b/>
            <w:sz w:val="24"/>
            <w:szCs w:val="24"/>
            <w:lang w:val="lv-LV"/>
          </w:rPr>
          <w:id w:val="177659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8B49F5">
        <w:rPr>
          <w:rFonts w:ascii="MS Gothic" w:eastAsia="MS Gothic" w:hAnsi="MS Gothic" w:cs="Segoe UI Symbol"/>
          <w:b/>
          <w:sz w:val="24"/>
          <w:szCs w:val="24"/>
          <w:lang w:val="lv-LV"/>
        </w:rPr>
        <w:t xml:space="preserve"> </w:t>
      </w:r>
      <w:r w:rsidR="008B49F5">
        <w:rPr>
          <w:rFonts w:cs="Times New Roman"/>
          <w:sz w:val="24"/>
          <w:szCs w:val="24"/>
          <w:lang w:val="lv-LV"/>
        </w:rPr>
        <w:t>e-adresē</w:t>
      </w:r>
      <w:r w:rsidR="00C40621">
        <w:rPr>
          <w:rFonts w:cs="Times New Roman"/>
          <w:sz w:val="24"/>
          <w:szCs w:val="24"/>
          <w:lang w:val="lv-LV"/>
        </w:rPr>
        <w:t>;</w:t>
      </w:r>
    </w:p>
    <w:p w:rsidR="00B05D9A" w:rsidRDefault="00B05D9A">
      <w:pPr>
        <w:keepLines/>
        <w:rPr>
          <w:rFonts w:ascii="MS Gothic" w:eastAsia="MS Gothic" w:hAnsi="MS Gothic" w:cs="Times New Roman"/>
          <w:b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 </w:t>
      </w:r>
      <w:r w:rsidR="00072EC9" w:rsidRPr="00B05D9A">
        <w:rPr>
          <w:rFonts w:cs="Times New Roman"/>
          <w:sz w:val="24"/>
          <w:szCs w:val="24"/>
          <w:lang w:val="lv-LV"/>
        </w:rPr>
        <w:t xml:space="preserve"> </w:t>
      </w:r>
      <w:sdt>
        <w:sdtPr>
          <w:rPr>
            <w:rFonts w:cs="Times New Roman"/>
            <w:b/>
            <w:sz w:val="24"/>
            <w:szCs w:val="24"/>
            <w:lang w:val="lv-LV"/>
          </w:rPr>
          <w:id w:val="8411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 w:rsidRPr="008B49F5">
            <w:rPr>
              <w:rFonts w:ascii="MS Gothic" w:eastAsia="MS Gothic" w:hAnsi="MS Gothic" w:cs="Times New Roman" w:hint="eastAsia"/>
              <w:b/>
              <w:sz w:val="24"/>
              <w:szCs w:val="24"/>
              <w:lang w:val="lv-LV"/>
            </w:rPr>
            <w:t>☐</w:t>
          </w:r>
        </w:sdtContent>
      </w:sdt>
      <w:r w:rsidR="008B49F5">
        <w:rPr>
          <w:rFonts w:cs="Times New Roman"/>
          <w:b/>
          <w:sz w:val="24"/>
          <w:szCs w:val="24"/>
          <w:lang w:val="lv-LV"/>
        </w:rPr>
        <w:t xml:space="preserve">  </w:t>
      </w:r>
      <w:r w:rsidR="00072EC9" w:rsidRPr="00B05D9A">
        <w:rPr>
          <w:rFonts w:cs="Times New Roman"/>
          <w:sz w:val="24"/>
          <w:szCs w:val="24"/>
          <w:lang w:val="lv-LV"/>
        </w:rPr>
        <w:t>e-pastā</w:t>
      </w:r>
      <w:r w:rsidR="00C40621">
        <w:rPr>
          <w:rFonts w:cs="Times New Roman"/>
          <w:sz w:val="24"/>
          <w:szCs w:val="24"/>
          <w:lang w:val="lv-LV"/>
        </w:rPr>
        <w:t>;</w:t>
      </w:r>
      <w:r w:rsidR="00072EC9" w:rsidRPr="00B05D9A">
        <w:rPr>
          <w:rFonts w:cs="Times New Roman"/>
          <w:sz w:val="24"/>
          <w:szCs w:val="24"/>
          <w:lang w:val="lv-LV"/>
        </w:rPr>
        <w:t xml:space="preserve">   </w:t>
      </w:r>
    </w:p>
    <w:p w:rsidR="008B49F5" w:rsidRDefault="00B05D9A">
      <w:pPr>
        <w:keepLines/>
        <w:rPr>
          <w:rFonts w:cs="Times New Roman"/>
          <w:sz w:val="24"/>
          <w:szCs w:val="24"/>
          <w:lang w:val="lv-LV"/>
        </w:rPr>
      </w:pPr>
      <w:r>
        <w:rPr>
          <w:rFonts w:ascii="MS Gothic" w:eastAsia="MS Gothic" w:hAnsi="MS Gothic" w:cs="Times New Roman" w:hint="eastAsia"/>
          <w:b/>
          <w:sz w:val="24"/>
          <w:szCs w:val="24"/>
          <w:lang w:val="lv-LV"/>
        </w:rPr>
        <w:t xml:space="preserve"> </w:t>
      </w:r>
      <w:sdt>
        <w:sdtPr>
          <w:rPr>
            <w:rFonts w:ascii="MS Gothic" w:eastAsia="MS Gothic" w:hAnsi="MS Gothic" w:cs="Times New Roman" w:hint="eastAsia"/>
            <w:b/>
            <w:sz w:val="24"/>
            <w:szCs w:val="24"/>
            <w:lang w:val="lv-LV"/>
          </w:rPr>
          <w:id w:val="-144675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 w:rsidRPr="008B49F5">
            <w:rPr>
              <w:rFonts w:ascii="MS Gothic" w:eastAsia="MS Gothic" w:hAnsi="MS Gothic" w:cs="Times New Roman" w:hint="eastAsia"/>
              <w:b/>
              <w:sz w:val="24"/>
              <w:szCs w:val="24"/>
              <w:lang w:val="lv-LV"/>
            </w:rPr>
            <w:t>☐</w:t>
          </w:r>
        </w:sdtContent>
      </w:sdt>
      <w:r w:rsidR="008B49F5">
        <w:rPr>
          <w:rFonts w:ascii="MS Gothic" w:eastAsia="MS Gothic" w:hAnsi="MS Gothic" w:cs="Times New Roman"/>
          <w:b/>
          <w:sz w:val="24"/>
          <w:szCs w:val="24"/>
          <w:lang w:val="lv-LV"/>
        </w:rPr>
        <w:t xml:space="preserve"> </w:t>
      </w:r>
      <w:r w:rsidR="00072EC9" w:rsidRPr="00B05D9A">
        <w:rPr>
          <w:rFonts w:cs="Times New Roman"/>
          <w:sz w:val="24"/>
          <w:szCs w:val="24"/>
          <w:lang w:val="lv-LV"/>
        </w:rPr>
        <w:t>pa pastu uz iesniegumā norādīto adresi</w:t>
      </w:r>
      <w:r w:rsidR="00C40621">
        <w:rPr>
          <w:rFonts w:cs="Times New Roman"/>
          <w:sz w:val="24"/>
          <w:szCs w:val="24"/>
          <w:lang w:val="lv-LV"/>
        </w:rPr>
        <w:t>;</w:t>
      </w:r>
      <w:r w:rsidR="00072EC9" w:rsidRPr="00B05D9A">
        <w:rPr>
          <w:rFonts w:cs="Times New Roman"/>
          <w:sz w:val="24"/>
          <w:szCs w:val="24"/>
          <w:lang w:val="lv-LV"/>
        </w:rPr>
        <w:t xml:space="preserve"> </w:t>
      </w:r>
    </w:p>
    <w:p w:rsidR="00666216" w:rsidRPr="00B05D9A" w:rsidRDefault="00072EC9">
      <w:pPr>
        <w:keepLines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 xml:space="preserve">  </w:t>
      </w:r>
      <w:sdt>
        <w:sdtPr>
          <w:rPr>
            <w:rFonts w:cs="Times New Roman"/>
            <w:b/>
            <w:sz w:val="24"/>
            <w:szCs w:val="24"/>
            <w:lang w:val="lv-LV"/>
          </w:rPr>
          <w:id w:val="-134832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9F5" w:rsidRPr="008B49F5">
            <w:rPr>
              <w:rFonts w:ascii="MS Gothic" w:eastAsia="MS Gothic" w:hAnsi="MS Gothic" w:cs="Times New Roman" w:hint="eastAsia"/>
              <w:b/>
              <w:sz w:val="24"/>
              <w:szCs w:val="24"/>
              <w:lang w:val="lv-LV"/>
            </w:rPr>
            <w:t>☐</w:t>
          </w:r>
        </w:sdtContent>
      </w:sdt>
      <w:r w:rsidR="008B49F5">
        <w:rPr>
          <w:rFonts w:cs="Times New Roman"/>
          <w:sz w:val="24"/>
          <w:szCs w:val="24"/>
          <w:lang w:val="lv-LV"/>
        </w:rPr>
        <w:t xml:space="preserve">  klāti</w:t>
      </w:r>
      <w:r w:rsidRPr="00B05D9A">
        <w:rPr>
          <w:rFonts w:cs="Times New Roman"/>
          <w:sz w:val="24"/>
          <w:szCs w:val="24"/>
          <w:lang w:val="lv-LV"/>
        </w:rPr>
        <w:t>enē Sociālajā dienestā</w:t>
      </w:r>
      <w:r w:rsidR="00C40621">
        <w:rPr>
          <w:rFonts w:cs="Times New Roman"/>
          <w:sz w:val="24"/>
          <w:szCs w:val="24"/>
          <w:lang w:val="lv-LV"/>
        </w:rPr>
        <w:t>;</w:t>
      </w:r>
    </w:p>
    <w:p w:rsidR="00666216" w:rsidRPr="00B05D9A" w:rsidRDefault="00072EC9">
      <w:pPr>
        <w:keepLines/>
        <w:spacing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i/>
          <w:sz w:val="24"/>
          <w:szCs w:val="24"/>
          <w:lang w:val="lv-LV"/>
        </w:rPr>
        <w:t>Ja ir aktivizēta oficiālā elektroniskā adrese, atbilde tiks nosūtīta uz e-adreses kontu.</w:t>
      </w:r>
    </w:p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666216" w:rsidRPr="00B05D9A" w:rsidRDefault="00072EC9">
      <w:pPr>
        <w:keepLines/>
        <w:spacing w:before="40"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>4. Apliecinājumi un personas datu apstrāde</w:t>
      </w:r>
    </w:p>
    <w:p w:rsidR="00B05D9A" w:rsidRDefault="00750433">
      <w:pPr>
        <w:keepLines/>
        <w:rPr>
          <w:rFonts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85480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D9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072EC9" w:rsidRPr="00B05D9A">
        <w:rPr>
          <w:rFonts w:cs="Times New Roman"/>
          <w:sz w:val="24"/>
          <w:szCs w:val="24"/>
          <w:lang w:val="lv-LV"/>
        </w:rPr>
        <w:t xml:space="preserve"> Apliecinu, ka iesniegumā sniegtā informācija ir patiesa un pilnīga.</w:t>
      </w:r>
    </w:p>
    <w:p w:rsidR="00666216" w:rsidRPr="00B05D9A" w:rsidRDefault="00750433">
      <w:pPr>
        <w:keepLines/>
        <w:rPr>
          <w:rFonts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155196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D9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072EC9" w:rsidRPr="00B05D9A">
        <w:rPr>
          <w:rFonts w:cs="Times New Roman"/>
          <w:sz w:val="24"/>
          <w:szCs w:val="24"/>
          <w:lang w:val="lv-LV"/>
        </w:rPr>
        <w:t xml:space="preserve"> Esmu informēts(-a), ka pašvaldībai ir tiesības pārbaudīt iesniegumā norādīto ziņu patiesumu.</w:t>
      </w:r>
    </w:p>
    <w:p w:rsidR="00666216" w:rsidRPr="00B05D9A" w:rsidRDefault="00072EC9">
      <w:pPr>
        <w:keepLines/>
        <w:spacing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sz w:val="24"/>
          <w:szCs w:val="24"/>
          <w:lang w:val="lv-LV"/>
        </w:rPr>
        <w:t xml:space="preserve">Personas datu pārzinis: Talsu novada pašvaldība, </w:t>
      </w:r>
      <w:proofErr w:type="spellStart"/>
      <w:r w:rsidRPr="00B05D9A">
        <w:rPr>
          <w:rFonts w:cs="Times New Roman"/>
          <w:sz w:val="24"/>
          <w:szCs w:val="24"/>
          <w:lang w:val="lv-LV"/>
        </w:rPr>
        <w:t>reģ</w:t>
      </w:r>
      <w:proofErr w:type="spellEnd"/>
      <w:r w:rsidRPr="00B05D9A">
        <w:rPr>
          <w:rFonts w:cs="Times New Roman"/>
          <w:sz w:val="24"/>
          <w:szCs w:val="24"/>
          <w:lang w:val="lv-LV"/>
        </w:rPr>
        <w:t>. Nr. 90009113532, Kareivju iela 7, Talsi, tālr. 63232110, e-pasts: pasts@talsi.lv. Dati tiek apstrādāti iesnieguma izskatīšanai. Papildu informācija: www.talsunovads.lv/lv/privatuma-politika</w:t>
      </w:r>
    </w:p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B05D9A" w:rsidRDefault="00B05D9A">
      <w:pPr>
        <w:keepLines/>
        <w:spacing w:before="40" w:after="20"/>
        <w:rPr>
          <w:rFonts w:cs="Times New Roman"/>
          <w:b/>
          <w:sz w:val="24"/>
          <w:szCs w:val="24"/>
          <w:lang w:val="lv-LV"/>
        </w:rPr>
      </w:pPr>
    </w:p>
    <w:p w:rsidR="00666216" w:rsidRPr="00B05D9A" w:rsidRDefault="00072EC9">
      <w:pPr>
        <w:keepLines/>
        <w:spacing w:before="40" w:after="20"/>
        <w:rPr>
          <w:rFonts w:cs="Times New Roman"/>
          <w:sz w:val="24"/>
          <w:szCs w:val="24"/>
          <w:lang w:val="lv-LV"/>
        </w:rPr>
      </w:pPr>
      <w:r w:rsidRPr="00B05D9A">
        <w:rPr>
          <w:rFonts w:cs="Times New Roman"/>
          <w:b/>
          <w:sz w:val="24"/>
          <w:szCs w:val="24"/>
          <w:lang w:val="lv-LV"/>
        </w:rPr>
        <w:t>5. Iesnieguma apliecināšana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7653"/>
      </w:tblGrid>
      <w:tr w:rsidR="00666216" w:rsidRPr="00B05D9A">
        <w:trPr>
          <w:trHeight w:val="238"/>
          <w:jc w:val="center"/>
        </w:trPr>
        <w:tc>
          <w:tcPr>
            <w:tcW w:w="2834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765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 w:rsidP="00B05D9A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666216" w:rsidRPr="00B05D9A">
        <w:trPr>
          <w:trHeight w:val="238"/>
          <w:jc w:val="center"/>
        </w:trPr>
        <w:tc>
          <w:tcPr>
            <w:tcW w:w="2834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Iesniedzēja vārds, uzvārds</w:t>
            </w:r>
          </w:p>
        </w:tc>
        <w:tc>
          <w:tcPr>
            <w:tcW w:w="765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  <w:tr w:rsidR="00666216" w:rsidRPr="00B05D9A">
        <w:trPr>
          <w:trHeight w:val="238"/>
          <w:jc w:val="center"/>
        </w:trPr>
        <w:tc>
          <w:tcPr>
            <w:tcW w:w="2834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072EC9">
            <w:pPr>
              <w:rPr>
                <w:rFonts w:cs="Times New Roman"/>
                <w:sz w:val="24"/>
                <w:szCs w:val="24"/>
                <w:lang w:val="lv-LV"/>
              </w:rPr>
            </w:pPr>
            <w:r w:rsidRPr="00B05D9A">
              <w:rPr>
                <w:rFonts w:cs="Times New Roman"/>
                <w:b/>
                <w:sz w:val="24"/>
                <w:szCs w:val="24"/>
                <w:lang w:val="lv-LV"/>
              </w:rPr>
              <w:t>Paraksts*</w:t>
            </w:r>
          </w:p>
        </w:tc>
        <w:tc>
          <w:tcPr>
            <w:tcW w:w="7653" w:type="dxa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:rsidR="00666216" w:rsidRPr="00B05D9A" w:rsidRDefault="00666216">
            <w:pPr>
              <w:rPr>
                <w:rFonts w:cs="Times New Roman"/>
                <w:sz w:val="24"/>
                <w:szCs w:val="24"/>
                <w:lang w:val="lv-LV"/>
              </w:rPr>
            </w:pPr>
          </w:p>
        </w:tc>
      </w:tr>
    </w:tbl>
    <w:p w:rsidR="00666216" w:rsidRPr="00B05D9A" w:rsidRDefault="00072EC9">
      <w:pPr>
        <w:keepLines/>
        <w:spacing w:after="20"/>
        <w:rPr>
          <w:rFonts w:cs="Times New Roman"/>
          <w:i/>
          <w:sz w:val="24"/>
          <w:szCs w:val="24"/>
          <w:lang w:val="lv-LV"/>
        </w:rPr>
      </w:pPr>
      <w:r w:rsidRPr="00B05D9A">
        <w:rPr>
          <w:rFonts w:cs="Times New Roman"/>
          <w:i/>
          <w:sz w:val="24"/>
          <w:szCs w:val="24"/>
          <w:lang w:val="lv-LV"/>
        </w:rPr>
        <w:t>* Ja iesniegums tiek iesniegts elektroniski un parakstīts ar drošu elektronisko parakstu un laika zīmogu, paraksta vietu neaizpilda.</w:t>
      </w:r>
    </w:p>
    <w:p w:rsidR="00B05D9A" w:rsidRDefault="00B05D9A">
      <w:pPr>
        <w:keepLines/>
        <w:spacing w:after="20"/>
        <w:rPr>
          <w:rFonts w:cs="Times New Roman"/>
          <w:sz w:val="24"/>
          <w:szCs w:val="24"/>
          <w:lang w:val="lv-LV"/>
        </w:rPr>
      </w:pPr>
    </w:p>
    <w:p w:rsidR="00072EC9" w:rsidRPr="00072EC9" w:rsidRDefault="00072EC9" w:rsidP="00072EC9">
      <w:pPr>
        <w:keepNext/>
        <w:spacing w:before="30" w:after="20" w:line="228" w:lineRule="auto"/>
        <w:rPr>
          <w:rFonts w:eastAsiaTheme="minorEastAsia" w:cs="Times New Roman"/>
          <w:b/>
          <w:sz w:val="22"/>
          <w:lang w:val="lv-LV"/>
        </w:rPr>
      </w:pPr>
    </w:p>
    <w:p w:rsidR="00072EC9" w:rsidRPr="00072EC9" w:rsidRDefault="00072EC9" w:rsidP="00072EC9">
      <w:pPr>
        <w:keepNext/>
        <w:spacing w:before="30" w:after="20" w:line="228" w:lineRule="auto"/>
        <w:rPr>
          <w:rFonts w:eastAsiaTheme="minorEastAsia" w:cs="Times New Roman"/>
          <w:b/>
          <w:sz w:val="22"/>
          <w:lang w:val="lv-LV"/>
        </w:rPr>
      </w:pPr>
    </w:p>
    <w:p w:rsidR="00072EC9" w:rsidRPr="00072EC9" w:rsidRDefault="00072EC9" w:rsidP="00072EC9">
      <w:pPr>
        <w:keepNext/>
        <w:spacing w:before="30" w:after="20" w:line="228" w:lineRule="auto"/>
        <w:jc w:val="center"/>
        <w:rPr>
          <w:rFonts w:eastAsiaTheme="minorEastAsia" w:cs="Times New Roman"/>
          <w:b/>
          <w:sz w:val="22"/>
          <w:lang w:val="lv-LV"/>
        </w:rPr>
      </w:pPr>
    </w:p>
    <w:p w:rsidR="00072EC9" w:rsidRPr="00072EC9" w:rsidRDefault="00072EC9" w:rsidP="00072EC9">
      <w:pPr>
        <w:keepNext/>
        <w:spacing w:before="30" w:after="20" w:line="228" w:lineRule="auto"/>
        <w:jc w:val="center"/>
        <w:rPr>
          <w:rFonts w:eastAsiaTheme="minorEastAsia" w:cs="Times New Roman"/>
          <w:sz w:val="22"/>
          <w:lang w:val="lv-LV"/>
        </w:rPr>
      </w:pPr>
      <w:r w:rsidRPr="00072EC9">
        <w:rPr>
          <w:rFonts w:eastAsiaTheme="minorEastAsia" w:cs="Times New Roman"/>
          <w:b/>
          <w:sz w:val="22"/>
          <w:lang w:val="lv-LV"/>
        </w:rPr>
        <w:t>AIZPILDA DARBINIEKS</w:t>
      </w:r>
    </w:p>
    <w:p w:rsidR="00072EC9" w:rsidRPr="00072EC9" w:rsidRDefault="00072EC9" w:rsidP="00072EC9">
      <w:pPr>
        <w:spacing w:before="30" w:after="20" w:line="228" w:lineRule="auto"/>
        <w:rPr>
          <w:rFonts w:eastAsiaTheme="minorEastAsia" w:cs="Times New Roman"/>
          <w:sz w:val="22"/>
          <w:lang w:val="lv-LV"/>
        </w:rPr>
      </w:pPr>
      <w:r w:rsidRPr="00072EC9">
        <w:rPr>
          <w:rFonts w:eastAsiaTheme="minorEastAsia" w:cs="Times New Roman"/>
          <w:b/>
          <w:sz w:val="22"/>
          <w:lang w:val="lv-LV"/>
        </w:rPr>
        <w:t>Sociālais dienests nolēma:</w:t>
      </w:r>
    </w:p>
    <w:p w:rsidR="00072EC9" w:rsidRPr="00072EC9" w:rsidRDefault="00072EC9" w:rsidP="00072EC9">
      <w:pPr>
        <w:spacing w:after="10" w:line="228" w:lineRule="auto"/>
        <w:rPr>
          <w:rFonts w:eastAsiaTheme="minorEastAsia" w:cs="Times New Roman"/>
          <w:sz w:val="22"/>
          <w:lang w:val="lv-LV"/>
        </w:rPr>
      </w:pPr>
      <w:r w:rsidRPr="00072EC9">
        <w:rPr>
          <w:rFonts w:ascii="Segoe UI Symbol" w:eastAsiaTheme="minorEastAsia" w:hAnsi="Segoe UI Symbol" w:cs="Segoe UI Symbol"/>
          <w:sz w:val="22"/>
          <w:lang w:val="lv-LV"/>
        </w:rPr>
        <w:t>☐</w:t>
      </w:r>
      <w:r w:rsidR="00EF613C">
        <w:rPr>
          <w:rFonts w:eastAsiaTheme="minorEastAsia" w:cs="Times New Roman"/>
          <w:sz w:val="22"/>
          <w:lang w:val="lv-LV"/>
        </w:rPr>
        <w:t xml:space="preserve"> Piešķirt pabalstu</w:t>
      </w:r>
      <w:r w:rsidR="00906DE6">
        <w:rPr>
          <w:rFonts w:eastAsiaTheme="minorEastAsia" w:cs="Times New Roman"/>
          <w:sz w:val="22"/>
          <w:lang w:val="lv-LV"/>
        </w:rPr>
        <w:t>___________________EUR</w:t>
      </w:r>
    </w:p>
    <w:p w:rsidR="00072EC9" w:rsidRPr="00072EC9" w:rsidRDefault="00072EC9" w:rsidP="00072EC9">
      <w:pPr>
        <w:spacing w:after="10" w:line="228" w:lineRule="auto"/>
        <w:rPr>
          <w:rFonts w:eastAsiaTheme="minorEastAsia" w:cs="Times New Roman"/>
          <w:sz w:val="22"/>
          <w:lang w:val="lv-LV"/>
        </w:rPr>
      </w:pPr>
      <w:r w:rsidRPr="00072EC9">
        <w:rPr>
          <w:rFonts w:ascii="Segoe UI Symbol" w:eastAsiaTheme="minorEastAsia" w:hAnsi="Segoe UI Symbol" w:cs="Segoe UI Symbol"/>
          <w:sz w:val="22"/>
          <w:lang w:val="lv-LV"/>
        </w:rPr>
        <w:t>☐</w:t>
      </w:r>
      <w:r w:rsidRPr="00072EC9">
        <w:rPr>
          <w:rFonts w:eastAsiaTheme="minorEastAsia" w:cs="Times New Roman"/>
          <w:sz w:val="22"/>
          <w:lang w:val="lv-LV"/>
        </w:rPr>
        <w:t xml:space="preserve"> Atteikt piešķirt pabals</w:t>
      </w:r>
      <w:r w:rsidR="00EF613C">
        <w:rPr>
          <w:rFonts w:eastAsiaTheme="minorEastAsia" w:cs="Times New Roman"/>
          <w:sz w:val="22"/>
          <w:lang w:val="lv-LV"/>
        </w:rPr>
        <w:t>tu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596"/>
        <w:gridCol w:w="8071"/>
      </w:tblGrid>
      <w:tr w:rsidR="00072EC9" w:rsidRPr="00072EC9" w:rsidTr="00CF5C62">
        <w:trPr>
          <w:cantSplit/>
          <w:trHeight w:val="238"/>
        </w:trPr>
        <w:tc>
          <w:tcPr>
            <w:tcW w:w="2596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072EC9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 w:rsidRPr="00072EC9">
              <w:rPr>
                <w:rFonts w:eastAsiaTheme="minorEastAsia" w:cs="Times New Roman"/>
                <w:b/>
                <w:sz w:val="22"/>
                <w:lang w:val="lv-LV"/>
              </w:rPr>
              <w:t>Lēmuma datums:</w:t>
            </w:r>
          </w:p>
        </w:tc>
        <w:tc>
          <w:tcPr>
            <w:tcW w:w="8071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072EC9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 w:rsidRPr="00072EC9">
              <w:rPr>
                <w:rFonts w:eastAsiaTheme="minorEastAsia" w:cs="Times New Roman"/>
                <w:sz w:val="22"/>
                <w:lang w:val="lv-LV"/>
              </w:rPr>
              <w:t>____.____.________.</w:t>
            </w:r>
          </w:p>
        </w:tc>
      </w:tr>
      <w:tr w:rsidR="00072EC9" w:rsidRPr="00072EC9" w:rsidTr="00CF5C62">
        <w:trPr>
          <w:cantSplit/>
          <w:trHeight w:val="238"/>
        </w:trPr>
        <w:tc>
          <w:tcPr>
            <w:tcW w:w="2596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EF613C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>
              <w:rPr>
                <w:rFonts w:eastAsiaTheme="minorEastAsia" w:cs="Times New Roman"/>
                <w:b/>
                <w:sz w:val="22"/>
                <w:lang w:val="lv-LV"/>
              </w:rPr>
              <w:t>Lēmums</w:t>
            </w:r>
          </w:p>
        </w:tc>
        <w:tc>
          <w:tcPr>
            <w:tcW w:w="8071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072EC9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 w:rsidRPr="00072EC9">
              <w:rPr>
                <w:rFonts w:eastAsiaTheme="minorEastAsia" w:cs="Times New Roman"/>
                <w:sz w:val="22"/>
                <w:u w:val="single"/>
                <w:lang w:val="lv-LV"/>
              </w:rPr>
              <w:t>TNSD/</w:t>
            </w:r>
            <w:r w:rsidRPr="00072EC9">
              <w:rPr>
                <w:rFonts w:eastAsiaTheme="minorEastAsia" w:cs="Times New Roman"/>
                <w:sz w:val="22"/>
                <w:lang w:val="lv-LV"/>
              </w:rPr>
              <w:t>_____________________________</w:t>
            </w:r>
          </w:p>
        </w:tc>
      </w:tr>
      <w:tr w:rsidR="00072EC9" w:rsidRPr="00072EC9" w:rsidTr="00CF5C62">
        <w:trPr>
          <w:cantSplit/>
          <w:trHeight w:val="238"/>
        </w:trPr>
        <w:tc>
          <w:tcPr>
            <w:tcW w:w="2596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072EC9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 w:rsidRPr="00072EC9">
              <w:rPr>
                <w:rFonts w:eastAsiaTheme="minorEastAsia" w:cs="Times New Roman"/>
                <w:b/>
                <w:sz w:val="22"/>
                <w:lang w:val="lv-LV"/>
              </w:rPr>
              <w:t>Sociālā darba speciālists:</w:t>
            </w:r>
          </w:p>
        </w:tc>
        <w:tc>
          <w:tcPr>
            <w:tcW w:w="8071" w:type="dxa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:rsidR="00072EC9" w:rsidRPr="00072EC9" w:rsidRDefault="00072EC9" w:rsidP="00072EC9">
            <w:pPr>
              <w:spacing w:line="228" w:lineRule="auto"/>
              <w:rPr>
                <w:rFonts w:eastAsiaTheme="minorEastAsia" w:cs="Times New Roman"/>
                <w:sz w:val="22"/>
                <w:lang w:val="lv-LV"/>
              </w:rPr>
            </w:pPr>
            <w:r w:rsidRPr="00072EC9">
              <w:rPr>
                <w:rFonts w:eastAsiaTheme="minorEastAsia" w:cs="Times New Roman"/>
                <w:sz w:val="22"/>
                <w:lang w:val="lv-LV"/>
              </w:rPr>
              <w:t>____________________________________    /paraksts/</w:t>
            </w:r>
          </w:p>
        </w:tc>
      </w:tr>
    </w:tbl>
    <w:p w:rsidR="00072EC9" w:rsidRPr="00072EC9" w:rsidRDefault="00072EC9" w:rsidP="00072EC9">
      <w:pPr>
        <w:spacing w:after="200" w:line="276" w:lineRule="auto"/>
        <w:rPr>
          <w:rFonts w:eastAsiaTheme="minorEastAsia" w:cs="Times New Roman"/>
          <w:sz w:val="22"/>
          <w:lang w:val="lv-LV"/>
        </w:rPr>
      </w:pPr>
    </w:p>
    <w:tbl>
      <w:tblPr>
        <w:tblStyle w:val="Reatabula"/>
        <w:tblW w:w="8931" w:type="dxa"/>
        <w:tblInd w:w="169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536"/>
      </w:tblGrid>
      <w:tr w:rsidR="00EF613C" w:rsidRPr="00EF613C" w:rsidTr="00EF613C">
        <w:tc>
          <w:tcPr>
            <w:tcW w:w="1701" w:type="dxa"/>
          </w:tcPr>
          <w:p w:rsidR="00EF613C" w:rsidRPr="00EF613C" w:rsidRDefault="00EF613C">
            <w:pPr>
              <w:keepLines/>
              <w:spacing w:after="20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eastAsiaTheme="minorEastAsia" w:cs="Times New Roman"/>
                <w:sz w:val="22"/>
                <w:lang w:val="lv-LV"/>
              </w:rPr>
              <w:t>SAŅEMTS</w:t>
            </w:r>
            <w:r w:rsidRPr="00EF613C">
              <w:rPr>
                <w:rFonts w:eastAsiaTheme="minorEastAsia" w:cs="Times New Roman"/>
                <w:sz w:val="22"/>
                <w:lang w:val="lv-LV"/>
              </w:rPr>
              <w:t xml:space="preserve">                               </w:t>
            </w:r>
          </w:p>
        </w:tc>
        <w:tc>
          <w:tcPr>
            <w:tcW w:w="2694" w:type="dxa"/>
            <w:vAlign w:val="bottom"/>
          </w:tcPr>
          <w:p w:rsidR="00EF613C" w:rsidRPr="00EF613C" w:rsidRDefault="00EF613C" w:rsidP="00EF613C">
            <w:pPr>
              <w:keepLines/>
              <w:spacing w:after="20"/>
              <w:jc w:val="center"/>
              <w:rPr>
                <w:rFonts w:cs="Times New Roman"/>
                <w:sz w:val="24"/>
                <w:szCs w:val="24"/>
                <w:lang w:val="lv-LV"/>
              </w:rPr>
            </w:pPr>
            <w:r w:rsidRPr="00EF613C">
              <w:rPr>
                <w:rFonts w:eastAsiaTheme="minorEastAsia" w:cs="Times New Roman"/>
                <w:sz w:val="22"/>
                <w:lang w:val="lv-LV"/>
              </w:rPr>
              <w:t>Datums: ____________</w:t>
            </w:r>
          </w:p>
        </w:tc>
        <w:tc>
          <w:tcPr>
            <w:tcW w:w="4536" w:type="dxa"/>
            <w:vAlign w:val="bottom"/>
          </w:tcPr>
          <w:p w:rsidR="00EF613C" w:rsidRPr="00EF613C" w:rsidRDefault="00EF613C" w:rsidP="00EF613C">
            <w:pPr>
              <w:keepLines/>
              <w:spacing w:after="20"/>
              <w:jc w:val="center"/>
              <w:rPr>
                <w:rFonts w:cs="Times New Roman"/>
                <w:sz w:val="24"/>
                <w:szCs w:val="24"/>
                <w:lang w:val="lv-LV"/>
              </w:rPr>
            </w:pPr>
            <w:r w:rsidRPr="00EF613C">
              <w:rPr>
                <w:rFonts w:eastAsiaTheme="minorEastAsia" w:cs="Times New Roman"/>
                <w:sz w:val="22"/>
                <w:lang w:val="lv-LV"/>
              </w:rPr>
              <w:t xml:space="preserve">Iesnieguma Nr.: </w:t>
            </w:r>
            <w:r w:rsidRPr="00EF613C">
              <w:rPr>
                <w:rFonts w:eastAsiaTheme="minorEastAsia" w:cs="Times New Roman"/>
                <w:sz w:val="22"/>
                <w:u w:val="single"/>
                <w:lang w:val="lv-LV"/>
              </w:rPr>
              <w:t>TNSD</w:t>
            </w:r>
            <w:r w:rsidRPr="00EF613C">
              <w:rPr>
                <w:rFonts w:eastAsiaTheme="minorEastAsia" w:cs="Times New Roman"/>
                <w:sz w:val="22"/>
                <w:lang w:val="lv-LV"/>
              </w:rPr>
              <w:t>/____________________</w:t>
            </w:r>
          </w:p>
        </w:tc>
      </w:tr>
    </w:tbl>
    <w:p w:rsidR="00072EC9" w:rsidRDefault="00072EC9">
      <w:pPr>
        <w:keepLines/>
        <w:spacing w:after="20"/>
        <w:rPr>
          <w:rFonts w:cs="Times New Roman"/>
          <w:sz w:val="24"/>
          <w:szCs w:val="24"/>
          <w:lang w:val="lv-LV"/>
        </w:rPr>
      </w:pPr>
      <w:bookmarkStart w:id="0" w:name="_GoBack"/>
      <w:bookmarkEnd w:id="0"/>
    </w:p>
    <w:sectPr w:rsidR="00072EC9" w:rsidSect="00C40621">
      <w:footerReference w:type="default" r:id="rId8"/>
      <w:pgSz w:w="12240" w:h="15840"/>
      <w:pgMar w:top="567" w:right="652" w:bottom="567" w:left="73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414" w:rsidRDefault="00072EC9">
      <w:r>
        <w:separator/>
      </w:r>
    </w:p>
  </w:endnote>
  <w:endnote w:type="continuationSeparator" w:id="0">
    <w:p w:rsidR="008C7414" w:rsidRDefault="0007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216" w:rsidRPr="00C40621" w:rsidRDefault="00072EC9">
    <w:pPr>
      <w:pStyle w:val="Kjene"/>
      <w:jc w:val="center"/>
      <w:rPr>
        <w:sz w:val="20"/>
      </w:rPr>
    </w:pPr>
    <w:r w:rsidRPr="00C40621">
      <w:rPr>
        <w:sz w:val="16"/>
      </w:rPr>
      <w:t>Talsu novada Sociālais dienests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414" w:rsidRDefault="00072EC9">
      <w:r>
        <w:separator/>
      </w:r>
    </w:p>
  </w:footnote>
  <w:footnote w:type="continuationSeparator" w:id="0">
    <w:p w:rsidR="008C7414" w:rsidRDefault="00072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2EC9"/>
    <w:rsid w:val="0015074B"/>
    <w:rsid w:val="0029639D"/>
    <w:rsid w:val="00326F90"/>
    <w:rsid w:val="00666216"/>
    <w:rsid w:val="00750433"/>
    <w:rsid w:val="008B49F5"/>
    <w:rsid w:val="008C7414"/>
    <w:rsid w:val="00906DE6"/>
    <w:rsid w:val="00AA1D8D"/>
    <w:rsid w:val="00B05D9A"/>
    <w:rsid w:val="00B47730"/>
    <w:rsid w:val="00C40621"/>
    <w:rsid w:val="00CB0664"/>
    <w:rsid w:val="00EF61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67AFD66-0C2B-4025-9DA3-E251CB81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18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enkratabula5">
    <w:name w:val="Plain Table 5"/>
    <w:basedOn w:val="Parastatabula"/>
    <w:uiPriority w:val="99"/>
    <w:rsid w:val="00EF613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8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4BF01-8EB9-4453-A32A-9A45D6DF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1350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Iesniegums pabalstam kultūras, atpūtas vai sporta pasākumu apmeklēšanai daudzbērnu ģimenēm</vt:lpstr>
      <vt:lpstr/>
    </vt:vector>
  </TitlesOfParts>
  <Manager/>
  <Company/>
  <LinksUpToDate>false</LinksUpToDate>
  <CharactersWithSpaces>2117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pabalstam kultūras, atpūtas vai sporta pasākumu apmeklēšanai daudzbērnu ģimenēm</dc:title>
  <dc:subject>Talsu novada Sociālais dienests</dc:subject>
  <dc:creator>Tatjana Kuzmuka</dc:creator>
  <cp:keywords/>
  <dc:description>generated by python-docx</dc:description>
  <cp:lastModifiedBy>Microsoft konts</cp:lastModifiedBy>
  <cp:revision>6</cp:revision>
  <dcterms:created xsi:type="dcterms:W3CDTF">2026-08-27T21:11:00Z</dcterms:created>
  <dcterms:modified xsi:type="dcterms:W3CDTF">2026-08-27T22:48:00Z</dcterms:modified>
  <cp:category/>
</cp:coreProperties>
</file>